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83BBC" w:rsidRPr="00960DB5" w:rsidRDefault="00000000" w:rsidP="00960DB5">
      <w:pPr>
        <w:spacing w:after="96"/>
        <w:jc w:val="right"/>
        <w:rPr>
          <w:rFonts w:ascii="Times New Roman" w:hAnsi="Times New Roman" w:cs="Times New Roman"/>
          <w:sz w:val="28"/>
          <w:szCs w:val="28"/>
          <w:lang w:val="vi-VN"/>
        </w:rPr>
      </w:pPr>
      <w:r w:rsidRPr="00960DB5">
        <w:rPr>
          <w:rFonts w:ascii="Times New Roman" w:hAnsi="Times New Roman" w:cs="Times New Roman"/>
          <w:sz w:val="28"/>
          <w:szCs w:val="28"/>
        </w:rPr>
        <w:t>Mẫu số 1</w:t>
      </w:r>
    </w:p>
    <w:tbl>
      <w:tblPr>
        <w:tblStyle w:val="TableGrid"/>
        <w:tblW w:w="10632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6520"/>
      </w:tblGrid>
      <w:tr w:rsidR="00960DB5" w:rsidRPr="00960DB5" w:rsidTr="00960DB5">
        <w:tc>
          <w:tcPr>
            <w:tcW w:w="4112" w:type="dxa"/>
          </w:tcPr>
          <w:p w:rsidR="00960DB5" w:rsidRPr="00960DB5" w:rsidRDefault="00960DB5" w:rsidP="00960DB5">
            <w:pPr>
              <w:spacing w:after="96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60D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HỘ KINH DOANH</w:t>
            </w:r>
          </w:p>
          <w:p w:rsidR="00960DB5" w:rsidRPr="0000333C" w:rsidRDefault="00960DB5" w:rsidP="0000333C">
            <w:pPr>
              <w:spacing w:after="96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 w:rsidRPr="00960D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…………………………………..</w:t>
            </w:r>
          </w:p>
        </w:tc>
        <w:tc>
          <w:tcPr>
            <w:tcW w:w="6520" w:type="dxa"/>
          </w:tcPr>
          <w:p w:rsidR="00960DB5" w:rsidRPr="00960DB5" w:rsidRDefault="00960DB5" w:rsidP="00960DB5">
            <w:pPr>
              <w:spacing w:after="96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60D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CỘNG HÒA XÃ HỘI CHỦ NGHĨA VIỆT NAM</w:t>
            </w:r>
          </w:p>
          <w:p w:rsidR="00960DB5" w:rsidRPr="0000333C" w:rsidRDefault="00960DB5" w:rsidP="0000333C">
            <w:pPr>
              <w:spacing w:after="96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 w:rsidRPr="00960DB5">
              <w:rPr>
                <w:rFonts w:ascii="Times New Roman" w:hAnsi="Times New Roman" w:cs="Times New Roman"/>
                <w:noProof/>
                <w:sz w:val="28"/>
                <w:szCs w:val="28"/>
                <w:lang w:val="vi-V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1256583</wp:posOffset>
                      </wp:positionH>
                      <wp:positionV relativeFrom="paragraph">
                        <wp:posOffset>277981</wp:posOffset>
                      </wp:positionV>
                      <wp:extent cx="1479665" cy="0"/>
                      <wp:effectExtent l="0" t="0" r="6350" b="12700"/>
                      <wp:wrapNone/>
                      <wp:docPr id="1116952915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7966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47361F65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8.95pt,21.9pt" to="215.45pt,21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" strokecolor="black [3040]"/>
                  </w:pict>
                </mc:Fallback>
              </mc:AlternateContent>
            </w:r>
            <w:r w:rsidRPr="00960D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Độc lập - Tự do - Hạnh phúc</w:t>
            </w:r>
          </w:p>
          <w:p w:rsidR="00960DB5" w:rsidRPr="00960DB5" w:rsidRDefault="00960DB5" w:rsidP="00960DB5">
            <w:pPr>
              <w:spacing w:after="96" w:line="276" w:lineRule="auto"/>
              <w:jc w:val="right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vi-VN"/>
              </w:rPr>
            </w:pPr>
            <w:r w:rsidRPr="00960DB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Xuân</w:t>
            </w:r>
            <w:r w:rsidRPr="00960DB5">
              <w:rPr>
                <w:rFonts w:ascii="Times New Roman" w:hAnsi="Times New Roman" w:cs="Times New Roman"/>
                <w:i/>
                <w:iCs/>
                <w:sz w:val="28"/>
                <w:szCs w:val="28"/>
                <w:lang w:val="vi-VN"/>
              </w:rPr>
              <w:t xml:space="preserve"> Lộc</w:t>
            </w:r>
            <w:r w:rsidRPr="00960DB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, ngày 10 tháng 8 năm 2025</w:t>
            </w:r>
          </w:p>
        </w:tc>
      </w:tr>
    </w:tbl>
    <w:p w:rsidR="00583BBC" w:rsidRPr="00960DB5" w:rsidRDefault="00583BBC" w:rsidP="00960DB5">
      <w:pPr>
        <w:spacing w:after="96" w:line="276" w:lineRule="auto"/>
        <w:rPr>
          <w:rFonts w:ascii="Times New Roman" w:hAnsi="Times New Roman" w:cs="Times New Roman"/>
          <w:sz w:val="28"/>
          <w:szCs w:val="28"/>
          <w:lang w:val="vi-VN"/>
        </w:rPr>
      </w:pPr>
    </w:p>
    <w:p w:rsidR="00583BBC" w:rsidRPr="00960DB5" w:rsidRDefault="00000000" w:rsidP="00960DB5">
      <w:pPr>
        <w:spacing w:after="96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60DB5">
        <w:rPr>
          <w:rFonts w:ascii="Times New Roman" w:hAnsi="Times New Roman" w:cs="Times New Roman"/>
          <w:b/>
          <w:bCs/>
          <w:sz w:val="28"/>
          <w:szCs w:val="28"/>
        </w:rPr>
        <w:t>THÔNG BÁO</w:t>
      </w:r>
    </w:p>
    <w:p w:rsidR="00583BBC" w:rsidRPr="00960DB5" w:rsidRDefault="00000000" w:rsidP="00960DB5">
      <w:pPr>
        <w:spacing w:after="96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60DB5">
        <w:rPr>
          <w:rFonts w:ascii="Times New Roman" w:hAnsi="Times New Roman" w:cs="Times New Roman"/>
          <w:b/>
          <w:bCs/>
          <w:sz w:val="28"/>
          <w:szCs w:val="28"/>
        </w:rPr>
        <w:t>Về việc chấm dứt hoạt động hộ kinh doanh</w:t>
      </w:r>
    </w:p>
    <w:p w:rsidR="00583BBC" w:rsidRPr="00960DB5" w:rsidRDefault="00583BBC">
      <w:pPr>
        <w:spacing w:after="96"/>
        <w:rPr>
          <w:rFonts w:ascii="Times New Roman" w:hAnsi="Times New Roman" w:cs="Times New Roman"/>
          <w:sz w:val="28"/>
          <w:szCs w:val="28"/>
        </w:rPr>
      </w:pPr>
    </w:p>
    <w:p w:rsidR="00583BBC" w:rsidRPr="00960DB5" w:rsidRDefault="00000000" w:rsidP="00960DB5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960DB5">
        <w:rPr>
          <w:rFonts w:ascii="Times New Roman" w:hAnsi="Times New Roman" w:cs="Times New Roman"/>
          <w:sz w:val="28"/>
          <w:szCs w:val="28"/>
        </w:rPr>
        <w:t xml:space="preserve">Kính gửi: Phòng Kinh tế </w:t>
      </w:r>
      <w:r w:rsidR="00960DB5">
        <w:rPr>
          <w:rFonts w:ascii="Times New Roman" w:hAnsi="Times New Roman" w:cs="Times New Roman"/>
          <w:sz w:val="28"/>
          <w:szCs w:val="28"/>
        </w:rPr>
        <w:t>xã</w:t>
      </w:r>
      <w:r w:rsidR="00960DB5"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="00960DB5">
        <w:rPr>
          <w:rFonts w:ascii="Times New Roman" w:hAnsi="Times New Roman" w:cs="Times New Roman"/>
          <w:sz w:val="28"/>
          <w:szCs w:val="28"/>
        </w:rPr>
        <w:t>Xuân</w:t>
      </w:r>
      <w:r w:rsidR="00960DB5">
        <w:rPr>
          <w:rFonts w:ascii="Times New Roman" w:hAnsi="Times New Roman" w:cs="Times New Roman"/>
          <w:sz w:val="28"/>
          <w:szCs w:val="28"/>
          <w:lang w:val="vi-VN"/>
        </w:rPr>
        <w:t xml:space="preserve"> Lộc</w:t>
      </w:r>
    </w:p>
    <w:p w:rsidR="00583BBC" w:rsidRPr="00FD7698" w:rsidRDefault="00000000" w:rsidP="00960DB5">
      <w:pPr>
        <w:tabs>
          <w:tab w:val="left" w:leader="dot" w:pos="8505"/>
        </w:tabs>
        <w:spacing w:after="96"/>
        <w:ind w:right="-7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960DB5">
        <w:rPr>
          <w:rFonts w:ascii="Times New Roman" w:hAnsi="Times New Roman" w:cs="Times New Roman"/>
          <w:sz w:val="28"/>
          <w:szCs w:val="28"/>
        </w:rPr>
        <w:t xml:space="preserve">Tên hộ kinh doanh : </w:t>
      </w:r>
      <w:r w:rsidR="00FD7698">
        <w:rPr>
          <w:rFonts w:ascii="Times New Roman" w:hAnsi="Times New Roman" w:cs="Times New Roman"/>
          <w:b/>
          <w:bCs/>
          <w:sz w:val="28"/>
          <w:szCs w:val="28"/>
        </w:rPr>
        <w:t>AN</w:t>
      </w:r>
      <w:r w:rsidR="00FD7698"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 BÌNH</w:t>
      </w:r>
    </w:p>
    <w:p w:rsidR="00583BBC" w:rsidRPr="00960DB5" w:rsidRDefault="00000000" w:rsidP="00960DB5">
      <w:pPr>
        <w:tabs>
          <w:tab w:val="left" w:leader="dot" w:pos="8505"/>
        </w:tabs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960DB5">
        <w:rPr>
          <w:rFonts w:ascii="Times New Roman" w:hAnsi="Times New Roman" w:cs="Times New Roman"/>
          <w:sz w:val="28"/>
          <w:szCs w:val="28"/>
        </w:rPr>
        <w:t xml:space="preserve">Mã số hộ kinh doanh: </w:t>
      </w:r>
      <w:r w:rsidR="00FD7698">
        <w:rPr>
          <w:rFonts w:ascii="Times New Roman" w:hAnsi="Times New Roman" w:cs="Times New Roman"/>
          <w:b/>
          <w:bCs/>
          <w:sz w:val="28"/>
          <w:szCs w:val="28"/>
          <w:lang w:val="vi-VN"/>
        </w:rPr>
        <w:t>8114559445-001</w:t>
      </w:r>
    </w:p>
    <w:p w:rsidR="00583BBC" w:rsidRPr="00960DB5" w:rsidRDefault="00000000" w:rsidP="00960DB5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960DB5">
        <w:rPr>
          <w:rFonts w:ascii="Times New Roman" w:hAnsi="Times New Roman" w:cs="Times New Roman"/>
          <w:sz w:val="28"/>
          <w:szCs w:val="28"/>
        </w:rPr>
        <w:t>Hộ kinh doanh cam kết đã thanh toán đầy đủ các khoản nợ, gồm cả nợ thuế và nghĩa vụ tài chính khác/đã đạt được thỏa thuận với các chủ nợ về</w:t>
      </w:r>
      <w:r w:rsidR="00960DB5"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960DB5">
        <w:rPr>
          <w:rFonts w:ascii="Times New Roman" w:hAnsi="Times New Roman" w:cs="Times New Roman"/>
          <w:sz w:val="28"/>
          <w:szCs w:val="28"/>
        </w:rPr>
        <w:t>việc thực hiện nghĩa vụ tài chính trước khi nộp hồ sơ đăng ký chấm dứt hoạt động hộ kinh doanh.</w:t>
      </w:r>
    </w:p>
    <w:p w:rsidR="00583BBC" w:rsidRPr="00960DB5" w:rsidRDefault="00000000" w:rsidP="00960DB5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DB5">
        <w:rPr>
          <w:rFonts w:ascii="Times New Roman" w:hAnsi="Times New Roman" w:cs="Times New Roman"/>
          <w:sz w:val="28"/>
          <w:szCs w:val="28"/>
        </w:rPr>
        <w:t>Hộ kinh doanh cam kết hoàn toàn chịu trách nhiệm trước pháp luật về tính hợp pháp, chính xác, trung thực của nội dung Thông báo này.</w:t>
      </w:r>
    </w:p>
    <w:tbl>
      <w:tblPr>
        <w:tblStyle w:val="TableGrid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7513"/>
      </w:tblGrid>
      <w:tr w:rsidR="00960DB5" w:rsidTr="00960DB5">
        <w:tc>
          <w:tcPr>
            <w:tcW w:w="2376" w:type="dxa"/>
          </w:tcPr>
          <w:p w:rsidR="00960DB5" w:rsidRDefault="00960DB5">
            <w:pPr>
              <w:spacing w:after="9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960DB5" w:rsidRP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60D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CHỦ HỘ KINH DOANH/NGƯỜI THỪA KẾ</w:t>
            </w:r>
          </w:p>
          <w:p w:rsidR="00960DB5" w:rsidRP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vi-VN"/>
              </w:rPr>
            </w:pPr>
            <w:r w:rsidRPr="00960DB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(Ký và ghi họ tên)</w:t>
            </w:r>
          </w:p>
          <w:p w:rsidR="00960DB5" w:rsidRP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vi-VN"/>
              </w:rPr>
            </w:pPr>
          </w:p>
          <w:p w:rsid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  <w:p w:rsid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  <w:p w:rsid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  <w:p w:rsid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  <w:p w:rsidR="00960DB5" w:rsidRP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  <w:p w:rsidR="00960DB5" w:rsidRPr="00D64222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642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NGUYỄN VĂN A</w:t>
            </w:r>
          </w:p>
          <w:p w:rsidR="00960DB5" w:rsidRDefault="00960DB5">
            <w:pPr>
              <w:spacing w:after="9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83BBC" w:rsidRPr="00960DB5" w:rsidRDefault="00583BBC">
      <w:pPr>
        <w:spacing w:after="96"/>
        <w:rPr>
          <w:rFonts w:ascii="Times New Roman" w:hAnsi="Times New Roman" w:cs="Times New Roman"/>
          <w:sz w:val="28"/>
          <w:szCs w:val="28"/>
        </w:rPr>
      </w:pPr>
    </w:p>
    <w:p w:rsidR="00583BBC" w:rsidRPr="00960DB5" w:rsidRDefault="00583BBC">
      <w:pPr>
        <w:spacing w:after="96"/>
        <w:rPr>
          <w:rFonts w:ascii="Times New Roman" w:hAnsi="Times New Roman" w:cs="Times New Roman"/>
          <w:sz w:val="28"/>
          <w:szCs w:val="28"/>
        </w:rPr>
      </w:pPr>
    </w:p>
    <w:sectPr w:rsidR="00583BBC" w:rsidRPr="00960DB5" w:rsidSect="00960DB5">
      <w:pgSz w:w="12240" w:h="15840"/>
      <w:pgMar w:top="1440" w:right="1792" w:bottom="1440" w:left="179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3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40299364">
    <w:abstractNumId w:val="8"/>
  </w:num>
  <w:num w:numId="2" w16cid:durableId="1666278956">
    <w:abstractNumId w:val="6"/>
  </w:num>
  <w:num w:numId="3" w16cid:durableId="491989717">
    <w:abstractNumId w:val="5"/>
  </w:num>
  <w:num w:numId="4" w16cid:durableId="704528175">
    <w:abstractNumId w:val="4"/>
  </w:num>
  <w:num w:numId="5" w16cid:durableId="668487236">
    <w:abstractNumId w:val="7"/>
  </w:num>
  <w:num w:numId="6" w16cid:durableId="811408352">
    <w:abstractNumId w:val="3"/>
  </w:num>
  <w:num w:numId="7" w16cid:durableId="218129024">
    <w:abstractNumId w:val="2"/>
  </w:num>
  <w:num w:numId="8" w16cid:durableId="1719620014">
    <w:abstractNumId w:val="1"/>
  </w:num>
  <w:num w:numId="9" w16cid:durableId="1174421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37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333C"/>
    <w:rsid w:val="00034616"/>
    <w:rsid w:val="0006063C"/>
    <w:rsid w:val="0015074B"/>
    <w:rsid w:val="0029639D"/>
    <w:rsid w:val="00326F90"/>
    <w:rsid w:val="00583BBC"/>
    <w:rsid w:val="00960DB5"/>
    <w:rsid w:val="00AA1D8D"/>
    <w:rsid w:val="00B47730"/>
    <w:rsid w:val="00C95B7B"/>
    <w:rsid w:val="00CB0664"/>
    <w:rsid w:val="00D64222"/>
    <w:rsid w:val="00FC693F"/>
    <w:rsid w:val="00FD7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efaultImageDpi w14:val="300"/>
  <w15:docId w15:val="{7777B19D-CD2F-9C4F-B0C5-888B95062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80" w:afterLines="40" w:after="40" w:line="26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Nguyen Thien Phuoc</cp:lastModifiedBy>
  <cp:revision>4</cp:revision>
  <cp:lastPrinted>2025-11-24T06:57:00Z</cp:lastPrinted>
  <dcterms:created xsi:type="dcterms:W3CDTF">2013-12-23T23:15:00Z</dcterms:created>
  <dcterms:modified xsi:type="dcterms:W3CDTF">2025-11-24T07:09:00Z</dcterms:modified>
  <cp:category/>
</cp:coreProperties>
</file>