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F86CBB" w:rsidRDefault="009D3B84" w:rsidP="009D3B84">
      <w:pPr>
        <w:spacing w:after="96"/>
        <w:rPr>
          <w:rFonts w:ascii="Times New Roman" w:hAnsi="Times New Roman" w:cs="Times New Roman"/>
          <w:sz w:val="28"/>
          <w:szCs w:val="28"/>
          <w:lang w:val="vi-VN"/>
        </w:rPr>
      </w:pPr>
      <w:r w:rsidRPr="009D3B84">
        <w:rPr>
          <w:rFonts w:ascii="Times New Roman" w:hAnsi="Times New Roman" w:cs="Times New Roman"/>
          <w:sz w:val="28"/>
          <w:szCs w:val="28"/>
        </w:rPr>
        <w:t>NỘI DUNG MÂU HỘ TỊCH ĐIỆN TỬ TƯƠNG TÁC ĐĂNG KÝ K</w:t>
      </w:r>
      <w:r>
        <w:rPr>
          <w:rFonts w:ascii="Times New Roman" w:hAnsi="Times New Roman" w:cs="Times New Roman"/>
          <w:sz w:val="28"/>
          <w:szCs w:val="28"/>
        </w:rPr>
        <w:t>Ế</w:t>
      </w:r>
      <w:r w:rsidRPr="009D3B84">
        <w:rPr>
          <w:rFonts w:ascii="Times New Roman" w:hAnsi="Times New Roman" w:cs="Times New Roman"/>
          <w:sz w:val="28"/>
          <w:szCs w:val="28"/>
        </w:rPr>
        <w:t>T HÔN</w:t>
      </w:r>
    </w:p>
    <w:p w:rsidR="009D3B84" w:rsidRDefault="009D3B84" w:rsidP="009D3B84">
      <w:pPr>
        <w:spacing w:after="96"/>
        <w:rPr>
          <w:rFonts w:ascii="Times New Roman" w:hAnsi="Times New Roman" w:cs="Times New Roman"/>
          <w:sz w:val="28"/>
          <w:szCs w:val="28"/>
          <w:lang w:val="vi-VN"/>
        </w:rPr>
      </w:pPr>
    </w:p>
    <w:p w:rsidR="009D3B84" w:rsidRPr="009D3B84" w:rsidRDefault="009D3B84" w:rsidP="009D3B84">
      <w:pPr>
        <w:spacing w:after="96"/>
        <w:rPr>
          <w:rFonts w:ascii="Times New Roman" w:hAnsi="Times New Roman" w:cs="Times New Roman"/>
          <w:sz w:val="28"/>
          <w:szCs w:val="28"/>
          <w:lang w:val="vi-VN"/>
        </w:rPr>
      </w:pPr>
      <w:r w:rsidRPr="009D3B84">
        <w:rPr>
          <w:rFonts w:ascii="Times New Roman" w:hAnsi="Times New Roman" w:cs="Times New Roman"/>
          <w:sz w:val="28"/>
          <w:szCs w:val="28"/>
          <w:lang w:val="vi-VN"/>
        </w:rPr>
        <w:t>I. Thông tin bên nữ</w:t>
      </w:r>
    </w:p>
    <w:p w:rsidR="009D3B84" w:rsidRPr="009D3B84" w:rsidRDefault="009D3B84" w:rsidP="009D3B84">
      <w:pPr>
        <w:spacing w:after="96"/>
        <w:rPr>
          <w:rFonts w:ascii="Times New Roman" w:hAnsi="Times New Roman" w:cs="Times New Roman"/>
          <w:sz w:val="28"/>
          <w:szCs w:val="28"/>
          <w:lang w:val="vi-VN"/>
        </w:rPr>
      </w:pPr>
      <w:r w:rsidRPr="009D3B84">
        <w:rPr>
          <w:rFonts w:ascii="Times New Roman" w:hAnsi="Times New Roman" w:cs="Times New Roman"/>
          <w:sz w:val="28"/>
          <w:szCs w:val="28"/>
          <w:lang w:val="vi-VN"/>
        </w:rPr>
        <w:t>(1) Ảnh (trường hợp làm thủ tục đăng ký kết hôn có yếu tổ nước ngoài);</w:t>
      </w:r>
    </w:p>
    <w:p w:rsidR="009D3B84" w:rsidRPr="009D3B84" w:rsidRDefault="009D3B84" w:rsidP="009D3B84">
      <w:pPr>
        <w:spacing w:after="96"/>
        <w:rPr>
          <w:rFonts w:ascii="Times New Roman" w:hAnsi="Times New Roman" w:cs="Times New Roman"/>
          <w:sz w:val="28"/>
          <w:szCs w:val="28"/>
          <w:lang w:val="vi-VN"/>
        </w:rPr>
      </w:pPr>
      <w:r w:rsidRPr="009D3B84">
        <w:rPr>
          <w:rFonts w:ascii="Times New Roman" w:hAnsi="Times New Roman" w:cs="Times New Roman"/>
          <w:sz w:val="28"/>
          <w:szCs w:val="28"/>
          <w:lang w:val="vi-VN"/>
        </w:rPr>
        <w:t xml:space="preserve">(2) Họ, chữ đệm, tên : </w:t>
      </w:r>
      <w:r w:rsidRPr="009D3B84">
        <w:rPr>
          <w:rFonts w:ascii="Times New Roman" w:hAnsi="Times New Roman" w:cs="Times New Roman"/>
          <w:b/>
          <w:bCs/>
          <w:sz w:val="28"/>
          <w:szCs w:val="28"/>
          <w:lang w:val="vi-VN"/>
        </w:rPr>
        <w:t>Y THANG</w:t>
      </w:r>
    </w:p>
    <w:p w:rsidR="009D3B84" w:rsidRPr="009D3B84" w:rsidRDefault="009D3B84" w:rsidP="009D3B84">
      <w:pPr>
        <w:spacing w:after="96"/>
        <w:rPr>
          <w:rFonts w:ascii="Times New Roman" w:hAnsi="Times New Roman" w:cs="Times New Roman"/>
          <w:sz w:val="28"/>
          <w:szCs w:val="28"/>
          <w:lang w:val="vi-VN"/>
        </w:rPr>
      </w:pPr>
      <w:r w:rsidRPr="009D3B84">
        <w:rPr>
          <w:rFonts w:ascii="Times New Roman" w:hAnsi="Times New Roman" w:cs="Times New Roman"/>
          <w:sz w:val="28"/>
          <w:szCs w:val="28"/>
          <w:lang w:val="vi-VN"/>
        </w:rPr>
        <w:t>(3) Ngày, tháng, năm sinh : 05.05.2003</w:t>
      </w:r>
    </w:p>
    <w:p w:rsidR="009D3B84" w:rsidRPr="009D3B84" w:rsidRDefault="009D3B84" w:rsidP="009D3B84">
      <w:pPr>
        <w:spacing w:after="96"/>
        <w:rPr>
          <w:rFonts w:ascii="Times New Roman" w:hAnsi="Times New Roman" w:cs="Times New Roman"/>
          <w:sz w:val="28"/>
          <w:szCs w:val="28"/>
          <w:lang w:val="vi-VN"/>
        </w:rPr>
      </w:pPr>
      <w:r w:rsidRPr="009D3B84">
        <w:rPr>
          <w:rFonts w:ascii="Times New Roman" w:hAnsi="Times New Roman" w:cs="Times New Roman"/>
          <w:sz w:val="28"/>
          <w:szCs w:val="28"/>
          <w:lang w:val="vi-VN"/>
        </w:rPr>
        <w:t>(4) Dân tộc : Giè-Triêng (Tareb)</w:t>
      </w:r>
    </w:p>
    <w:p w:rsidR="009D3B84" w:rsidRPr="009D3B84" w:rsidRDefault="009D3B84" w:rsidP="009D3B84">
      <w:pPr>
        <w:spacing w:after="96"/>
        <w:rPr>
          <w:rFonts w:ascii="Times New Roman" w:hAnsi="Times New Roman" w:cs="Times New Roman"/>
          <w:sz w:val="28"/>
          <w:szCs w:val="28"/>
          <w:lang w:val="vi-VN"/>
        </w:rPr>
      </w:pPr>
      <w:r w:rsidRPr="009D3B84">
        <w:rPr>
          <w:rFonts w:ascii="Times New Roman" w:hAnsi="Times New Roman" w:cs="Times New Roman"/>
          <w:sz w:val="28"/>
          <w:szCs w:val="28"/>
          <w:lang w:val="vi-VN"/>
        </w:rPr>
        <w:t>(5) Quốc tịch : Việt Nam</w:t>
      </w:r>
    </w:p>
    <w:p w:rsidR="009D3B84" w:rsidRPr="009D3B84" w:rsidRDefault="009D3B84" w:rsidP="009D3B84">
      <w:pPr>
        <w:spacing w:after="96"/>
        <w:rPr>
          <w:rFonts w:ascii="Times New Roman" w:hAnsi="Times New Roman" w:cs="Times New Roman"/>
          <w:sz w:val="28"/>
          <w:szCs w:val="28"/>
          <w:lang w:val="vi-VN"/>
        </w:rPr>
      </w:pPr>
      <w:r w:rsidRPr="009D3B84">
        <w:rPr>
          <w:rFonts w:ascii="Times New Roman" w:hAnsi="Times New Roman" w:cs="Times New Roman"/>
          <w:sz w:val="28"/>
          <w:szCs w:val="28"/>
          <w:lang w:val="vi-VN"/>
        </w:rPr>
        <w:t>(6) Sổ định danh cá nhân : 062303005488</w:t>
      </w:r>
    </w:p>
    <w:p w:rsidR="009D3B84" w:rsidRDefault="009D3B84" w:rsidP="009D3B84">
      <w:pPr>
        <w:spacing w:after="96"/>
        <w:rPr>
          <w:rFonts w:ascii="Times New Roman" w:hAnsi="Times New Roman" w:cs="Times New Roman"/>
          <w:sz w:val="28"/>
          <w:szCs w:val="28"/>
          <w:lang w:val="vi-VN"/>
        </w:rPr>
      </w:pPr>
      <w:r w:rsidRPr="009D3B84">
        <w:rPr>
          <w:rFonts w:ascii="Times New Roman" w:hAnsi="Times New Roman" w:cs="Times New Roman"/>
          <w:sz w:val="28"/>
          <w:szCs w:val="28"/>
          <w:lang w:val="vi-VN"/>
        </w:rPr>
        <w:t>(7) Giấy tờ tùy thân:</w:t>
      </w:r>
    </w:p>
    <w:p w:rsidR="009D3B84" w:rsidRPr="009D3B84" w:rsidRDefault="009D3B84" w:rsidP="009D3B84">
      <w:pPr>
        <w:spacing w:after="96"/>
        <w:ind w:firstLine="709"/>
        <w:rPr>
          <w:rFonts w:ascii="Times New Roman" w:hAnsi="Times New Roman" w:cs="Times New Roman"/>
          <w:sz w:val="28"/>
          <w:szCs w:val="28"/>
          <w:lang w:val="vi-VN"/>
        </w:rPr>
      </w:pPr>
      <w:r w:rsidRPr="009D3B84">
        <w:rPr>
          <w:rFonts w:ascii="Times New Roman" w:hAnsi="Times New Roman" w:cs="Times New Roman"/>
          <w:sz w:val="28"/>
          <w:szCs w:val="28"/>
          <w:lang w:val="vi-VN"/>
        </w:rPr>
        <w:t>Loại giấy tờ sử dụng : Thẻ căn cước công dân</w:t>
      </w:r>
    </w:p>
    <w:p w:rsidR="009D3B84" w:rsidRPr="009D3B84" w:rsidRDefault="009D3B84" w:rsidP="009D3B84">
      <w:pPr>
        <w:spacing w:after="96"/>
        <w:ind w:firstLine="709"/>
        <w:rPr>
          <w:rFonts w:ascii="Times New Roman" w:hAnsi="Times New Roman" w:cs="Times New Roman"/>
          <w:sz w:val="28"/>
          <w:szCs w:val="28"/>
          <w:lang w:val="vi-VN"/>
        </w:rPr>
      </w:pPr>
      <w:r w:rsidRPr="009D3B84">
        <w:rPr>
          <w:rFonts w:ascii="Times New Roman" w:hAnsi="Times New Roman" w:cs="Times New Roman"/>
          <w:sz w:val="28"/>
          <w:szCs w:val="28"/>
          <w:lang w:val="vi-VN"/>
        </w:rPr>
        <w:t>Số: 062303005488</w:t>
      </w:r>
    </w:p>
    <w:p w:rsidR="009D3B84" w:rsidRPr="009D3B84" w:rsidRDefault="009D3B84" w:rsidP="009D3B84">
      <w:pPr>
        <w:spacing w:after="96"/>
        <w:ind w:firstLine="709"/>
        <w:rPr>
          <w:rFonts w:ascii="Times New Roman" w:hAnsi="Times New Roman" w:cs="Times New Roman"/>
          <w:sz w:val="28"/>
          <w:szCs w:val="28"/>
          <w:lang w:val="vi-VN"/>
        </w:rPr>
      </w:pPr>
      <w:r w:rsidRPr="009D3B84">
        <w:rPr>
          <w:rFonts w:ascii="Times New Roman" w:hAnsi="Times New Roman" w:cs="Times New Roman"/>
          <w:sz w:val="28"/>
          <w:szCs w:val="28"/>
          <w:lang w:val="vi-VN"/>
        </w:rPr>
        <w:t>Ngày, tháng, năm cấp : 23/06/2024</w:t>
      </w:r>
    </w:p>
    <w:p w:rsidR="009D3B84" w:rsidRDefault="009D3B84" w:rsidP="009D3B84">
      <w:pPr>
        <w:spacing w:after="96"/>
        <w:ind w:firstLine="709"/>
        <w:rPr>
          <w:rFonts w:ascii="Times New Roman" w:hAnsi="Times New Roman" w:cs="Times New Roman"/>
          <w:sz w:val="28"/>
          <w:szCs w:val="28"/>
          <w:lang w:val="vi-VN"/>
        </w:rPr>
      </w:pPr>
      <w:r w:rsidRPr="009D3B84">
        <w:rPr>
          <w:rFonts w:ascii="Times New Roman" w:hAnsi="Times New Roman" w:cs="Times New Roman"/>
          <w:sz w:val="28"/>
          <w:szCs w:val="28"/>
          <w:lang w:val="vi-VN"/>
        </w:rPr>
        <w:t>Cơ quan cấp : Cục cảnh sát quản lý hành chính về trật tự xã hội</w:t>
      </w:r>
    </w:p>
    <w:p w:rsidR="009D3B84" w:rsidRPr="009D3B84" w:rsidRDefault="009D3B84" w:rsidP="009D3B84">
      <w:pPr>
        <w:spacing w:after="96"/>
        <w:rPr>
          <w:rFonts w:ascii="Times New Roman" w:hAnsi="Times New Roman" w:cs="Times New Roman"/>
          <w:sz w:val="28"/>
          <w:szCs w:val="28"/>
          <w:lang w:val="vi-VN"/>
        </w:rPr>
      </w:pPr>
      <w:r w:rsidRPr="009D3B84">
        <w:rPr>
          <w:rFonts w:ascii="Times New Roman" w:hAnsi="Times New Roman" w:cs="Times New Roman"/>
          <w:sz w:val="28"/>
          <w:szCs w:val="28"/>
          <w:lang w:val="vi-VN"/>
        </w:rPr>
        <w:t>8) Nơi cư trú : Thôn Broong Mỹ, Xã Đăk Môn, Tỉnh Quảng Ngãi</w:t>
      </w:r>
    </w:p>
    <w:p w:rsidR="009D3B84" w:rsidRDefault="009D3B84" w:rsidP="009D3B84">
      <w:pPr>
        <w:spacing w:after="96"/>
        <w:rPr>
          <w:rFonts w:ascii="Times New Roman" w:hAnsi="Times New Roman" w:cs="Times New Roman"/>
          <w:sz w:val="28"/>
          <w:szCs w:val="28"/>
          <w:lang w:val="vi-VN"/>
        </w:rPr>
      </w:pPr>
      <w:r w:rsidRPr="009D3B84">
        <w:rPr>
          <w:rFonts w:ascii="Times New Roman" w:hAnsi="Times New Roman" w:cs="Times New Roman"/>
          <w:sz w:val="28"/>
          <w:szCs w:val="28"/>
          <w:lang w:val="vi-VN"/>
        </w:rPr>
        <w:t>(9) Kết hôn lần thứ mấy:</w:t>
      </w:r>
      <w:r>
        <w:rPr>
          <w:rFonts w:ascii="Times New Roman" w:hAnsi="Times New Roman" w:cs="Times New Roman"/>
          <w:sz w:val="28"/>
          <w:szCs w:val="28"/>
          <w:lang w:val="vi-VN"/>
        </w:rPr>
        <w:t xml:space="preserve"> 01</w:t>
      </w:r>
    </w:p>
    <w:p w:rsidR="009D3B84" w:rsidRPr="009D3B84" w:rsidRDefault="009D3B84" w:rsidP="009D3B84">
      <w:pPr>
        <w:spacing w:after="96"/>
        <w:rPr>
          <w:rFonts w:ascii="Times New Roman" w:hAnsi="Times New Roman" w:cs="Times New Roman"/>
          <w:sz w:val="28"/>
          <w:szCs w:val="28"/>
          <w:lang w:val="vi-VN"/>
        </w:rPr>
      </w:pPr>
      <w:r w:rsidRPr="009D3B84">
        <w:rPr>
          <w:rFonts w:ascii="Times New Roman" w:hAnsi="Times New Roman" w:cs="Times New Roman"/>
          <w:sz w:val="28"/>
          <w:szCs w:val="28"/>
          <w:lang w:val="vi-VN"/>
        </w:rPr>
        <w:t>II. Thông tin bên nam</w:t>
      </w:r>
    </w:p>
    <w:p w:rsidR="009D3B84" w:rsidRPr="009D3B84" w:rsidRDefault="009D3B84" w:rsidP="009D3B84">
      <w:pPr>
        <w:spacing w:after="96"/>
        <w:rPr>
          <w:rFonts w:ascii="Times New Roman" w:hAnsi="Times New Roman" w:cs="Times New Roman"/>
          <w:sz w:val="28"/>
          <w:szCs w:val="28"/>
          <w:lang w:val="vi-VN"/>
        </w:rPr>
      </w:pPr>
      <w:r w:rsidRPr="009D3B84">
        <w:rPr>
          <w:rFonts w:ascii="Times New Roman" w:hAnsi="Times New Roman" w:cs="Times New Roman"/>
          <w:sz w:val="28"/>
          <w:szCs w:val="28"/>
          <w:lang w:val="vi-VN"/>
        </w:rPr>
        <w:t>(10) Ảnh (trường hợp làm thủ tục đăng ký kết hôn có yếu tố nước ngoài);</w:t>
      </w:r>
    </w:p>
    <w:p w:rsidR="009D3B84" w:rsidRPr="009D3B84" w:rsidRDefault="009D3B84" w:rsidP="009D3B84">
      <w:pPr>
        <w:spacing w:after="96"/>
        <w:rPr>
          <w:rFonts w:ascii="Times New Roman" w:hAnsi="Times New Roman" w:cs="Times New Roman"/>
          <w:sz w:val="28"/>
          <w:szCs w:val="28"/>
          <w:lang w:val="vi-VN"/>
        </w:rPr>
      </w:pPr>
      <w:r w:rsidRPr="009D3B84">
        <w:rPr>
          <w:rFonts w:ascii="Times New Roman" w:hAnsi="Times New Roman" w:cs="Times New Roman"/>
          <w:sz w:val="28"/>
          <w:szCs w:val="28"/>
          <w:lang w:val="vi-VN"/>
        </w:rPr>
        <w:t xml:space="preserve">(11) Họ, chữ đệm, tên : </w:t>
      </w:r>
      <w:r w:rsidRPr="009D3B84">
        <w:rPr>
          <w:rFonts w:ascii="Times New Roman" w:hAnsi="Times New Roman" w:cs="Times New Roman"/>
          <w:b/>
          <w:bCs/>
          <w:sz w:val="28"/>
          <w:szCs w:val="28"/>
          <w:lang w:val="vi-VN"/>
        </w:rPr>
        <w:t>BÙI THANH B</w:t>
      </w:r>
    </w:p>
    <w:p w:rsidR="009D3B84" w:rsidRPr="009D3B84" w:rsidRDefault="009D3B84" w:rsidP="009D3B84">
      <w:pPr>
        <w:spacing w:after="96"/>
        <w:rPr>
          <w:rFonts w:ascii="Times New Roman" w:hAnsi="Times New Roman" w:cs="Times New Roman"/>
          <w:sz w:val="28"/>
          <w:szCs w:val="28"/>
          <w:lang w:val="vi-VN"/>
        </w:rPr>
      </w:pPr>
      <w:r w:rsidRPr="009D3B84">
        <w:rPr>
          <w:rFonts w:ascii="Times New Roman" w:hAnsi="Times New Roman" w:cs="Times New Roman"/>
          <w:sz w:val="28"/>
          <w:szCs w:val="28"/>
          <w:lang w:val="vi-VN"/>
        </w:rPr>
        <w:t>(12) Ngày, tháng, năm sinh : 26.02.2000</w:t>
      </w:r>
    </w:p>
    <w:p w:rsidR="009D3B84" w:rsidRPr="009D3B84" w:rsidRDefault="009D3B84" w:rsidP="009D3B84">
      <w:pPr>
        <w:spacing w:after="96"/>
        <w:rPr>
          <w:rFonts w:ascii="Times New Roman" w:hAnsi="Times New Roman" w:cs="Times New Roman"/>
          <w:sz w:val="28"/>
          <w:szCs w:val="28"/>
          <w:lang w:val="vi-VN"/>
        </w:rPr>
      </w:pPr>
      <w:r w:rsidRPr="009D3B84">
        <w:rPr>
          <w:rFonts w:ascii="Times New Roman" w:hAnsi="Times New Roman" w:cs="Times New Roman"/>
          <w:sz w:val="28"/>
          <w:szCs w:val="28"/>
          <w:lang w:val="vi-VN"/>
        </w:rPr>
        <w:t>(13) Dân tộc : Kinh</w:t>
      </w:r>
    </w:p>
    <w:p w:rsidR="009D3B84" w:rsidRPr="009D3B84" w:rsidRDefault="009D3B84" w:rsidP="009D3B84">
      <w:pPr>
        <w:spacing w:after="96"/>
        <w:rPr>
          <w:rFonts w:ascii="Times New Roman" w:hAnsi="Times New Roman" w:cs="Times New Roman"/>
          <w:sz w:val="28"/>
          <w:szCs w:val="28"/>
          <w:lang w:val="vi-VN"/>
        </w:rPr>
      </w:pPr>
      <w:r w:rsidRPr="009D3B84">
        <w:rPr>
          <w:rFonts w:ascii="Times New Roman" w:hAnsi="Times New Roman" w:cs="Times New Roman"/>
          <w:sz w:val="28"/>
          <w:szCs w:val="28"/>
          <w:lang w:val="vi-VN"/>
        </w:rPr>
        <w:t>(14) Quốc tịch : Việt Nam</w:t>
      </w:r>
    </w:p>
    <w:p w:rsidR="009D3B84" w:rsidRPr="009D3B84" w:rsidRDefault="009D3B84" w:rsidP="009D3B84">
      <w:pPr>
        <w:spacing w:after="96"/>
        <w:rPr>
          <w:rFonts w:ascii="Times New Roman" w:hAnsi="Times New Roman" w:cs="Times New Roman"/>
          <w:sz w:val="28"/>
          <w:szCs w:val="28"/>
          <w:lang w:val="vi-VN"/>
        </w:rPr>
      </w:pPr>
      <w:r w:rsidRPr="009D3B84">
        <w:rPr>
          <w:rFonts w:ascii="Times New Roman" w:hAnsi="Times New Roman" w:cs="Times New Roman"/>
          <w:sz w:val="28"/>
          <w:szCs w:val="28"/>
          <w:lang w:val="vi-VN"/>
        </w:rPr>
        <w:t>(15) Sổ định danh cá nhân : 075200011807</w:t>
      </w:r>
    </w:p>
    <w:p w:rsidR="009D3B84" w:rsidRDefault="009D3B84" w:rsidP="009D3B84">
      <w:pPr>
        <w:spacing w:after="96"/>
        <w:rPr>
          <w:rFonts w:ascii="Times New Roman" w:hAnsi="Times New Roman" w:cs="Times New Roman"/>
          <w:sz w:val="28"/>
          <w:szCs w:val="28"/>
          <w:lang w:val="vi-VN"/>
        </w:rPr>
      </w:pPr>
      <w:r w:rsidRPr="009D3B84">
        <w:rPr>
          <w:rFonts w:ascii="Times New Roman" w:hAnsi="Times New Roman" w:cs="Times New Roman"/>
          <w:sz w:val="28"/>
          <w:szCs w:val="28"/>
          <w:lang w:val="vi-VN"/>
        </w:rPr>
        <w:t>(16) Giấy tờ tùy thân:</w:t>
      </w:r>
    </w:p>
    <w:p w:rsidR="009D3B84" w:rsidRPr="009D3B84" w:rsidRDefault="009D3B84" w:rsidP="009D3B84">
      <w:pPr>
        <w:spacing w:after="96"/>
        <w:ind w:firstLine="709"/>
        <w:rPr>
          <w:rFonts w:ascii="Times New Roman" w:hAnsi="Times New Roman" w:cs="Times New Roman"/>
          <w:sz w:val="28"/>
          <w:szCs w:val="28"/>
          <w:lang w:val="vi-VN"/>
        </w:rPr>
      </w:pPr>
      <w:r w:rsidRPr="009D3B84">
        <w:rPr>
          <w:rFonts w:ascii="Times New Roman" w:hAnsi="Times New Roman" w:cs="Times New Roman"/>
          <w:sz w:val="28"/>
          <w:szCs w:val="28"/>
          <w:lang w:val="vi-VN"/>
        </w:rPr>
        <w:t>Loại giây tờ sử dụng : Thẻ căn cước công dân</w:t>
      </w:r>
    </w:p>
    <w:p w:rsidR="009D3B84" w:rsidRPr="009D3B84" w:rsidRDefault="009D3B84" w:rsidP="009D3B84">
      <w:pPr>
        <w:spacing w:after="96"/>
        <w:ind w:firstLine="709"/>
        <w:rPr>
          <w:rFonts w:ascii="Times New Roman" w:hAnsi="Times New Roman" w:cs="Times New Roman"/>
          <w:sz w:val="28"/>
          <w:szCs w:val="28"/>
          <w:lang w:val="vi-VN"/>
        </w:rPr>
      </w:pPr>
      <w:r w:rsidRPr="009D3B84">
        <w:rPr>
          <w:rFonts w:ascii="Times New Roman" w:hAnsi="Times New Roman" w:cs="Times New Roman"/>
          <w:sz w:val="28"/>
          <w:szCs w:val="28"/>
          <w:lang w:val="vi-VN"/>
        </w:rPr>
        <w:t>Số: 075200011807</w:t>
      </w:r>
    </w:p>
    <w:p w:rsidR="009D3B84" w:rsidRPr="009D3B84" w:rsidRDefault="009D3B84" w:rsidP="009D3B84">
      <w:pPr>
        <w:spacing w:after="96"/>
        <w:ind w:firstLine="709"/>
        <w:rPr>
          <w:rFonts w:ascii="Times New Roman" w:hAnsi="Times New Roman" w:cs="Times New Roman"/>
          <w:sz w:val="28"/>
          <w:szCs w:val="28"/>
          <w:lang w:val="vi-VN"/>
        </w:rPr>
      </w:pPr>
      <w:r w:rsidRPr="009D3B84">
        <w:rPr>
          <w:rFonts w:ascii="Times New Roman" w:hAnsi="Times New Roman" w:cs="Times New Roman"/>
          <w:sz w:val="28"/>
          <w:szCs w:val="28"/>
          <w:lang w:val="vi-VN"/>
        </w:rPr>
        <w:t>Ngày, tháng, năm cấp : 16/10/2023</w:t>
      </w:r>
    </w:p>
    <w:p w:rsidR="009D3B84" w:rsidRDefault="009D3B84" w:rsidP="009D3B84">
      <w:pPr>
        <w:spacing w:after="96"/>
        <w:ind w:firstLine="709"/>
        <w:rPr>
          <w:rFonts w:ascii="Times New Roman" w:hAnsi="Times New Roman" w:cs="Times New Roman"/>
          <w:sz w:val="28"/>
          <w:szCs w:val="28"/>
          <w:lang w:val="vi-VN"/>
        </w:rPr>
      </w:pPr>
      <w:r w:rsidRPr="009D3B84">
        <w:rPr>
          <w:rFonts w:ascii="Times New Roman" w:hAnsi="Times New Roman" w:cs="Times New Roman"/>
          <w:sz w:val="28"/>
          <w:szCs w:val="28"/>
          <w:lang w:val="vi-VN"/>
        </w:rPr>
        <w:t>Cơ quan cấp : Cục cảnh sát quản lý hành chính về trật tự xã hội</w:t>
      </w:r>
    </w:p>
    <w:p w:rsidR="009D3B84" w:rsidRPr="009D3B84" w:rsidRDefault="009D3B84" w:rsidP="009D3B84">
      <w:pPr>
        <w:spacing w:after="96"/>
        <w:rPr>
          <w:rFonts w:ascii="Times New Roman" w:hAnsi="Times New Roman" w:cs="Times New Roman"/>
          <w:sz w:val="28"/>
          <w:szCs w:val="28"/>
          <w:lang w:val="vi-VN"/>
        </w:rPr>
      </w:pPr>
      <w:r w:rsidRPr="009D3B84">
        <w:rPr>
          <w:rFonts w:ascii="Times New Roman" w:hAnsi="Times New Roman" w:cs="Times New Roman"/>
          <w:sz w:val="28"/>
          <w:szCs w:val="28"/>
          <w:lang w:val="vi-VN"/>
        </w:rPr>
        <w:t>17) Nơi cư trú : 15/113, Khu phổ Mương Sao, Phường Trấn Biên, Tỉnh Đồng Nai</w:t>
      </w:r>
    </w:p>
    <w:p w:rsidR="009D3B84" w:rsidRPr="009D3B84" w:rsidRDefault="009D3B84" w:rsidP="009D3B84">
      <w:pPr>
        <w:spacing w:after="96"/>
        <w:rPr>
          <w:rFonts w:ascii="Times New Roman" w:hAnsi="Times New Roman" w:cs="Times New Roman"/>
          <w:sz w:val="28"/>
          <w:szCs w:val="28"/>
          <w:lang w:val="vi-VN"/>
        </w:rPr>
      </w:pPr>
      <w:r w:rsidRPr="009D3B84">
        <w:rPr>
          <w:rFonts w:ascii="Times New Roman" w:hAnsi="Times New Roman" w:cs="Times New Roman"/>
          <w:sz w:val="28"/>
          <w:szCs w:val="28"/>
          <w:lang w:val="vi-VN"/>
        </w:rPr>
        <w:t xml:space="preserve">(18) Kết hôn lần thứ mấy : </w:t>
      </w:r>
      <w:r>
        <w:rPr>
          <w:rFonts w:ascii="Times New Roman" w:hAnsi="Times New Roman" w:cs="Times New Roman"/>
          <w:sz w:val="28"/>
          <w:szCs w:val="28"/>
          <w:lang w:val="vi-VN"/>
        </w:rPr>
        <w:t>0</w:t>
      </w:r>
      <w:r w:rsidRPr="009D3B84">
        <w:rPr>
          <w:rFonts w:ascii="Times New Roman" w:hAnsi="Times New Roman" w:cs="Times New Roman"/>
          <w:sz w:val="28"/>
          <w:szCs w:val="28"/>
          <w:lang w:val="vi-VN"/>
        </w:rPr>
        <w:t>1</w:t>
      </w:r>
    </w:p>
    <w:p w:rsidR="009D3B84" w:rsidRDefault="009D3B84" w:rsidP="009D3B84">
      <w:pPr>
        <w:spacing w:after="96"/>
        <w:rPr>
          <w:rFonts w:ascii="Times New Roman" w:hAnsi="Times New Roman" w:cs="Times New Roman"/>
          <w:sz w:val="28"/>
          <w:szCs w:val="28"/>
          <w:lang w:val="vi-VN"/>
        </w:rPr>
      </w:pPr>
      <w:r w:rsidRPr="009D3B84">
        <w:rPr>
          <w:rFonts w:ascii="Times New Roman" w:hAnsi="Times New Roman" w:cs="Times New Roman"/>
          <w:sz w:val="28"/>
          <w:szCs w:val="28"/>
          <w:lang w:val="vi-VN"/>
        </w:rPr>
        <w:t>(19) Đề nghị cấp bản sao:</w:t>
      </w:r>
    </w:p>
    <w:p w:rsidR="00E53CEC" w:rsidRDefault="00E53CEC" w:rsidP="00E53CEC">
      <w:pPr>
        <w:spacing w:after="96"/>
        <w:rPr>
          <w:rFonts w:ascii="Times New Roman" w:hAnsi="Times New Roman" w:cs="Times New Roman"/>
          <w:sz w:val="28"/>
          <w:szCs w:val="28"/>
          <w:lang w:val="vi-VN"/>
        </w:rPr>
      </w:pPr>
      <w:r>
        <w:rPr>
          <w:rFonts w:ascii="Wingdings 2" w:hAnsi="Wingdings 2" w:cs="Times New Roman"/>
          <w:sz w:val="28"/>
          <w:szCs w:val="28"/>
          <w:lang w:val="vi-VN"/>
        </w:rPr>
        <w:t xml:space="preserve">R </w:t>
      </w:r>
      <w:r>
        <w:rPr>
          <w:rFonts w:ascii="Times New Roman" w:hAnsi="Times New Roman" w:cs="Times New Roman"/>
          <w:sz w:val="28"/>
          <w:szCs w:val="28"/>
          <w:lang w:val="vi-VN"/>
        </w:rPr>
        <w:t>Có</w:t>
      </w:r>
    </w:p>
    <w:p w:rsidR="00E53CEC" w:rsidRDefault="00E53CEC" w:rsidP="009D3B84">
      <w:pPr>
        <w:spacing w:after="96"/>
        <w:rPr>
          <w:rFonts w:ascii="Times New Roman" w:hAnsi="Times New Roman" w:cs="Times New Roman"/>
          <w:sz w:val="28"/>
          <w:szCs w:val="28"/>
          <w:lang w:val="vi-VN"/>
        </w:rPr>
      </w:pPr>
      <w:r w:rsidRPr="009D3B84">
        <w:rPr>
          <w:rFonts w:ascii="Times New Roman" w:hAnsi="Times New Roman" w:cs="Times New Roman"/>
          <w:sz w:val="28"/>
          <w:szCs w:val="28"/>
          <w:lang w:val="vi-VN"/>
        </w:rPr>
        <w:lastRenderedPageBreak/>
        <w:t>Số lượng bản sao yêu cầu: 5...</w:t>
      </w:r>
    </w:p>
    <w:p w:rsidR="00E53CEC" w:rsidRPr="00E53CEC" w:rsidRDefault="009D3B84" w:rsidP="009D3B84">
      <w:pPr>
        <w:spacing w:after="96"/>
        <w:rPr>
          <w:rFonts w:ascii="Times New Roman" w:hAnsi="Times New Roman" w:cs="Times New Roman"/>
          <w:sz w:val="28"/>
          <w:szCs w:val="28"/>
          <w:lang w:val="vi-VN"/>
        </w:rPr>
      </w:pPr>
      <w:r>
        <w:rPr>
          <w:rFonts w:ascii="w" w:hAnsi="w" w:cs="Times New Roman"/>
          <w:sz w:val="28"/>
          <w:szCs w:val="28"/>
          <w:lang w:val="vi-VN"/>
        </w:rPr>
        <w:t xml:space="preserve"> </w:t>
      </w:r>
      <w:r>
        <w:rPr>
          <w:rFonts w:ascii="Wingdings" w:hAnsi="Wingdings" w:cs="Times New Roman"/>
          <w:sz w:val="28"/>
          <w:szCs w:val="28"/>
          <w:lang w:val="vi-VN"/>
        </w:rPr>
        <w:t>o</w:t>
      </w:r>
      <w:r w:rsidR="00E53CEC">
        <w:rPr>
          <w:rFonts w:ascii="Wingdings" w:hAnsi="Wingdings" w:cs="Times New Roman"/>
          <w:sz w:val="28"/>
          <w:szCs w:val="28"/>
          <w:lang w:val="vi-VN"/>
        </w:rPr>
        <w:t xml:space="preserve"> </w:t>
      </w:r>
      <w:r w:rsidR="00E53CEC">
        <w:rPr>
          <w:rFonts w:ascii="Times New Roman" w:hAnsi="Times New Roman" w:cs="Times New Roman"/>
          <w:sz w:val="28"/>
          <w:szCs w:val="28"/>
          <w:lang w:val="vi-VN"/>
        </w:rPr>
        <w:t>Không</w:t>
      </w:r>
    </w:p>
    <w:p w:rsidR="009D3B84" w:rsidRDefault="00E53CEC" w:rsidP="009D3B84">
      <w:pPr>
        <w:spacing w:after="96"/>
        <w:rPr>
          <w:rFonts w:ascii="Times New Roman" w:hAnsi="Times New Roman" w:cs="Times New Roman"/>
          <w:sz w:val="28"/>
          <w:szCs w:val="28"/>
          <w:lang w:val="vi-VN"/>
        </w:rPr>
      </w:pPr>
      <w:r>
        <w:rPr>
          <w:rFonts w:ascii="Times New Roman" w:hAnsi="Times New Roman" w:cs="Times New Roman"/>
          <w:sz w:val="28"/>
          <w:szCs w:val="28"/>
          <w:lang w:val="vi-VN"/>
        </w:rPr>
        <w:t>(</w:t>
      </w:r>
      <w:r w:rsidRPr="00E53CEC">
        <w:rPr>
          <w:rFonts w:ascii="Times New Roman" w:hAnsi="Times New Roman" w:cs="Times New Roman"/>
          <w:sz w:val="28"/>
          <w:szCs w:val="28"/>
          <w:lang w:val="vi-VN"/>
        </w:rPr>
        <w:t>20) Hồ sơ đính kèm theo quy định.</w:t>
      </w:r>
    </w:p>
    <w:p w:rsidR="00E53CEC" w:rsidRPr="00E53CEC" w:rsidRDefault="00E53CEC" w:rsidP="00E53CEC">
      <w:pPr>
        <w:spacing w:after="96"/>
        <w:jc w:val="both"/>
        <w:rPr>
          <w:rFonts w:ascii="Times New Roman" w:hAnsi="Times New Roman" w:cs="Times New Roman"/>
          <w:sz w:val="28"/>
          <w:szCs w:val="28"/>
          <w:lang w:val="vi-VN"/>
        </w:rPr>
      </w:pPr>
      <w:r w:rsidRPr="00E53CEC">
        <w:rPr>
          <w:rFonts w:ascii="Times New Roman" w:hAnsi="Times New Roman" w:cs="Times New Roman"/>
          <w:sz w:val="28"/>
          <w:szCs w:val="28"/>
          <w:lang w:val="vi-VN"/>
        </w:rPr>
        <w:t xml:space="preserve">* </w:t>
      </w:r>
      <w:r w:rsidRPr="00E53CEC">
        <w:rPr>
          <w:rFonts w:ascii="Times New Roman" w:hAnsi="Times New Roman" w:cs="Times New Roman"/>
          <w:sz w:val="28"/>
          <w:szCs w:val="28"/>
        </w:rPr>
        <w:t xml:space="preserve">Người yêu cầu cam đoan các thông tin cung cấp là đúng sự thật, việc kết hôn của hai bên là hoàn toàn tự nguyện, không vi phạm quy định của Luật hôn nhân và gia đình Việt Nam, chịu hoàn toàn trách nhiệm trước pháp luật về nội dung cam </w:t>
      </w:r>
      <w:r>
        <w:rPr>
          <w:rFonts w:ascii="Times New Roman" w:hAnsi="Times New Roman" w:cs="Times New Roman"/>
          <w:sz w:val="28"/>
          <w:szCs w:val="28"/>
        </w:rPr>
        <w:t>đ</w:t>
      </w:r>
      <w:r w:rsidRPr="00E53CEC">
        <w:rPr>
          <w:rFonts w:ascii="Times New Roman" w:hAnsi="Times New Roman" w:cs="Times New Roman"/>
          <w:sz w:val="28"/>
          <w:szCs w:val="28"/>
        </w:rPr>
        <w:t>oan của mình.</w:t>
      </w:r>
    </w:p>
    <w:p w:rsidR="00E53CEC" w:rsidRPr="00E53CEC" w:rsidRDefault="00E53CEC" w:rsidP="00E53CEC">
      <w:pPr>
        <w:spacing w:after="96"/>
        <w:jc w:val="both"/>
        <w:rPr>
          <w:rFonts w:ascii="Times New Roman" w:hAnsi="Times New Roman" w:cs="Times New Roman"/>
          <w:sz w:val="28"/>
          <w:szCs w:val="28"/>
          <w:lang w:val="vi-VN"/>
        </w:rPr>
      </w:pPr>
      <w:r w:rsidRPr="00E53CEC">
        <w:rPr>
          <w:rFonts w:ascii="Times New Roman" w:hAnsi="Times New Roman" w:cs="Times New Roman"/>
          <w:sz w:val="28"/>
          <w:szCs w:val="28"/>
          <w:lang w:val="vi-VN"/>
        </w:rPr>
        <w:t xml:space="preserve">* </w:t>
      </w:r>
      <w:r w:rsidRPr="00E53CEC">
        <w:rPr>
          <w:rFonts w:ascii="Times New Roman" w:hAnsi="Times New Roman" w:cs="Times New Roman"/>
          <w:sz w:val="28"/>
          <w:szCs w:val="28"/>
          <w:lang w:val="vi-VN"/>
        </w:rPr>
        <w:t>Trường hợp các thông tin về giấy tờ chứng minh nơi cư trú đã được khai thác</w:t>
      </w:r>
    </w:p>
    <w:p w:rsidR="00E53CEC" w:rsidRPr="00E53CEC" w:rsidRDefault="00E53CEC" w:rsidP="00E53CEC">
      <w:pPr>
        <w:spacing w:after="96"/>
        <w:jc w:val="both"/>
        <w:rPr>
          <w:rFonts w:ascii="Times New Roman" w:hAnsi="Times New Roman" w:cs="Times New Roman"/>
          <w:sz w:val="28"/>
          <w:szCs w:val="28"/>
          <w:lang w:val="vi-VN"/>
        </w:rPr>
      </w:pPr>
      <w:r w:rsidRPr="00E53CEC">
        <w:rPr>
          <w:rFonts w:ascii="Times New Roman" w:hAnsi="Times New Roman" w:cs="Times New Roman"/>
          <w:sz w:val="28"/>
          <w:szCs w:val="28"/>
          <w:lang w:val="vi-VN"/>
        </w:rPr>
        <w:t>CSDLQGVDC, được hệ thống điển tự động thì không phải xuất trình (theo hình thức trực</w:t>
      </w:r>
      <w:r>
        <w:rPr>
          <w:rFonts w:ascii="Times New Roman" w:hAnsi="Times New Roman" w:cs="Times New Roman"/>
          <w:sz w:val="28"/>
          <w:szCs w:val="28"/>
          <w:lang w:val="vi-VN"/>
        </w:rPr>
        <w:t xml:space="preserve"> </w:t>
      </w:r>
      <w:r w:rsidRPr="00E53CEC">
        <w:rPr>
          <w:rFonts w:ascii="Times New Roman" w:hAnsi="Times New Roman" w:cs="Times New Roman"/>
          <w:sz w:val="28"/>
          <w:szCs w:val="28"/>
          <w:lang w:val="vi-VN"/>
        </w:rPr>
        <w:t>tiếp) hoặc tải lên (theo hình thức trực tuyển).</w:t>
      </w:r>
    </w:p>
    <w:p w:rsidR="00E53CEC" w:rsidRPr="00E53CEC" w:rsidRDefault="00E53CEC" w:rsidP="00E53CEC">
      <w:pPr>
        <w:spacing w:after="96"/>
        <w:jc w:val="both"/>
        <w:rPr>
          <w:rFonts w:ascii="Times New Roman" w:hAnsi="Times New Roman" w:cs="Times New Roman"/>
          <w:sz w:val="28"/>
          <w:szCs w:val="28"/>
          <w:lang w:val="vi-VN"/>
        </w:rPr>
      </w:pPr>
      <w:r w:rsidRPr="00E53CEC">
        <w:rPr>
          <w:rFonts w:ascii="Times New Roman" w:hAnsi="Times New Roman" w:cs="Times New Roman"/>
          <w:sz w:val="28"/>
          <w:szCs w:val="28"/>
          <w:lang w:val="vi-VN"/>
        </w:rPr>
        <w:t>*</w:t>
      </w:r>
      <w:r>
        <w:rPr>
          <w:rFonts w:ascii="Times New Roman" w:hAnsi="Times New Roman" w:cs="Times New Roman"/>
          <w:sz w:val="28"/>
          <w:szCs w:val="28"/>
          <w:lang w:val="vi-VN"/>
        </w:rPr>
        <w:t xml:space="preserve"> </w:t>
      </w:r>
      <w:r w:rsidRPr="00E53CEC">
        <w:rPr>
          <w:rFonts w:ascii="Times New Roman" w:hAnsi="Times New Roman" w:cs="Times New Roman"/>
          <w:sz w:val="28"/>
          <w:szCs w:val="28"/>
          <w:lang w:val="vi-VN"/>
        </w:rPr>
        <w:t>Mẫu điện tử tương tác ghi nhận thời gian (giờ, phút, giây, ngày, tháng, năm) hoàn tất việccung cấp thông tin; người yêu cấu trước đó đã đăng nhập vào hệ thống, thực hiện xác thực</w:t>
      </w:r>
      <w:r>
        <w:rPr>
          <w:rFonts w:ascii="Times New Roman" w:hAnsi="Times New Roman" w:cs="Times New Roman"/>
          <w:sz w:val="28"/>
          <w:szCs w:val="28"/>
          <w:lang w:val="vi-VN"/>
        </w:rPr>
        <w:t xml:space="preserve"> </w:t>
      </w:r>
      <w:r w:rsidRPr="00E53CEC">
        <w:rPr>
          <w:rFonts w:ascii="Times New Roman" w:hAnsi="Times New Roman" w:cs="Times New Roman"/>
          <w:sz w:val="28"/>
          <w:szCs w:val="28"/>
          <w:lang w:val="vi-VN"/>
        </w:rPr>
        <w:t>điện tử theo quy định.</w:t>
      </w:r>
      <w:r w:rsidRPr="00E53CEC">
        <w:rPr>
          <w:rFonts w:ascii="Times New Roman" w:hAnsi="Times New Roman" w:cs="Times New Roman"/>
          <w:sz w:val="28"/>
          <w:szCs w:val="28"/>
          <w:lang w:val="vi-VN"/>
        </w:rPr>
        <w:t>N</w:t>
      </w:r>
      <w:r w:rsidRPr="00E53CEC">
        <w:rPr>
          <w:rFonts w:ascii="Times New Roman" w:hAnsi="Times New Roman" w:cs="Times New Roman"/>
          <w:sz w:val="28"/>
          <w:szCs w:val="28"/>
          <w:lang w:val="vi-VN"/>
        </w:rPr>
        <w:t>gười yêu cầu đăng ký kết hôn nhận bản chính Giấy chứng nhận kết hôn trực tiếp tại cơ</w:t>
      </w:r>
      <w:r>
        <w:rPr>
          <w:rFonts w:ascii="Times New Roman" w:hAnsi="Times New Roman" w:cs="Times New Roman"/>
          <w:sz w:val="28"/>
          <w:szCs w:val="28"/>
          <w:lang w:val="vi-VN"/>
        </w:rPr>
        <w:t xml:space="preserve"> </w:t>
      </w:r>
      <w:r w:rsidRPr="00E53CEC">
        <w:rPr>
          <w:rFonts w:ascii="Times New Roman" w:hAnsi="Times New Roman" w:cs="Times New Roman"/>
          <w:sz w:val="28"/>
          <w:szCs w:val="28"/>
          <w:lang w:val="vi-VN"/>
        </w:rPr>
        <w:t>quan đăng ký hộ tịch.</w:t>
      </w:r>
      <w:r>
        <w:rPr>
          <w:rFonts w:ascii="Times New Roman" w:hAnsi="Times New Roman" w:cs="Times New Roman"/>
          <w:sz w:val="28"/>
          <w:szCs w:val="28"/>
          <w:lang w:val="vi-VN"/>
        </w:rPr>
        <w:t xml:space="preserve"> </w:t>
      </w:r>
      <w:r w:rsidRPr="00E53CEC">
        <w:rPr>
          <w:rFonts w:ascii="Times New Roman" w:hAnsi="Times New Roman" w:cs="Times New Roman"/>
          <w:sz w:val="28"/>
          <w:szCs w:val="28"/>
        </w:rPr>
        <w:t>Bản điện tử sẽ tự động gửi về Kho quản lý dữ liệu điện tử của cá nhân/địa chỉ thư điện tử/thiết bị số/điện thoại của người yêu cầu sau khi đã hoàn tất thủ tục đăng ký kết hôn tại cơ quan đăng ký hộ tịch.</w:t>
      </w:r>
    </w:p>
    <w:sectPr w:rsidR="00E53CEC" w:rsidRPr="00E53CEC" w:rsidSect="00D60936">
      <w:pgSz w:w="12240" w:h="15840"/>
      <w:pgMar w:top="656" w:right="1371" w:bottom="103" w:left="179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01547" w:rsidRDefault="00D01547" w:rsidP="00911044">
      <w:pPr>
        <w:spacing w:before="0" w:after="96" w:line="240" w:lineRule="auto"/>
      </w:pPr>
      <w:r>
        <w:separator/>
      </w:r>
    </w:p>
  </w:endnote>
  <w:endnote w:type="continuationSeparator" w:id="0">
    <w:p w:rsidR="00D01547" w:rsidRDefault="00D01547" w:rsidP="00911044">
      <w:pPr>
        <w:spacing w:before="0" w:after="96"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A3"/>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 w:name="Wingdings 2">
    <w:panose1 w:val="05020102010507070707"/>
    <w:charset w:val="4D"/>
    <w:family w:val="decorative"/>
    <w:pitch w:val="variable"/>
    <w:sig w:usb0="00000003" w:usb1="00000000" w:usb2="00000000" w:usb3="00000000" w:csb0="80000001" w:csb1="00000000"/>
  </w:font>
  <w:font w:name="w">
    <w:altName w:val="Cambria"/>
    <w:panose1 w:val="020B060402020202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01547" w:rsidRDefault="00D01547" w:rsidP="00911044">
      <w:pPr>
        <w:spacing w:before="0" w:after="96" w:line="240" w:lineRule="auto"/>
      </w:pPr>
      <w:r>
        <w:separator/>
      </w:r>
    </w:p>
  </w:footnote>
  <w:footnote w:type="continuationSeparator" w:id="0">
    <w:p w:rsidR="00D01547" w:rsidRDefault="00D01547" w:rsidP="00911044">
      <w:pPr>
        <w:spacing w:before="0" w:after="96"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32D0E4F"/>
    <w:multiLevelType w:val="multilevel"/>
    <w:tmpl w:val="33BC2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E946C40"/>
    <w:multiLevelType w:val="multilevel"/>
    <w:tmpl w:val="54D4DB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FB9700E"/>
    <w:multiLevelType w:val="multilevel"/>
    <w:tmpl w:val="52E23A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5B040C0"/>
    <w:multiLevelType w:val="multilevel"/>
    <w:tmpl w:val="86481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B7B7D76"/>
    <w:multiLevelType w:val="multilevel"/>
    <w:tmpl w:val="E0E06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DB66CF9"/>
    <w:multiLevelType w:val="multilevel"/>
    <w:tmpl w:val="B0EE4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9510B9F"/>
    <w:multiLevelType w:val="multilevel"/>
    <w:tmpl w:val="17D469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9F02636"/>
    <w:multiLevelType w:val="multilevel"/>
    <w:tmpl w:val="35AA3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D845973"/>
    <w:multiLevelType w:val="multilevel"/>
    <w:tmpl w:val="B2725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CE86156"/>
    <w:multiLevelType w:val="hybridMultilevel"/>
    <w:tmpl w:val="9F46ADEA"/>
    <w:lvl w:ilvl="0" w:tplc="1CE6068C">
      <w:start w:val="1"/>
      <w:numFmt w:val="upperLetter"/>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num w:numId="1" w16cid:durableId="740299364">
    <w:abstractNumId w:val="8"/>
  </w:num>
  <w:num w:numId="2" w16cid:durableId="1666278956">
    <w:abstractNumId w:val="6"/>
  </w:num>
  <w:num w:numId="3" w16cid:durableId="491989717">
    <w:abstractNumId w:val="5"/>
  </w:num>
  <w:num w:numId="4" w16cid:durableId="704528175">
    <w:abstractNumId w:val="4"/>
  </w:num>
  <w:num w:numId="5" w16cid:durableId="668487236">
    <w:abstractNumId w:val="7"/>
  </w:num>
  <w:num w:numId="6" w16cid:durableId="811408352">
    <w:abstractNumId w:val="3"/>
  </w:num>
  <w:num w:numId="7" w16cid:durableId="218129024">
    <w:abstractNumId w:val="2"/>
  </w:num>
  <w:num w:numId="8" w16cid:durableId="1719620014">
    <w:abstractNumId w:val="1"/>
  </w:num>
  <w:num w:numId="9" w16cid:durableId="1174421287">
    <w:abstractNumId w:val="0"/>
  </w:num>
  <w:num w:numId="10" w16cid:durableId="378477254">
    <w:abstractNumId w:val="10"/>
  </w:num>
  <w:num w:numId="11" w16cid:durableId="2032954272">
    <w:abstractNumId w:val="16"/>
  </w:num>
  <w:num w:numId="12" w16cid:durableId="257643328">
    <w:abstractNumId w:val="12"/>
  </w:num>
  <w:num w:numId="13" w16cid:durableId="1180658874">
    <w:abstractNumId w:val="9"/>
  </w:num>
  <w:num w:numId="14" w16cid:durableId="1691644335">
    <w:abstractNumId w:val="17"/>
  </w:num>
  <w:num w:numId="15" w16cid:durableId="945816309">
    <w:abstractNumId w:val="11"/>
  </w:num>
  <w:num w:numId="16" w16cid:durableId="1214120851">
    <w:abstractNumId w:val="14"/>
  </w:num>
  <w:num w:numId="17" w16cid:durableId="2134980032">
    <w:abstractNumId w:val="13"/>
  </w:num>
  <w:num w:numId="18" w16cid:durableId="2086492137">
    <w:abstractNumId w:val="15"/>
  </w:num>
  <w:num w:numId="19" w16cid:durableId="63591265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9"/>
  <w:defaultTabStop w:val="737"/>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0333C"/>
    <w:rsid w:val="00003644"/>
    <w:rsid w:val="00010D14"/>
    <w:rsid w:val="00034616"/>
    <w:rsid w:val="0006063C"/>
    <w:rsid w:val="000B5DB3"/>
    <w:rsid w:val="000D4F9A"/>
    <w:rsid w:val="001105D8"/>
    <w:rsid w:val="00143B02"/>
    <w:rsid w:val="0015074B"/>
    <w:rsid w:val="0029639D"/>
    <w:rsid w:val="00326F90"/>
    <w:rsid w:val="00482507"/>
    <w:rsid w:val="00583BBC"/>
    <w:rsid w:val="006B0309"/>
    <w:rsid w:val="00823FED"/>
    <w:rsid w:val="00911044"/>
    <w:rsid w:val="00960DB5"/>
    <w:rsid w:val="009D3B84"/>
    <w:rsid w:val="00AA1D8D"/>
    <w:rsid w:val="00AB3BF3"/>
    <w:rsid w:val="00AF1FCA"/>
    <w:rsid w:val="00B47730"/>
    <w:rsid w:val="00BA322C"/>
    <w:rsid w:val="00BC0703"/>
    <w:rsid w:val="00C304CF"/>
    <w:rsid w:val="00C95B7B"/>
    <w:rsid w:val="00CB0664"/>
    <w:rsid w:val="00D01547"/>
    <w:rsid w:val="00D60936"/>
    <w:rsid w:val="00DC6EDC"/>
    <w:rsid w:val="00E53CEC"/>
    <w:rsid w:val="00F86CBB"/>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7817816"/>
  <w14:defaultImageDpi w14:val="300"/>
  <w15:docId w15:val="{7777B19D-CD2F-9C4F-B0C5-888B95062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before="80" w:afterLines="40" w:after="40" w:line="26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NormalWeb">
    <w:name w:val="Normal (Web)"/>
    <w:basedOn w:val="Normal"/>
    <w:uiPriority w:val="99"/>
    <w:semiHidden/>
    <w:unhideWhenUsed/>
    <w:rsid w:val="00BA322C"/>
    <w:pPr>
      <w:spacing w:before="100" w:beforeAutospacing="1" w:afterLines="0" w:after="100" w:afterAutospacing="1" w:line="240" w:lineRule="auto"/>
    </w:pPr>
    <w:rPr>
      <w:rFonts w:ascii="Times New Roman" w:eastAsia="Times New Roman" w:hAnsi="Times New Roman" w:cs="Times New Roman"/>
      <w:sz w:val="24"/>
      <w:szCs w:val="24"/>
      <w:lang w:val="en-VN"/>
    </w:rPr>
  </w:style>
  <w:style w:type="paragraph" w:styleId="FootnoteText">
    <w:name w:val="footnote text"/>
    <w:basedOn w:val="Normal"/>
    <w:link w:val="FootnoteTextChar"/>
    <w:uiPriority w:val="99"/>
    <w:semiHidden/>
    <w:unhideWhenUsed/>
    <w:rsid w:val="00911044"/>
    <w:pPr>
      <w:spacing w:before="0" w:after="0" w:line="240" w:lineRule="auto"/>
    </w:pPr>
    <w:rPr>
      <w:sz w:val="20"/>
      <w:szCs w:val="20"/>
    </w:rPr>
  </w:style>
  <w:style w:type="character" w:customStyle="1" w:styleId="FootnoteTextChar">
    <w:name w:val="Footnote Text Char"/>
    <w:basedOn w:val="DefaultParagraphFont"/>
    <w:link w:val="FootnoteText"/>
    <w:uiPriority w:val="99"/>
    <w:semiHidden/>
    <w:rsid w:val="00911044"/>
    <w:rPr>
      <w:sz w:val="20"/>
      <w:szCs w:val="20"/>
    </w:rPr>
  </w:style>
  <w:style w:type="character" w:styleId="FootnoteReference">
    <w:name w:val="footnote reference"/>
    <w:basedOn w:val="DefaultParagraphFont"/>
    <w:uiPriority w:val="99"/>
    <w:semiHidden/>
    <w:unhideWhenUsed/>
    <w:rsid w:val="0091104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103</TotalTime>
  <Pages>2</Pages>
  <Words>490</Words>
  <Characters>1724</Characters>
  <Application>Microsoft Office Word</Application>
  <DocSecurity>0</DocSecurity>
  <Lines>66</Lines>
  <Paragraphs>76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2138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Nguyen Thien Phuoc</cp:lastModifiedBy>
  <cp:revision>9</cp:revision>
  <cp:lastPrinted>2025-11-24T06:57:00Z</cp:lastPrinted>
  <dcterms:created xsi:type="dcterms:W3CDTF">2013-12-23T23:15:00Z</dcterms:created>
  <dcterms:modified xsi:type="dcterms:W3CDTF">2025-11-24T09:19:00Z</dcterms:modified>
  <cp:category/>
</cp:coreProperties>
</file>