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D3B84" w:rsidRDefault="00D9005F" w:rsidP="00D9005F">
      <w:pPr>
        <w:spacing w:after="96"/>
        <w:jc w:val="center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sz w:val="28"/>
          <w:szCs w:val="28"/>
        </w:rPr>
        <w:t>N</w:t>
      </w:r>
      <w:r w:rsidRPr="00D9005F">
        <w:rPr>
          <w:rFonts w:ascii="Times New Roman" w:hAnsi="Times New Roman" w:cs="Times New Roman"/>
          <w:sz w:val="28"/>
          <w:szCs w:val="28"/>
        </w:rPr>
        <w:t>ỘI DUNG MẪU HỘ TỊCH ĐIỆN TỬ TƯƠNG TÁC ĐĂNG KÝ KHAI TỬ</w:t>
      </w:r>
    </w:p>
    <w:p w:rsidR="00D9005F" w:rsidRPr="00D9005F" w:rsidRDefault="00D9005F" w:rsidP="00D9005F">
      <w:pPr>
        <w:spacing w:after="96"/>
        <w:jc w:val="center"/>
        <w:rPr>
          <w:rFonts w:ascii="Times New Roman" w:hAnsi="Times New Roman" w:cs="Times New Roman"/>
          <w:sz w:val="28"/>
          <w:szCs w:val="28"/>
          <w:lang w:val="vi-VN"/>
        </w:rPr>
      </w:pPr>
    </w:p>
    <w:p w:rsidR="00D9005F" w:rsidRPr="00D9005F" w:rsidRDefault="00D9005F" w:rsidP="009D3B84">
      <w:pPr>
        <w:spacing w:after="96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>I</w:t>
      </w: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>. Thông tin về người yêu cầu đăng ký khai tử</w:t>
      </w: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 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(1) Họ, chữ đệm, tên: </w:t>
      </w: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>PHẠM VẢN B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(2) Số định danh cá nhân: 075054041854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(3) Giấy tờ tùy thân:</w:t>
      </w:r>
    </w:p>
    <w:p w:rsidR="00D9005F" w:rsidRPr="00D9005F" w:rsidRDefault="00D9005F" w:rsidP="00D9005F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Loại giấy tờ sử dụng: Thẻ căn cước công dân</w:t>
      </w:r>
    </w:p>
    <w:p w:rsidR="00D9005F" w:rsidRPr="00D9005F" w:rsidRDefault="00D9005F" w:rsidP="00D9005F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Số: 075054041854</w:t>
      </w:r>
    </w:p>
    <w:p w:rsidR="00D9005F" w:rsidRPr="00D9005F" w:rsidRDefault="00D9005F" w:rsidP="00D9005F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Ngày, tháng, năm cấp: 19.04.2021</w:t>
      </w:r>
    </w:p>
    <w:p w:rsidR="00D9005F" w:rsidRPr="00D9005F" w:rsidRDefault="00D9005F" w:rsidP="00D9005F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Cơ quan cấp: Cục cảnh sát quản lý hành chính về trật tự xã hội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(4) Nơi cư trú: </w:t>
      </w:r>
      <w:r>
        <w:rPr>
          <w:rFonts w:ascii="Times New Roman" w:hAnsi="Times New Roman" w:cs="Times New Roman"/>
          <w:sz w:val="28"/>
          <w:szCs w:val="28"/>
          <w:lang w:val="vi-VN"/>
        </w:rPr>
        <w:t>123/4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, khu phố </w:t>
      </w:r>
      <w:r>
        <w:rPr>
          <w:rFonts w:ascii="Times New Roman" w:hAnsi="Times New Roman" w:cs="Times New Roman"/>
          <w:sz w:val="28"/>
          <w:szCs w:val="28"/>
          <w:lang w:val="vi-VN"/>
        </w:rPr>
        <w:t>1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vi-VN"/>
        </w:rPr>
        <w:t>xã Xuân Lộc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, Tỉnh Đồng Nai</w:t>
      </w:r>
      <w:r>
        <w:rPr>
          <w:rFonts w:ascii="Times New Roman" w:hAnsi="Times New Roman" w:cs="Times New Roman"/>
          <w:sz w:val="28"/>
          <w:szCs w:val="28"/>
          <w:lang w:val="vi-VN"/>
        </w:rPr>
        <w:t>.</w:t>
      </w:r>
    </w:p>
    <w:p w:rsidR="009D3B84" w:rsidRPr="009D3B84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(5) Quan hệ với người được khai tử: </w:t>
      </w:r>
      <w:r>
        <w:rPr>
          <w:rFonts w:ascii="Times New Roman" w:hAnsi="Times New Roman" w:cs="Times New Roman"/>
          <w:sz w:val="28"/>
          <w:szCs w:val="28"/>
          <w:lang w:val="vi-VN"/>
        </w:rPr>
        <w:t>chồng</w:t>
      </w:r>
    </w:p>
    <w:p w:rsidR="00E53CEC" w:rsidRDefault="00D9005F" w:rsidP="00E53CEC">
      <w:pPr>
        <w:spacing w:after="96"/>
        <w:jc w:val="both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vi-VN"/>
        </w:rPr>
        <w:t>I</w:t>
      </w: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>I. Thông tin về người được đăng ký khai tử</w:t>
      </w:r>
    </w:p>
    <w:p w:rsidR="00D9005F" w:rsidRPr="00D9005F" w:rsidRDefault="00D9005F" w:rsidP="00D9005F">
      <w:pPr>
        <w:spacing w:after="96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(6) Họ, chữ đệm, tên: </w:t>
      </w: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>Lê Thị N</w:t>
      </w:r>
    </w:p>
    <w:p w:rsidR="00D9005F" w:rsidRPr="00D9005F" w:rsidRDefault="00D9005F" w:rsidP="00D9005F">
      <w:pPr>
        <w:spacing w:after="96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(7) Ngày, tháng, năm sinh: 1.11.1954</w:t>
      </w:r>
    </w:p>
    <w:p w:rsidR="00D9005F" w:rsidRPr="00D9005F" w:rsidRDefault="00D9005F" w:rsidP="00D9005F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Giới Tính : Nữ</w:t>
      </w:r>
    </w:p>
    <w:p w:rsidR="00D9005F" w:rsidRPr="00D9005F" w:rsidRDefault="00D9005F" w:rsidP="00D9005F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Dân Tộc : Kinh</w:t>
      </w:r>
    </w:p>
    <w:p w:rsidR="00D9005F" w:rsidRPr="00D9005F" w:rsidRDefault="00D9005F" w:rsidP="00D9005F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Quốc Tịch : Việt Nam</w:t>
      </w:r>
    </w:p>
    <w:p w:rsidR="00D9005F" w:rsidRPr="00D9005F" w:rsidRDefault="00D9005F" w:rsidP="00D9005F">
      <w:pPr>
        <w:spacing w:after="96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(8) Số định danh cá nhân: 075154007546</w:t>
      </w:r>
    </w:p>
    <w:p w:rsidR="00D9005F" w:rsidRPr="00D9005F" w:rsidRDefault="00D9005F" w:rsidP="00D9005F">
      <w:pPr>
        <w:spacing w:after="96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(9) Giấy tờ tùy thân:</w:t>
      </w:r>
    </w:p>
    <w:p w:rsidR="00D9005F" w:rsidRPr="00D9005F" w:rsidRDefault="00D9005F" w:rsidP="00D9005F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Loại giấy tờ sử dụng: Thẻ căn cước công dân</w:t>
      </w:r>
    </w:p>
    <w:p w:rsidR="00D9005F" w:rsidRPr="00D9005F" w:rsidRDefault="00D9005F" w:rsidP="00D9005F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Số : 075154007546</w:t>
      </w:r>
    </w:p>
    <w:p w:rsidR="00D9005F" w:rsidRPr="00D9005F" w:rsidRDefault="00D9005F" w:rsidP="00D9005F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Ngày, tháng, năm cấp: 29.06.2021</w:t>
      </w:r>
    </w:p>
    <w:p w:rsidR="00D9005F" w:rsidRPr="00D9005F" w:rsidRDefault="00D9005F" w:rsidP="00D9005F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Cơ quan cấp: Cục CSQLHCVTTXH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(10) Nơi cư trú cuối cùng: </w:t>
      </w:r>
      <w:r>
        <w:rPr>
          <w:rFonts w:ascii="Times New Roman" w:hAnsi="Times New Roman" w:cs="Times New Roman"/>
          <w:sz w:val="28"/>
          <w:szCs w:val="28"/>
          <w:lang w:val="vi-VN"/>
        </w:rPr>
        <w:t>123/4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, khu phố </w:t>
      </w:r>
      <w:r>
        <w:rPr>
          <w:rFonts w:ascii="Times New Roman" w:hAnsi="Times New Roman" w:cs="Times New Roman"/>
          <w:sz w:val="28"/>
          <w:szCs w:val="28"/>
          <w:lang w:val="vi-VN"/>
        </w:rPr>
        <w:t>1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vi-VN"/>
        </w:rPr>
        <w:t>xã Xuân Lộc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, Tỉnh Đồng Nai</w:t>
      </w:r>
      <w:r>
        <w:rPr>
          <w:rFonts w:ascii="Times New Roman" w:hAnsi="Times New Roman" w:cs="Times New Roman"/>
          <w:sz w:val="28"/>
          <w:szCs w:val="28"/>
          <w:lang w:val="vi-VN"/>
        </w:rPr>
        <w:t>.</w:t>
      </w:r>
    </w:p>
    <w:p w:rsidR="00D9005F" w:rsidRPr="00D9005F" w:rsidRDefault="00D9005F" w:rsidP="00D9005F">
      <w:pPr>
        <w:spacing w:after="96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(11) Thời gian chết: 01:15 ngày 07.09.2025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(12) Nơi chết: </w:t>
      </w:r>
      <w:r>
        <w:rPr>
          <w:rFonts w:ascii="Times New Roman" w:hAnsi="Times New Roman" w:cs="Times New Roman"/>
          <w:sz w:val="28"/>
          <w:szCs w:val="28"/>
          <w:lang w:val="vi-VN"/>
        </w:rPr>
        <w:t>123/4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, khu phố </w:t>
      </w:r>
      <w:r>
        <w:rPr>
          <w:rFonts w:ascii="Times New Roman" w:hAnsi="Times New Roman" w:cs="Times New Roman"/>
          <w:sz w:val="28"/>
          <w:szCs w:val="28"/>
          <w:lang w:val="vi-VN"/>
        </w:rPr>
        <w:t>1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vi-VN"/>
        </w:rPr>
        <w:t>xã Xuân Lộc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, Tỉnh Đồng Nai</w:t>
      </w:r>
      <w:r>
        <w:rPr>
          <w:rFonts w:ascii="Times New Roman" w:hAnsi="Times New Roman" w:cs="Times New Roman"/>
          <w:sz w:val="28"/>
          <w:szCs w:val="28"/>
          <w:lang w:val="vi-VN"/>
        </w:rPr>
        <w:t>.</w:t>
      </w:r>
    </w:p>
    <w:p w:rsidR="00D9005F" w:rsidRPr="00D9005F" w:rsidRDefault="00D9005F" w:rsidP="00D9005F">
      <w:pPr>
        <w:spacing w:after="96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(13) Nguyên nhân chết: Bệnh ph</w:t>
      </w:r>
      <w:r>
        <w:rPr>
          <w:rFonts w:ascii="Times New Roman" w:hAnsi="Times New Roman" w:cs="Times New Roman"/>
          <w:sz w:val="28"/>
          <w:szCs w:val="28"/>
          <w:lang w:val="vi-VN"/>
        </w:rPr>
        <w:t>ổi</w:t>
      </w:r>
    </w:p>
    <w:p w:rsidR="00D9005F" w:rsidRPr="00D9005F" w:rsidRDefault="00D9005F" w:rsidP="00D9005F">
      <w:pPr>
        <w:spacing w:after="96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(14) Giấy báo tử/Giấy tờ thay thế giấy báo tử:</w:t>
      </w:r>
    </w:p>
    <w:p w:rsidR="00D9005F" w:rsidRPr="00D9005F" w:rsidRDefault="00D9005F" w:rsidP="00D9005F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Loại giấy tờ sử dụng: Giấy báo tử</w:t>
      </w:r>
    </w:p>
    <w:p w:rsidR="00D9005F" w:rsidRPr="00D9005F" w:rsidRDefault="00D9005F" w:rsidP="00D9005F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Số:</w:t>
      </w:r>
    </w:p>
    <w:p w:rsidR="00D9005F" w:rsidRPr="00D9005F" w:rsidRDefault="00D9005F" w:rsidP="00D9005F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Ngày, tháng, năm cấp:</w:t>
      </w:r>
    </w:p>
    <w:p w:rsidR="00D9005F" w:rsidRPr="00D9005F" w:rsidRDefault="00D9005F" w:rsidP="00D9005F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Cơ quan cấp:</w:t>
      </w:r>
    </w:p>
    <w:p w:rsidR="00D9005F" w:rsidRDefault="00D9005F" w:rsidP="00D9005F">
      <w:pPr>
        <w:spacing w:after="96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lastRenderedPageBreak/>
        <w:t>(15) Đề nghị cấp bản sao:</w:t>
      </w:r>
    </w:p>
    <w:p w:rsid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Wingdings 2" w:hAnsi="Wingdings 2" w:cs="Times New Roman"/>
          <w:sz w:val="28"/>
          <w:szCs w:val="28"/>
          <w:lang w:val="vi-VN"/>
        </w:rPr>
        <w:t xml:space="preserve">R </w:t>
      </w:r>
      <w:r>
        <w:rPr>
          <w:rFonts w:ascii="Times New Roman" w:hAnsi="Times New Roman" w:cs="Times New Roman"/>
          <w:sz w:val="28"/>
          <w:szCs w:val="28"/>
          <w:lang w:val="vi-VN"/>
        </w:rPr>
        <w:t>Có</w:t>
      </w:r>
    </w:p>
    <w:p w:rsid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D3B84">
        <w:rPr>
          <w:rFonts w:ascii="Times New Roman" w:hAnsi="Times New Roman" w:cs="Times New Roman"/>
          <w:sz w:val="28"/>
          <w:szCs w:val="28"/>
          <w:lang w:val="vi-VN"/>
        </w:rPr>
        <w:t>Số lượng bản sao yêu cầu: 5...</w:t>
      </w:r>
    </w:p>
    <w:p w:rsid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w" w:hAnsi="w" w:cs="Times New Roman"/>
          <w:sz w:val="28"/>
          <w:szCs w:val="28"/>
          <w:lang w:val="vi-VN"/>
        </w:rPr>
        <w:t xml:space="preserve"> </w:t>
      </w:r>
      <w:r>
        <w:rPr>
          <w:rFonts w:ascii="Wingdings" w:hAnsi="Wingdings" w:cs="Times New Roman"/>
          <w:sz w:val="28"/>
          <w:szCs w:val="28"/>
          <w:lang w:val="vi-VN"/>
        </w:rPr>
        <w:t xml:space="preserve">o </w:t>
      </w:r>
      <w:r>
        <w:rPr>
          <w:rFonts w:ascii="Times New Roman" w:hAnsi="Times New Roman" w:cs="Times New Roman"/>
          <w:sz w:val="28"/>
          <w:szCs w:val="28"/>
          <w:lang w:val="vi-VN"/>
        </w:rPr>
        <w:t>Không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16) Hồ sơ đính kèm theo quy định.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* Người yêu cầu cam đoan các thông tin cung cấp là đúng sự thật và chịu hoàn toàn trách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nhiệm trước pháp luật về nội dung cam đoan của mình.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* Trường hợp các thông tin về giấy tờ chứng minh nơi cư trú đã được khai thác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CSDLQGVDC, được hệ thổng điền tự động thì không phải xuất trình (theo hình thức trực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tiếp) hoặc tải lên (theo hình thức trực tu</w:t>
      </w:r>
      <w:r>
        <w:rPr>
          <w:rFonts w:ascii="Times New Roman" w:hAnsi="Times New Roman" w:cs="Times New Roman"/>
          <w:sz w:val="28"/>
          <w:szCs w:val="28"/>
          <w:lang w:val="vi-VN"/>
        </w:rPr>
        <w:t>yến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)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* Mẫu điện tử tương tác ghi nhận thời gian (giờ, phút, giây, ngày, tháng, năm) hoàn tât việc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cung cấp thông tin; người yêu câu trước đó đã đăng nhập vào hệ thông, thực hiện xác thực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điện tử theo quy định.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Người yêu cầu đăng ký khai tử nhận Trích lục khai tử (bản chính) trực tiếp tại cơ quan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đăng ký hộ tịch.</w:t>
      </w:r>
    </w:p>
    <w:p w:rsidR="00D9005F" w:rsidRPr="00E53CEC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Bản điện tử sẽ tự động gửi về Kho quản lý dữ liệu điện từ của cá nhân/địa chỉ thư điện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tử/thiết bị số/điện thoại của người yêu cầu sau khi đã hoàn tất thủ tục đăng ký khai tử tại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cơ quan đăng ký hộ tịch.</w:t>
      </w:r>
    </w:p>
    <w:p w:rsidR="00D9005F" w:rsidRPr="00D9005F" w:rsidRDefault="00D9005F" w:rsidP="00D9005F">
      <w:pPr>
        <w:spacing w:after="96"/>
        <w:jc w:val="both"/>
        <w:rPr>
          <w:rFonts w:ascii="Times New Roman" w:hAnsi="Times New Roman" w:cs="Times New Roman"/>
          <w:sz w:val="28"/>
          <w:szCs w:val="28"/>
          <w:lang w:val="vi-VN"/>
        </w:rPr>
      </w:pPr>
    </w:p>
    <w:sectPr w:rsidR="00D9005F" w:rsidRPr="00D9005F" w:rsidSect="00D60936">
      <w:pgSz w:w="12240" w:h="15840"/>
      <w:pgMar w:top="656" w:right="1371" w:bottom="103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F7A04" w:rsidRDefault="005F7A04" w:rsidP="00911044">
      <w:pPr>
        <w:spacing w:before="0" w:after="96" w:line="240" w:lineRule="auto"/>
      </w:pPr>
      <w:r>
        <w:separator/>
      </w:r>
    </w:p>
  </w:endnote>
  <w:endnote w:type="continuationSeparator" w:id="0">
    <w:p w:rsidR="005F7A04" w:rsidRDefault="005F7A04" w:rsidP="00911044">
      <w:pPr>
        <w:spacing w:before="0" w:after="96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w">
    <w:altName w:val="Cambria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F7A04" w:rsidRDefault="005F7A04" w:rsidP="00911044">
      <w:pPr>
        <w:spacing w:before="0" w:after="96" w:line="240" w:lineRule="auto"/>
      </w:pPr>
      <w:r>
        <w:separator/>
      </w:r>
    </w:p>
  </w:footnote>
  <w:footnote w:type="continuationSeparator" w:id="0">
    <w:p w:rsidR="005F7A04" w:rsidRDefault="005F7A04" w:rsidP="00911044">
      <w:pPr>
        <w:spacing w:before="0" w:after="96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2D0E4F"/>
    <w:multiLevelType w:val="multilevel"/>
    <w:tmpl w:val="33BC2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E946C40"/>
    <w:multiLevelType w:val="multilevel"/>
    <w:tmpl w:val="54D4D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FB9700E"/>
    <w:multiLevelType w:val="multilevel"/>
    <w:tmpl w:val="52E23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5B040C0"/>
    <w:multiLevelType w:val="multilevel"/>
    <w:tmpl w:val="86481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B7B7D76"/>
    <w:multiLevelType w:val="multilevel"/>
    <w:tmpl w:val="E0E0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B66CF9"/>
    <w:multiLevelType w:val="multilevel"/>
    <w:tmpl w:val="B0EE4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510B9F"/>
    <w:multiLevelType w:val="multilevel"/>
    <w:tmpl w:val="17D46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F02636"/>
    <w:multiLevelType w:val="multilevel"/>
    <w:tmpl w:val="35AA3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845973"/>
    <w:multiLevelType w:val="multilevel"/>
    <w:tmpl w:val="B2725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E86156"/>
    <w:multiLevelType w:val="hybridMultilevel"/>
    <w:tmpl w:val="9F46ADEA"/>
    <w:lvl w:ilvl="0" w:tplc="1CE6068C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740299364">
    <w:abstractNumId w:val="8"/>
  </w:num>
  <w:num w:numId="2" w16cid:durableId="1666278956">
    <w:abstractNumId w:val="6"/>
  </w:num>
  <w:num w:numId="3" w16cid:durableId="491989717">
    <w:abstractNumId w:val="5"/>
  </w:num>
  <w:num w:numId="4" w16cid:durableId="704528175">
    <w:abstractNumId w:val="4"/>
  </w:num>
  <w:num w:numId="5" w16cid:durableId="668487236">
    <w:abstractNumId w:val="7"/>
  </w:num>
  <w:num w:numId="6" w16cid:durableId="811408352">
    <w:abstractNumId w:val="3"/>
  </w:num>
  <w:num w:numId="7" w16cid:durableId="218129024">
    <w:abstractNumId w:val="2"/>
  </w:num>
  <w:num w:numId="8" w16cid:durableId="1719620014">
    <w:abstractNumId w:val="1"/>
  </w:num>
  <w:num w:numId="9" w16cid:durableId="1174421287">
    <w:abstractNumId w:val="0"/>
  </w:num>
  <w:num w:numId="10" w16cid:durableId="378477254">
    <w:abstractNumId w:val="10"/>
  </w:num>
  <w:num w:numId="11" w16cid:durableId="2032954272">
    <w:abstractNumId w:val="16"/>
  </w:num>
  <w:num w:numId="12" w16cid:durableId="257643328">
    <w:abstractNumId w:val="12"/>
  </w:num>
  <w:num w:numId="13" w16cid:durableId="1180658874">
    <w:abstractNumId w:val="9"/>
  </w:num>
  <w:num w:numId="14" w16cid:durableId="1691644335">
    <w:abstractNumId w:val="17"/>
  </w:num>
  <w:num w:numId="15" w16cid:durableId="945816309">
    <w:abstractNumId w:val="11"/>
  </w:num>
  <w:num w:numId="16" w16cid:durableId="1214120851">
    <w:abstractNumId w:val="14"/>
  </w:num>
  <w:num w:numId="17" w16cid:durableId="2134980032">
    <w:abstractNumId w:val="13"/>
  </w:num>
  <w:num w:numId="18" w16cid:durableId="2086492137">
    <w:abstractNumId w:val="15"/>
  </w:num>
  <w:num w:numId="19" w16cid:durableId="63591265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defaultTabStop w:val="737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333C"/>
    <w:rsid w:val="00003644"/>
    <w:rsid w:val="00010D14"/>
    <w:rsid w:val="00034616"/>
    <w:rsid w:val="0006063C"/>
    <w:rsid w:val="000B5DB3"/>
    <w:rsid w:val="000D4F9A"/>
    <w:rsid w:val="001105D8"/>
    <w:rsid w:val="00143B02"/>
    <w:rsid w:val="0015074B"/>
    <w:rsid w:val="0029639D"/>
    <w:rsid w:val="00326F90"/>
    <w:rsid w:val="00482507"/>
    <w:rsid w:val="00583BBC"/>
    <w:rsid w:val="005F7A04"/>
    <w:rsid w:val="006B0309"/>
    <w:rsid w:val="00823FED"/>
    <w:rsid w:val="00911044"/>
    <w:rsid w:val="00960DB5"/>
    <w:rsid w:val="009D3B84"/>
    <w:rsid w:val="00AA1D8D"/>
    <w:rsid w:val="00AB3BF3"/>
    <w:rsid w:val="00AF1FCA"/>
    <w:rsid w:val="00B47730"/>
    <w:rsid w:val="00BA322C"/>
    <w:rsid w:val="00BC0703"/>
    <w:rsid w:val="00C304CF"/>
    <w:rsid w:val="00C95B7B"/>
    <w:rsid w:val="00CB0664"/>
    <w:rsid w:val="00D01547"/>
    <w:rsid w:val="00D60936"/>
    <w:rsid w:val="00D9005F"/>
    <w:rsid w:val="00DC6EDC"/>
    <w:rsid w:val="00E53CEC"/>
    <w:rsid w:val="00F86CB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3CD97921"/>
  <w14:defaultImageDpi w14:val="300"/>
  <w15:docId w15:val="{7777B19D-CD2F-9C4F-B0C5-888B95062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80" w:afterLines="40" w:after="40" w:line="26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BA322C"/>
    <w:pPr>
      <w:spacing w:before="100" w:beforeAutospacing="1" w:afterLines="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V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11044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1104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1104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466</Words>
  <Characters>1640</Characters>
  <Application>Microsoft Office Word</Application>
  <DocSecurity>0</DocSecurity>
  <Lines>63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Nguyen Thien Phuoc</cp:lastModifiedBy>
  <cp:revision>10</cp:revision>
  <cp:lastPrinted>2025-11-24T06:57:00Z</cp:lastPrinted>
  <dcterms:created xsi:type="dcterms:W3CDTF">2013-12-23T23:15:00Z</dcterms:created>
  <dcterms:modified xsi:type="dcterms:W3CDTF">2025-11-24T09:27:00Z</dcterms:modified>
  <cp:category/>
</cp:coreProperties>
</file>