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B5DBD" w:rsidRPr="009B5DBD" w:rsidRDefault="009B5DBD" w:rsidP="009B5DBD">
      <w:pPr>
        <w:spacing w:after="96"/>
        <w:jc w:val="center"/>
        <w:rPr>
          <w:rFonts w:ascii="Times New Roman" w:hAnsi="Times New Roman" w:cs="Times New Roman"/>
          <w:sz w:val="28"/>
          <w:szCs w:val="28"/>
        </w:rPr>
      </w:pPr>
      <w:r w:rsidRPr="009B5DBD">
        <w:rPr>
          <w:rFonts w:ascii="Times New Roman" w:hAnsi="Times New Roman" w:cs="Times New Roman"/>
          <w:sz w:val="28"/>
          <w:szCs w:val="28"/>
        </w:rPr>
        <w:t>NỘI DUNG MẪU ĐIỆN TỬ TƯƠNG TÁC YÊU CẦU</w:t>
      </w:r>
    </w:p>
    <w:p w:rsidR="009B5DBD" w:rsidRDefault="009B5DBD" w:rsidP="009B5DBD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</w:rPr>
        <w:t>CẤP B</w:t>
      </w:r>
      <w:r>
        <w:rPr>
          <w:rFonts w:ascii="Times New Roman" w:hAnsi="Times New Roman" w:cs="Times New Roman"/>
          <w:sz w:val="28"/>
          <w:szCs w:val="28"/>
        </w:rPr>
        <w:t>Ả</w:t>
      </w:r>
      <w:r w:rsidRPr="009B5DBD">
        <w:rPr>
          <w:rFonts w:ascii="Times New Roman" w:hAnsi="Times New Roman" w:cs="Times New Roman"/>
          <w:sz w:val="28"/>
          <w:szCs w:val="28"/>
        </w:rPr>
        <w:t>N SAO GI</w:t>
      </w:r>
      <w:r>
        <w:rPr>
          <w:rFonts w:ascii="Times New Roman" w:hAnsi="Times New Roman" w:cs="Times New Roman"/>
          <w:sz w:val="28"/>
          <w:szCs w:val="28"/>
        </w:rPr>
        <w:t>Ấ</w:t>
      </w:r>
      <w:r w:rsidRPr="009B5DBD">
        <w:rPr>
          <w:rFonts w:ascii="Times New Roman" w:hAnsi="Times New Roman" w:cs="Times New Roman"/>
          <w:sz w:val="28"/>
          <w:szCs w:val="28"/>
        </w:rPr>
        <w:t>Y KHAI SINH, BẢN SAO TRÍCH LỤC HỘ TỊCH</w:t>
      </w:r>
      <w:r w:rsidRPr="009B5DBD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 </w:t>
      </w:r>
    </w:p>
    <w:p w:rsidR="009B5DBD" w:rsidRDefault="009B5DBD" w:rsidP="009B5DBD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</w:p>
    <w:p w:rsidR="00D9005F" w:rsidRPr="00D9005F" w:rsidRDefault="00D9005F" w:rsidP="009B5DBD">
      <w:pPr>
        <w:spacing w:after="96"/>
        <w:jc w:val="center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I. </w:t>
      </w:r>
      <w:r w:rsid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T</w:t>
      </w:r>
      <w:r w:rsidR="007A65DD" w:rsidRPr="007A65DD">
        <w:rPr>
          <w:rFonts w:ascii="Times New Roman" w:hAnsi="Times New Roman" w:cs="Times New Roman"/>
          <w:b/>
          <w:bCs/>
          <w:sz w:val="28"/>
          <w:szCs w:val="28"/>
          <w:lang w:val="vi-VN"/>
        </w:rPr>
        <w:t>hông tin về người yêu cầu cấp Giấy xác nhận tình trạng hôn nhân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(1) Họ, chữ đệm, tên: 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PHẠM V</w:t>
      </w:r>
      <w:r w:rsidR="009B5DBD">
        <w:rPr>
          <w:rFonts w:ascii="Times New Roman" w:hAnsi="Times New Roman" w:cs="Times New Roman"/>
          <w:b/>
          <w:bCs/>
          <w:sz w:val="28"/>
          <w:szCs w:val="28"/>
          <w:lang w:val="vi-VN"/>
        </w:rPr>
        <w:t>Ă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>N B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(2) Số định danh cá nhân: 075054041854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(3) Giấy tờ tùy thân: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Loại giấy tờ sử dụng: Thẻ căn cước công dân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Số: 075054041854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Ngày, tháng, năm cấp: 19.04.2021</w:t>
      </w:r>
    </w:p>
    <w:p w:rsidR="00D9005F" w:rsidRPr="00D9005F" w:rsidRDefault="00D9005F" w:rsidP="00D9005F">
      <w:pPr>
        <w:spacing w:after="96"/>
        <w:ind w:firstLine="709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>Cơ quan cấp: Cục cảnh sát quản lý hành chính về trật tự xã hội</w:t>
      </w:r>
    </w:p>
    <w:p w:rsidR="00D9005F" w:rsidRPr="00D9005F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(4) Nơi cư trú: </w:t>
      </w:r>
      <w:r>
        <w:rPr>
          <w:rFonts w:ascii="Times New Roman" w:hAnsi="Times New Roman" w:cs="Times New Roman"/>
          <w:sz w:val="28"/>
          <w:szCs w:val="28"/>
          <w:lang w:val="vi-VN"/>
        </w:rPr>
        <w:t>123/4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khu phố </w:t>
      </w:r>
      <w:r>
        <w:rPr>
          <w:rFonts w:ascii="Times New Roman" w:hAnsi="Times New Roman" w:cs="Times New Roman"/>
          <w:sz w:val="28"/>
          <w:szCs w:val="28"/>
          <w:lang w:val="vi-VN"/>
        </w:rPr>
        <w:t>1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vi-VN"/>
        </w:rPr>
        <w:t>xã Xuân Lộc</w:t>
      </w:r>
      <w:r w:rsidRPr="00D9005F">
        <w:rPr>
          <w:rFonts w:ascii="Times New Roman" w:hAnsi="Times New Roman" w:cs="Times New Roman"/>
          <w:sz w:val="28"/>
          <w:szCs w:val="28"/>
          <w:lang w:val="vi-VN"/>
        </w:rPr>
        <w:t>, Tỉnh Đồng Nai</w:t>
      </w:r>
      <w:r>
        <w:rPr>
          <w:rFonts w:ascii="Times New Roman" w:hAnsi="Times New Roman" w:cs="Times New Roman"/>
          <w:sz w:val="28"/>
          <w:szCs w:val="28"/>
          <w:lang w:val="vi-VN"/>
        </w:rPr>
        <w:t>.</w:t>
      </w:r>
    </w:p>
    <w:p w:rsidR="009D3B84" w:rsidRPr="009D3B84" w:rsidRDefault="00D9005F" w:rsidP="00D9005F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D9005F">
        <w:rPr>
          <w:rFonts w:ascii="Times New Roman" w:hAnsi="Times New Roman" w:cs="Times New Roman"/>
          <w:sz w:val="28"/>
          <w:szCs w:val="28"/>
          <w:lang w:val="vi-VN"/>
        </w:rPr>
        <w:t xml:space="preserve">(5) </w:t>
      </w:r>
      <w:r w:rsidR="009B5DBD">
        <w:rPr>
          <w:rFonts w:ascii="Times New Roman" w:hAnsi="Times New Roman" w:cs="Times New Roman"/>
          <w:sz w:val="28"/>
          <w:szCs w:val="28"/>
          <w:lang w:val="vi-VN"/>
        </w:rPr>
        <w:t>Q</w:t>
      </w:r>
      <w:r w:rsidR="009B5DBD" w:rsidRPr="009B5DBD">
        <w:rPr>
          <w:rFonts w:ascii="Times New Roman" w:hAnsi="Times New Roman" w:cs="Times New Roman"/>
          <w:sz w:val="28"/>
          <w:szCs w:val="28"/>
          <w:lang w:val="vi-VN"/>
        </w:rPr>
        <w:t>uan hệ với người được cấp bản sao Giấy khai sinh/Trích lục hộ tịch : EM</w:t>
      </w:r>
    </w:p>
    <w:p w:rsidR="007A65DD" w:rsidRDefault="00D9005F" w:rsidP="00D9005F">
      <w:pPr>
        <w:spacing w:after="96"/>
        <w:jc w:val="both"/>
        <w:rPr>
          <w:rFonts w:ascii="Times New Roman" w:hAnsi="Times New Roman" w:cs="Times New Roman"/>
          <w:b/>
          <w:bCs/>
          <w:sz w:val="28"/>
          <w:szCs w:val="28"/>
          <w:lang w:val="vi-VN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vi-VN"/>
        </w:rPr>
        <w:t>I</w:t>
      </w:r>
      <w:r w:rsidRPr="00D9005F">
        <w:rPr>
          <w:rFonts w:ascii="Times New Roman" w:hAnsi="Times New Roman" w:cs="Times New Roman"/>
          <w:b/>
          <w:bCs/>
          <w:sz w:val="28"/>
          <w:szCs w:val="28"/>
          <w:lang w:val="vi-VN"/>
        </w:rPr>
        <w:t xml:space="preserve">I. </w:t>
      </w:r>
      <w:r w:rsidR="009B5DBD" w:rsidRPr="009B5DBD">
        <w:rPr>
          <w:rFonts w:ascii="Times New Roman" w:hAnsi="Times New Roman" w:cs="Times New Roman"/>
          <w:b/>
          <w:bCs/>
          <w:sz w:val="28"/>
          <w:szCs w:val="28"/>
          <w:lang w:val="vi-VN"/>
        </w:rPr>
        <w:t>Thông tin về giấy tờ hộ tịch đã đăng ký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6) Họ, chữ đệm, tên người được đăng ký : TRẢN MINH B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(7) Số định danh cá nhân :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Ngày sinh : 11/6/1970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(8) Giấy tờ tùy thân: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Loại giấy tờ sử dụng :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Số :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Ngày, tháng, năm cấp : //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Cơ quan cấp :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(9) Nơi cư trú :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(10) Loại việc yêu cầu cấp bản sao Giẩy khai sinh/Trích lục hộ tịch : Trích lục Khai tử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(11) Cơ quan đã đăng ký sự kiện hộ tịch trước đây : UBND phường Quang Vinh, Tp.Biên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Hòa, tỉnh Đồng Nai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(12) Tên giấy tờ hộ tịch : Trích lục Khai tử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Số :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Quyền sổ : 01/2022:</w:t>
      </w:r>
    </w:p>
    <w:p w:rsidR="009B5DBD" w:rsidRPr="009B5DBD" w:rsidRDefault="009B5DBD" w:rsidP="009B5DBD">
      <w:pPr>
        <w:spacing w:after="96"/>
        <w:ind w:firstLine="567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Ngày, tháng, năm đăng ký : 02/03/2022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(13) Số lượng bản sao : 5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(14) Phương thức nhận kết quả:</w:t>
      </w:r>
    </w:p>
    <w:p w:rsid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lastRenderedPageBreak/>
        <w:t>R</w:t>
      </w:r>
      <w:r>
        <w:rPr>
          <w:rFonts w:ascii="Wingdings 2" w:hAnsi="Wingdings 2" w:cs="Times New Roman"/>
          <w:sz w:val="28"/>
          <w:szCs w:val="28"/>
          <w:lang w:val="vi-V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vi-VN"/>
        </w:rPr>
        <w:t>Trực tiếp</w:t>
      </w:r>
    </w:p>
    <w:p w:rsidR="009B5DBD" w:rsidRPr="007A65D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 2" w:hAnsi="Wingdings 2" w:cs="Times New Roman"/>
          <w:sz w:val="28"/>
          <w:szCs w:val="28"/>
          <w:lang w:val="vi-VN"/>
        </w:rPr>
        <w:t>R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T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rực tuy</w:t>
      </w:r>
      <w:r>
        <w:rPr>
          <w:rFonts w:ascii="Times New Roman" w:hAnsi="Times New Roman" w:cs="Times New Roman"/>
          <w:sz w:val="28"/>
          <w:szCs w:val="28"/>
          <w:lang w:val="vi-VN"/>
        </w:rPr>
        <w:t>ế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n (bản điện tử sẽ được gửi về Kho quản lý dữ liệu của cá nhân/địa chỉ thư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7A65DD">
        <w:rPr>
          <w:rFonts w:ascii="Times New Roman" w:hAnsi="Times New Roman" w:cs="Times New Roman"/>
          <w:sz w:val="28"/>
          <w:szCs w:val="28"/>
          <w:lang w:val="vi-VN"/>
        </w:rPr>
        <w:t>điện từ/thiết bị số/điện thoại của người yêu cầu)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>
        <w:rPr>
          <w:rFonts w:ascii="Wingdings" w:hAnsi="Wingdings" w:cs="Times New Roman"/>
          <w:sz w:val="28"/>
          <w:szCs w:val="28"/>
          <w:lang w:val="vi-VN"/>
        </w:rPr>
        <w:t>o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Bưu chính (cung cấp địa chỉ nơi nhận).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(15) H</w:t>
      </w:r>
      <w:r>
        <w:rPr>
          <w:rFonts w:ascii="Times New Roman" w:hAnsi="Times New Roman" w:cs="Times New Roman"/>
          <w:sz w:val="28"/>
          <w:szCs w:val="28"/>
          <w:lang w:val="vi-VN"/>
        </w:rPr>
        <w:t>ồ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 xml:space="preserve"> sơ đính kèm theo quy định.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* Người yêu cầu cam đoan các thông tin cung cấp là đúng sự thật và chịu hoàn toàn trách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nhiệm trước pháp luật về nội dung cam doan của mình.</w:t>
      </w:r>
    </w:p>
    <w:p w:rsidR="009B5DBD" w:rsidRP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* Trường hợp các thông tin về giây tờ chứng minh nơi cư trú đã được khai thác từ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CSDLQGVDC, được hệ thống điền tự động thì không phải xuất trình (theo hình thức trực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tiếp) hoặc tải lên (theo hình thức trực tuyển).</w:t>
      </w:r>
    </w:p>
    <w:p w:rsidR="009B5DBD" w:rsidRDefault="009B5DBD" w:rsidP="009B5DB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  <w:r w:rsidRPr="009B5DBD">
        <w:rPr>
          <w:rFonts w:ascii="Times New Roman" w:hAnsi="Times New Roman" w:cs="Times New Roman"/>
          <w:sz w:val="28"/>
          <w:szCs w:val="28"/>
          <w:lang w:val="vi-VN"/>
        </w:rPr>
        <w:t>* Mẫu điện tử tương tác ghi nhận thời gian (giờ, phút, giây, ngày, tháng, năm) hoàn tất việc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cung cấp thông tin; người yêu cầu trước đó đã đăng nhập vào hệ thống, thực hiện xác thực</w:t>
      </w:r>
      <w:r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>điện từ theo quy định.</w:t>
      </w:r>
      <w:r w:rsidRPr="009B5DBD">
        <w:rPr>
          <w:rFonts w:ascii="Times New Roman" w:hAnsi="Times New Roman" w:cs="Times New Roman"/>
          <w:sz w:val="28"/>
          <w:szCs w:val="28"/>
          <w:lang w:val="vi-VN"/>
        </w:rPr>
        <w:t xml:space="preserve"> </w:t>
      </w:r>
    </w:p>
    <w:p w:rsidR="007A65DD" w:rsidRPr="00D9005F" w:rsidRDefault="007A65DD" w:rsidP="007A65DD">
      <w:pPr>
        <w:spacing w:after="96"/>
        <w:rPr>
          <w:rFonts w:ascii="Times New Roman" w:hAnsi="Times New Roman" w:cs="Times New Roman"/>
          <w:sz w:val="28"/>
          <w:szCs w:val="28"/>
          <w:lang w:val="vi-VN"/>
        </w:rPr>
      </w:pPr>
    </w:p>
    <w:sectPr w:rsidR="007A65DD" w:rsidRPr="00D9005F" w:rsidSect="00D60936">
      <w:pgSz w:w="12240" w:h="15840"/>
      <w:pgMar w:top="656" w:right="1371" w:bottom="103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760AA" w:rsidRDefault="002760AA" w:rsidP="00911044">
      <w:pPr>
        <w:spacing w:before="0" w:after="96" w:line="240" w:lineRule="auto"/>
      </w:pPr>
      <w:r>
        <w:separator/>
      </w:r>
    </w:p>
  </w:endnote>
  <w:endnote w:type="continuationSeparator" w:id="0">
    <w:p w:rsidR="002760AA" w:rsidRDefault="002760AA" w:rsidP="00911044">
      <w:pPr>
        <w:spacing w:before="0" w:after="96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A3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760AA" w:rsidRDefault="002760AA" w:rsidP="00911044">
      <w:pPr>
        <w:spacing w:before="0" w:after="96" w:line="240" w:lineRule="auto"/>
      </w:pPr>
      <w:r>
        <w:separator/>
      </w:r>
    </w:p>
  </w:footnote>
  <w:footnote w:type="continuationSeparator" w:id="0">
    <w:p w:rsidR="002760AA" w:rsidRDefault="002760AA" w:rsidP="00911044">
      <w:pPr>
        <w:spacing w:before="0" w:after="96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2D0E4F"/>
    <w:multiLevelType w:val="multilevel"/>
    <w:tmpl w:val="33BC2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E946C40"/>
    <w:multiLevelType w:val="multilevel"/>
    <w:tmpl w:val="54D4D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FB9700E"/>
    <w:multiLevelType w:val="multilevel"/>
    <w:tmpl w:val="52E23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B040C0"/>
    <w:multiLevelType w:val="multilevel"/>
    <w:tmpl w:val="86481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7B7D76"/>
    <w:multiLevelType w:val="multilevel"/>
    <w:tmpl w:val="E0E06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66CF9"/>
    <w:multiLevelType w:val="multilevel"/>
    <w:tmpl w:val="B0EE4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9510B9F"/>
    <w:multiLevelType w:val="multilevel"/>
    <w:tmpl w:val="17D46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9F02636"/>
    <w:multiLevelType w:val="multilevel"/>
    <w:tmpl w:val="35AA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845973"/>
    <w:multiLevelType w:val="multilevel"/>
    <w:tmpl w:val="B2725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E86156"/>
    <w:multiLevelType w:val="hybridMultilevel"/>
    <w:tmpl w:val="9F46ADEA"/>
    <w:lvl w:ilvl="0" w:tplc="1CE6068C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740299364">
    <w:abstractNumId w:val="8"/>
  </w:num>
  <w:num w:numId="2" w16cid:durableId="1666278956">
    <w:abstractNumId w:val="6"/>
  </w:num>
  <w:num w:numId="3" w16cid:durableId="491989717">
    <w:abstractNumId w:val="5"/>
  </w:num>
  <w:num w:numId="4" w16cid:durableId="704528175">
    <w:abstractNumId w:val="4"/>
  </w:num>
  <w:num w:numId="5" w16cid:durableId="668487236">
    <w:abstractNumId w:val="7"/>
  </w:num>
  <w:num w:numId="6" w16cid:durableId="811408352">
    <w:abstractNumId w:val="3"/>
  </w:num>
  <w:num w:numId="7" w16cid:durableId="218129024">
    <w:abstractNumId w:val="2"/>
  </w:num>
  <w:num w:numId="8" w16cid:durableId="1719620014">
    <w:abstractNumId w:val="1"/>
  </w:num>
  <w:num w:numId="9" w16cid:durableId="1174421287">
    <w:abstractNumId w:val="0"/>
  </w:num>
  <w:num w:numId="10" w16cid:durableId="378477254">
    <w:abstractNumId w:val="10"/>
  </w:num>
  <w:num w:numId="11" w16cid:durableId="2032954272">
    <w:abstractNumId w:val="16"/>
  </w:num>
  <w:num w:numId="12" w16cid:durableId="257643328">
    <w:abstractNumId w:val="12"/>
  </w:num>
  <w:num w:numId="13" w16cid:durableId="1180658874">
    <w:abstractNumId w:val="9"/>
  </w:num>
  <w:num w:numId="14" w16cid:durableId="1691644335">
    <w:abstractNumId w:val="17"/>
  </w:num>
  <w:num w:numId="15" w16cid:durableId="945816309">
    <w:abstractNumId w:val="11"/>
  </w:num>
  <w:num w:numId="16" w16cid:durableId="1214120851">
    <w:abstractNumId w:val="14"/>
  </w:num>
  <w:num w:numId="17" w16cid:durableId="2134980032">
    <w:abstractNumId w:val="13"/>
  </w:num>
  <w:num w:numId="18" w16cid:durableId="2086492137">
    <w:abstractNumId w:val="15"/>
  </w:num>
  <w:num w:numId="19" w16cid:durableId="63591265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defaultTabStop w:val="737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333C"/>
    <w:rsid w:val="00003644"/>
    <w:rsid w:val="00010D14"/>
    <w:rsid w:val="00034616"/>
    <w:rsid w:val="0006063C"/>
    <w:rsid w:val="000B5DB3"/>
    <w:rsid w:val="000D4F9A"/>
    <w:rsid w:val="001105D8"/>
    <w:rsid w:val="00143B02"/>
    <w:rsid w:val="0015074B"/>
    <w:rsid w:val="002760AA"/>
    <w:rsid w:val="0029639D"/>
    <w:rsid w:val="00326F90"/>
    <w:rsid w:val="00482507"/>
    <w:rsid w:val="00583BBC"/>
    <w:rsid w:val="005F7A04"/>
    <w:rsid w:val="006B0309"/>
    <w:rsid w:val="007A65DD"/>
    <w:rsid w:val="00823FED"/>
    <w:rsid w:val="00911044"/>
    <w:rsid w:val="00960DB5"/>
    <w:rsid w:val="009B5DBD"/>
    <w:rsid w:val="009D3B84"/>
    <w:rsid w:val="00AA1D8D"/>
    <w:rsid w:val="00AB3BF3"/>
    <w:rsid w:val="00AF1FCA"/>
    <w:rsid w:val="00B47730"/>
    <w:rsid w:val="00BA322C"/>
    <w:rsid w:val="00BC0703"/>
    <w:rsid w:val="00C304CF"/>
    <w:rsid w:val="00C95B7B"/>
    <w:rsid w:val="00CB0664"/>
    <w:rsid w:val="00D01547"/>
    <w:rsid w:val="00D60936"/>
    <w:rsid w:val="00D9005F"/>
    <w:rsid w:val="00DC6EDC"/>
    <w:rsid w:val="00E53CEC"/>
    <w:rsid w:val="00F5221D"/>
    <w:rsid w:val="00F86C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5C526696"/>
  <w14:defaultImageDpi w14:val="300"/>
  <w15:docId w15:val="{7777B19D-CD2F-9C4F-B0C5-888B95062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Lines="40" w:after="40" w:line="26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BA322C"/>
    <w:pPr>
      <w:spacing w:before="100" w:beforeAutospacing="1" w:afterLines="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V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104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104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110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431</Words>
  <Characters>1516</Characters>
  <Application>Microsoft Office Word</Application>
  <DocSecurity>0</DocSecurity>
  <Lines>58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Nguyen Thien Phuoc</cp:lastModifiedBy>
  <cp:revision>12</cp:revision>
  <cp:lastPrinted>2025-11-24T06:57:00Z</cp:lastPrinted>
  <dcterms:created xsi:type="dcterms:W3CDTF">2013-12-23T23:15:00Z</dcterms:created>
  <dcterms:modified xsi:type="dcterms:W3CDTF">2025-11-24T09:47:00Z</dcterms:modified>
  <cp:category/>
</cp:coreProperties>
</file>