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A65DD" w:rsidRPr="007A65DD" w:rsidRDefault="007A65DD" w:rsidP="007A65DD">
      <w:pPr>
        <w:spacing w:after="9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</w:t>
      </w:r>
      <w:r w:rsidRPr="007A65DD">
        <w:rPr>
          <w:rFonts w:ascii="Times New Roman" w:hAnsi="Times New Roman" w:cs="Times New Roman"/>
          <w:sz w:val="28"/>
          <w:szCs w:val="28"/>
        </w:rPr>
        <w:t>ỘI DUNG MẪU ĐIỆN TỬ TƯƠNG TÁC YÊU CẦU</w:t>
      </w:r>
    </w:p>
    <w:p w:rsidR="00D9005F" w:rsidRPr="00D9005F" w:rsidRDefault="007A65DD" w:rsidP="007A65DD">
      <w:pPr>
        <w:spacing w:after="96"/>
        <w:jc w:val="center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</w:rPr>
        <w:t>CẤP GIÁY XÁC NHẬN TÌNH TRẠNG HÔN NHÂN</w:t>
      </w:r>
    </w:p>
    <w:p w:rsidR="00D9005F" w:rsidRPr="00D9005F" w:rsidRDefault="00D9005F" w:rsidP="009D3B84">
      <w:pPr>
        <w:spacing w:after="96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I. </w:t>
      </w:r>
      <w:r w:rsidR="007A65DD">
        <w:rPr>
          <w:rFonts w:ascii="Times New Roman" w:hAnsi="Times New Roman" w:cs="Times New Roman"/>
          <w:b/>
          <w:bCs/>
          <w:sz w:val="28"/>
          <w:szCs w:val="28"/>
          <w:lang w:val="vi-VN"/>
        </w:rPr>
        <w:t>T</w:t>
      </w:r>
      <w:r w:rsidR="007A65DD" w:rsidRPr="007A65DD">
        <w:rPr>
          <w:rFonts w:ascii="Times New Roman" w:hAnsi="Times New Roman" w:cs="Times New Roman"/>
          <w:b/>
          <w:bCs/>
          <w:sz w:val="28"/>
          <w:szCs w:val="28"/>
          <w:lang w:val="vi-VN"/>
        </w:rPr>
        <w:t>hông tin về người yêu cầu cấp Giấy xác nhận tình trạng hôn nhân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(1) Họ, chữ đệm, tên: </w:t>
      </w: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>PHẠM VẢN B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(2) Số định danh cá nhân: 075054041854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(3) Giấy tờ tùy thân: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Loại giấy tờ sử dụng: Thẻ căn cước công dân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Số: 075054041854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Ngày, tháng, năm cấp: 19.04.2021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Cơ quan cấp: Cục cảnh sát quản lý hành chính về trật tự xã hội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(4) Nơi cư trú: </w:t>
      </w:r>
      <w:r>
        <w:rPr>
          <w:rFonts w:ascii="Times New Roman" w:hAnsi="Times New Roman" w:cs="Times New Roman"/>
          <w:sz w:val="28"/>
          <w:szCs w:val="28"/>
          <w:lang w:val="vi-VN"/>
        </w:rPr>
        <w:t>123/4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, khu phố </w:t>
      </w:r>
      <w:r>
        <w:rPr>
          <w:rFonts w:ascii="Times New Roman" w:hAnsi="Times New Roman" w:cs="Times New Roman"/>
          <w:sz w:val="28"/>
          <w:szCs w:val="28"/>
          <w:lang w:val="vi-VN"/>
        </w:rPr>
        <w:t>1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vi-VN"/>
        </w:rPr>
        <w:t>xã Xuân Lộc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, Tỉnh Đồng Nai</w:t>
      </w:r>
      <w:r>
        <w:rPr>
          <w:rFonts w:ascii="Times New Roman" w:hAnsi="Times New Roman" w:cs="Times New Roman"/>
          <w:sz w:val="28"/>
          <w:szCs w:val="28"/>
          <w:lang w:val="vi-VN"/>
        </w:rPr>
        <w:t>.</w:t>
      </w:r>
    </w:p>
    <w:p w:rsidR="009D3B84" w:rsidRPr="009D3B84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(5) </w:t>
      </w:r>
      <w:r w:rsidR="007A65DD" w:rsidRPr="007A65DD">
        <w:rPr>
          <w:rFonts w:ascii="Times New Roman" w:hAnsi="Times New Roman" w:cs="Times New Roman"/>
          <w:sz w:val="28"/>
          <w:szCs w:val="28"/>
          <w:lang w:val="vi-VN"/>
        </w:rPr>
        <w:t>Quan hệ với người được cấp Giấy xác nhận tình trạng hôn nhân : Bản thân</w:t>
      </w:r>
    </w:p>
    <w:p w:rsidR="007A65DD" w:rsidRDefault="00D9005F" w:rsidP="00D9005F">
      <w:pPr>
        <w:spacing w:after="96"/>
        <w:jc w:val="both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vi-VN"/>
        </w:rPr>
        <w:t>I</w:t>
      </w: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I. </w:t>
      </w:r>
      <w:r w:rsidR="007A65DD">
        <w:rPr>
          <w:rFonts w:ascii="Times New Roman" w:hAnsi="Times New Roman" w:cs="Times New Roman"/>
          <w:b/>
          <w:bCs/>
          <w:sz w:val="28"/>
          <w:szCs w:val="28"/>
          <w:lang w:val="vi-VN"/>
        </w:rPr>
        <w:t>T</w:t>
      </w:r>
      <w:r w:rsidR="007A65DD" w:rsidRPr="007A65DD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hông tin về người được cấp Giấy xác nhận tình trạng hôn nhân 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(6) Họ, chữ đệm, tên : NGUYÊN NGỌC C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(7) Ngày, tháng, năm sinh : 13.01.1970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(8) Giới tính : Nữ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(9) Dân tộc : Kinh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(10) Quốc tịch : Việt Nam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(11) Số định danh cá nhân : 075170014576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(12) Giấy tờ tùy thân:</w:t>
      </w:r>
    </w:p>
    <w:p w:rsidR="007A65DD" w:rsidRPr="007A65DD" w:rsidRDefault="007A65DD" w:rsidP="007A65DD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Loại giây tờ sử dụng : Thẻ căn cước công dân</w:t>
      </w:r>
    </w:p>
    <w:p w:rsidR="007A65DD" w:rsidRPr="007A65DD" w:rsidRDefault="007A65DD" w:rsidP="007A65DD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Số: 075170014576</w:t>
      </w:r>
    </w:p>
    <w:p w:rsidR="007A65DD" w:rsidRPr="007A65DD" w:rsidRDefault="007A65DD" w:rsidP="007A65DD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Ngày cấp : 06/09/2021</w:t>
      </w:r>
    </w:p>
    <w:p w:rsidR="007A65DD" w:rsidRPr="007A65DD" w:rsidRDefault="007A65DD" w:rsidP="007A65DD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Cơ quan cấp : Cục cảnh sát quản lý hành chính về trật tự xã hội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 xml:space="preserve">(13) Nơi cư trú : </w:t>
      </w:r>
      <w:r>
        <w:rPr>
          <w:rFonts w:ascii="Times New Roman" w:hAnsi="Times New Roman" w:cs="Times New Roman"/>
          <w:sz w:val="28"/>
          <w:szCs w:val="28"/>
          <w:lang w:val="vi-VN"/>
        </w:rPr>
        <w:t>123 Hùng Vương, Khu 1, xã Xuân Lộc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, Tỉnh Đồng Nai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(14) Tình trạng hôn nhân : Đã kết hôn nhưng đã ly hôn theo Bản án số 150/LH-ST ngày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09/7/2021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 xml:space="preserve">của Tòa án Nhân dân </w:t>
      </w:r>
      <w:r>
        <w:rPr>
          <w:rFonts w:ascii="Times New Roman" w:hAnsi="Times New Roman" w:cs="Times New Roman"/>
          <w:sz w:val="28"/>
          <w:szCs w:val="28"/>
          <w:lang w:val="vi-VN"/>
        </w:rPr>
        <w:t>huyện Xuân Lộc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. Hiện tại chưa đăng ký kết hôn với ai</w:t>
      </w:r>
      <w:r>
        <w:rPr>
          <w:rFonts w:ascii="Times New Roman" w:hAnsi="Times New Roman" w:cs="Times New Roman"/>
          <w:sz w:val="28"/>
          <w:szCs w:val="28"/>
          <w:lang w:val="vi-VN"/>
        </w:rPr>
        <w:t>.</w:t>
      </w:r>
    </w:p>
    <w:p w:rsid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(15) Mục đích sử dụng Giấy XNTTHN : Bổ sung hồ sơ mua bán xe. Không có giá trị đ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ể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đăng ký kết hôn</w:t>
      </w:r>
    </w:p>
    <w:p w:rsid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(16) Phương thức nhận kết quả:</w:t>
      </w:r>
    </w:p>
    <w:p w:rsidR="00D9005F" w:rsidRPr="007A65DD" w:rsidRDefault="00D9005F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Wingdings 2" w:hAnsi="Wingdings 2" w:cs="Times New Roman"/>
          <w:sz w:val="28"/>
          <w:szCs w:val="28"/>
          <w:lang w:val="vi-VN"/>
        </w:rPr>
        <w:t>R</w:t>
      </w:r>
      <w:r w:rsidR="007A65DD">
        <w:rPr>
          <w:rFonts w:ascii="Wingdings 2" w:hAnsi="Wingdings 2" w:cs="Times New Roman"/>
          <w:sz w:val="28"/>
          <w:szCs w:val="28"/>
          <w:lang w:val="vi-VN"/>
        </w:rPr>
        <w:t xml:space="preserve"> </w:t>
      </w:r>
      <w:r w:rsidR="007A65DD">
        <w:rPr>
          <w:rFonts w:ascii="Times New Roman" w:hAnsi="Times New Roman" w:cs="Times New Roman"/>
          <w:sz w:val="28"/>
          <w:szCs w:val="28"/>
          <w:lang w:val="vi-VN"/>
        </w:rPr>
        <w:t>Trực tiếp</w:t>
      </w:r>
    </w:p>
    <w:p w:rsidR="007A65DD" w:rsidRPr="007A65DD" w:rsidRDefault="00690A62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Wingdings 2" w:hAnsi="Wingdings 2" w:cs="Times New Roman"/>
          <w:sz w:val="28"/>
          <w:szCs w:val="28"/>
          <w:lang w:val="vi-VN"/>
        </w:rPr>
        <w:lastRenderedPageBreak/>
        <w:t>R</w:t>
      </w:r>
      <w:r w:rsidR="007A65DD">
        <w:rPr>
          <w:rFonts w:ascii="Times New Roman" w:hAnsi="Times New Roman" w:cs="Times New Roman"/>
          <w:sz w:val="28"/>
          <w:szCs w:val="28"/>
          <w:lang w:val="vi-VN"/>
        </w:rPr>
        <w:t xml:space="preserve">  T</w:t>
      </w:r>
      <w:r w:rsidR="007A65DD" w:rsidRPr="007A65DD">
        <w:rPr>
          <w:rFonts w:ascii="Times New Roman" w:hAnsi="Times New Roman" w:cs="Times New Roman"/>
          <w:sz w:val="28"/>
          <w:szCs w:val="28"/>
          <w:lang w:val="vi-VN"/>
        </w:rPr>
        <w:t>rực tuy</w:t>
      </w:r>
      <w:r w:rsidR="007A65DD">
        <w:rPr>
          <w:rFonts w:ascii="Times New Roman" w:hAnsi="Times New Roman" w:cs="Times New Roman"/>
          <w:sz w:val="28"/>
          <w:szCs w:val="28"/>
          <w:lang w:val="vi-VN"/>
        </w:rPr>
        <w:t>ế</w:t>
      </w:r>
      <w:r w:rsidR="007A65DD" w:rsidRPr="007A65DD">
        <w:rPr>
          <w:rFonts w:ascii="Times New Roman" w:hAnsi="Times New Roman" w:cs="Times New Roman"/>
          <w:sz w:val="28"/>
          <w:szCs w:val="28"/>
          <w:lang w:val="vi-VN"/>
        </w:rPr>
        <w:t>n (bản điện tử sẽ được gửi về Kho quản lý dữ liệu của cá nhân/địa chỉ thư</w:t>
      </w:r>
      <w:r w:rsidR="007A65DD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="007A65DD" w:rsidRPr="007A65DD">
        <w:rPr>
          <w:rFonts w:ascii="Times New Roman" w:hAnsi="Times New Roman" w:cs="Times New Roman"/>
          <w:sz w:val="28"/>
          <w:szCs w:val="28"/>
          <w:lang w:val="vi-VN"/>
        </w:rPr>
        <w:t>điện từ/thiết bị số/điện thoại của người yêu cầu)</w:t>
      </w:r>
    </w:p>
    <w:p w:rsidR="00D9005F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Wingdings" w:hAnsi="Wingdings" w:cs="Times New Roman"/>
          <w:sz w:val="28"/>
          <w:szCs w:val="28"/>
          <w:lang w:val="vi-VN"/>
        </w:rPr>
        <w:t>o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Bưu chính (cung cấp địa chỉ nơi nhận).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1</w:t>
      </w:r>
      <w:r w:rsidR="007A65DD">
        <w:rPr>
          <w:rFonts w:ascii="Times New Roman" w:hAnsi="Times New Roman" w:cs="Times New Roman"/>
          <w:sz w:val="28"/>
          <w:szCs w:val="28"/>
          <w:lang w:val="vi-VN"/>
        </w:rPr>
        <w:t>7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) Hồ sơ đính kèm theo quy định.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Người yêu cầu cam đoan các thông tin cung cập là đúng sự thật và chịu hoàn toàn trách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nhiệm trước pháp luật về nội dung cam đoan của mình.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* Trường hợp các thông tin về giấy tờ chứng minh nơi cư trú đã được khai thác từ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CSDLQGVDC, được hệ thống điền tự động thì không phải xuất trình (theo hình thức trực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tiếp) hoặc tải lên (theo hình thức trực tuyến).</w:t>
      </w:r>
    </w:p>
    <w:p w:rsid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* Mẫu điện tử tương tác ghi nhận thời gian (giờ, phút, giây, ngày, tháng, năm hoàn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việc cung cấp thông tin); người yêu cầu trước đó đã đăng nhập vào hệ thông thông qua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việc xác thực điện tử theo quy định.</w:t>
      </w:r>
    </w:p>
    <w:p w:rsidR="007A65DD" w:rsidRDefault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Times New Roman" w:hAnsi="Times New Roman" w:cs="Times New Roman"/>
          <w:sz w:val="28"/>
          <w:szCs w:val="28"/>
          <w:lang w:val="vi-VN"/>
        </w:rPr>
        <w:br w:type="page"/>
      </w:r>
    </w:p>
    <w:p w:rsidR="00D9005F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lastRenderedPageBreak/>
        <w:t>NỘI DUNG MẪU HỘ TỊCH ĐIỆN TỬ TƯƠNG TÁC ĐĂNG KÝ KÉT HÔN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b/>
          <w:bCs/>
          <w:sz w:val="28"/>
          <w:szCs w:val="28"/>
          <w:lang w:val="vi-VN"/>
        </w:rPr>
        <w:t>I. Thông tin bên nữ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(1) Ảnh (trường hợp làm thủ tục đăng ký kết hôn có yểu tổ nước ngoài);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(2) Họ, chữ đệm, tên : Y THANG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(3) Ngày, tháng, năm sinh: 05.05.2003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(4) Dân tộc : Giẻ-Triêng (Tareb)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(5) Quốc tịch : Việt Nam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(6) Số định danh cá nhân : 062303005488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(7) Giấy tờ tùy thân:</w:t>
      </w:r>
    </w:p>
    <w:p w:rsidR="007A65DD" w:rsidRPr="007A65DD" w:rsidRDefault="007A65DD" w:rsidP="007A65DD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Loại giây tờ sử dụng : Thẻ căn cước công dân</w:t>
      </w:r>
    </w:p>
    <w:p w:rsidR="007A65DD" w:rsidRPr="007A65DD" w:rsidRDefault="007A65DD" w:rsidP="007A65DD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Số: 062303005488</w:t>
      </w:r>
    </w:p>
    <w:p w:rsidR="007A65DD" w:rsidRPr="007A65DD" w:rsidRDefault="007A65DD" w:rsidP="007A65DD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Ngày, tháng, năm cấp : 23/06/2024</w:t>
      </w:r>
    </w:p>
    <w:p w:rsidR="007A65DD" w:rsidRPr="007A65DD" w:rsidRDefault="007A65DD" w:rsidP="007A65DD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Cơ quan cấp : Cục cảnh sát quản lý hành chính về trật tự xã hội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(8) Nơi cư trú : Thôn Broong Mỹ, Xã Đăk Môn, Tỉnh Quảng Ngãi</w:t>
      </w:r>
    </w:p>
    <w:p w:rsid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(9) Kết hôn lần thứ mây: 1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b/>
          <w:bCs/>
          <w:sz w:val="28"/>
          <w:szCs w:val="28"/>
          <w:lang w:val="vi-VN"/>
        </w:rPr>
        <w:t>II. Thông tin bên nam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(10) Ảnh (trường hợp làm thủ tục đăng ký kết hôn có yểu tổ nước ngoài);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 xml:space="preserve">(11) Họ, chữ đệm, tên : </w:t>
      </w:r>
      <w:r w:rsidRPr="007A65DD">
        <w:rPr>
          <w:rFonts w:ascii="Times New Roman" w:hAnsi="Times New Roman" w:cs="Times New Roman"/>
          <w:b/>
          <w:bCs/>
          <w:sz w:val="28"/>
          <w:szCs w:val="28"/>
          <w:lang w:val="vi-VN"/>
        </w:rPr>
        <w:t>BỦI THANH B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(12) Ngày, tháng, năm sinh : 26.02.2000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(13) Dân tộc : Kinh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(14) Quốc tịch : Việt Nam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(15) Số định danh cá nhân : 075200011807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(16) Giấy tờ tùy thân:</w:t>
      </w:r>
    </w:p>
    <w:p w:rsidR="007A65DD" w:rsidRPr="007A65DD" w:rsidRDefault="007A65DD" w:rsidP="007A65DD">
      <w:pPr>
        <w:tabs>
          <w:tab w:val="left" w:pos="709"/>
        </w:tabs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Loại giây tờ sử dụng : Thẻ căn cước công dân</w:t>
      </w:r>
    </w:p>
    <w:p w:rsidR="007A65DD" w:rsidRPr="007A65DD" w:rsidRDefault="007A65DD" w:rsidP="007A65DD">
      <w:pPr>
        <w:tabs>
          <w:tab w:val="left" w:pos="709"/>
        </w:tabs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Số: 075200011807</w:t>
      </w:r>
    </w:p>
    <w:p w:rsidR="007A65DD" w:rsidRPr="007A65DD" w:rsidRDefault="007A65DD" w:rsidP="007A65DD">
      <w:pPr>
        <w:tabs>
          <w:tab w:val="left" w:pos="709"/>
        </w:tabs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Ngày, tháng, năm cấp : 16/10/2023</w:t>
      </w:r>
    </w:p>
    <w:p w:rsidR="007A65DD" w:rsidRPr="007A65DD" w:rsidRDefault="007A65DD" w:rsidP="007A65DD">
      <w:pPr>
        <w:tabs>
          <w:tab w:val="left" w:pos="709"/>
        </w:tabs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Cơ quan cấp : Cục cảnh sát quản lý hành chính về trật tự xã hội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(17) Nơi cư trú : 15/113, Khu phố Mương Sao, Phường Trấn Biên, Tỉnh Đồng Nai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(18) Kết hôn lần thứ mấy : 1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(19) Đề nghị cấp bản sao: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Wingdings 2" w:hAnsi="Wingdings 2" w:cs="Times New Roman"/>
          <w:sz w:val="28"/>
          <w:szCs w:val="28"/>
          <w:lang w:val="vi-VN"/>
        </w:rPr>
        <w:t>R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 xml:space="preserve"> Có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Số lượng bản sao yêu cầu: 5...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Wingdings" w:hAnsi="Wingdings" w:cs="Times New Roman"/>
          <w:sz w:val="28"/>
          <w:szCs w:val="28"/>
          <w:lang w:val="vi-VN"/>
        </w:rPr>
        <w:lastRenderedPageBreak/>
        <w:t>o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 xml:space="preserve"> Không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(20) Hồ sơ đính kèm theo quy định.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* Người yêu câu cam đoan các thông tin cung câp là đúng sự thật, việc kết hôn của hai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bên là hoàn toàn tự nguyện, không vi phạm quy định của Luật hôn nhân và gia đình Việt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Nam, chịu hoàn toàn trách nhiệm trước pháp luật về nội dung cam đoan của mình.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* Trường hợp các thông tin về giấy tờ chứng minh nơi cư trú đã được khai thác từ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CSDLQGVDC, được hệ thống điền tự động thì không phải xuất trình (theo hình thức trực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tiếp) hoặc tải lên (theo hình thức trực tuyển).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* Mẫu điện tử tương tác ghi nhận thời gian (giờ, phút, giây, ngày, tháng, năm) hoàn tất việc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cung cấp thông tin; người yêu cầu trước đó đã đăng nhập vào hệ thổng, thực hiện xác thực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điện từ theo quy định.</w:t>
      </w:r>
    </w:p>
    <w:p w:rsidR="007A65DD" w:rsidRPr="007A65DD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Người yêu cầu đăng ký kết hôn nhận bản chính Giấy chứng nhận kết hôn trực tiếp tại cơ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quan đăng ký hộ tịch.</w:t>
      </w:r>
    </w:p>
    <w:p w:rsidR="007A65DD" w:rsidRPr="00D9005F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7A65DD">
        <w:rPr>
          <w:rFonts w:ascii="Times New Roman" w:hAnsi="Times New Roman" w:cs="Times New Roman"/>
          <w:sz w:val="28"/>
          <w:szCs w:val="28"/>
          <w:lang w:val="vi-VN"/>
        </w:rPr>
        <w:t>Bản điện tử sẽ tự động gửi về Kho quản lý dữ liệu điện tử của cá nhân/địa chỉ thư điện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từ/thiết bị số/diện thoại của người yêu cầu sau khi đã hoàn tất thủ tục đăng ký kết hôn tại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cơ quan đăng ký hộ tịch.</w:t>
      </w:r>
    </w:p>
    <w:sectPr w:rsidR="007A65DD" w:rsidRPr="00D9005F" w:rsidSect="00D60936">
      <w:pgSz w:w="12240" w:h="15840"/>
      <w:pgMar w:top="656" w:right="1371" w:bottom="103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87070" w:rsidRDefault="00087070" w:rsidP="00911044">
      <w:pPr>
        <w:spacing w:before="0" w:after="96" w:line="240" w:lineRule="auto"/>
      </w:pPr>
      <w:r>
        <w:separator/>
      </w:r>
    </w:p>
  </w:endnote>
  <w:endnote w:type="continuationSeparator" w:id="0">
    <w:p w:rsidR="00087070" w:rsidRDefault="00087070" w:rsidP="00911044">
      <w:pPr>
        <w:spacing w:before="0" w:after="96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87070" w:rsidRDefault="00087070" w:rsidP="00911044">
      <w:pPr>
        <w:spacing w:before="0" w:after="96" w:line="240" w:lineRule="auto"/>
      </w:pPr>
      <w:r>
        <w:separator/>
      </w:r>
    </w:p>
  </w:footnote>
  <w:footnote w:type="continuationSeparator" w:id="0">
    <w:p w:rsidR="00087070" w:rsidRDefault="00087070" w:rsidP="00911044">
      <w:pPr>
        <w:spacing w:before="0" w:after="96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2D0E4F"/>
    <w:multiLevelType w:val="multilevel"/>
    <w:tmpl w:val="33BC2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E946C40"/>
    <w:multiLevelType w:val="multilevel"/>
    <w:tmpl w:val="54D4D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FB9700E"/>
    <w:multiLevelType w:val="multilevel"/>
    <w:tmpl w:val="52E23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5B040C0"/>
    <w:multiLevelType w:val="multilevel"/>
    <w:tmpl w:val="86481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B7B7D76"/>
    <w:multiLevelType w:val="multilevel"/>
    <w:tmpl w:val="E0E0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B66CF9"/>
    <w:multiLevelType w:val="multilevel"/>
    <w:tmpl w:val="B0EE4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510B9F"/>
    <w:multiLevelType w:val="multilevel"/>
    <w:tmpl w:val="17D46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F02636"/>
    <w:multiLevelType w:val="multilevel"/>
    <w:tmpl w:val="35AA3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845973"/>
    <w:multiLevelType w:val="multilevel"/>
    <w:tmpl w:val="B2725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E86156"/>
    <w:multiLevelType w:val="hybridMultilevel"/>
    <w:tmpl w:val="9F46ADEA"/>
    <w:lvl w:ilvl="0" w:tplc="1CE6068C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740299364">
    <w:abstractNumId w:val="8"/>
  </w:num>
  <w:num w:numId="2" w16cid:durableId="1666278956">
    <w:abstractNumId w:val="6"/>
  </w:num>
  <w:num w:numId="3" w16cid:durableId="491989717">
    <w:abstractNumId w:val="5"/>
  </w:num>
  <w:num w:numId="4" w16cid:durableId="704528175">
    <w:abstractNumId w:val="4"/>
  </w:num>
  <w:num w:numId="5" w16cid:durableId="668487236">
    <w:abstractNumId w:val="7"/>
  </w:num>
  <w:num w:numId="6" w16cid:durableId="811408352">
    <w:abstractNumId w:val="3"/>
  </w:num>
  <w:num w:numId="7" w16cid:durableId="218129024">
    <w:abstractNumId w:val="2"/>
  </w:num>
  <w:num w:numId="8" w16cid:durableId="1719620014">
    <w:abstractNumId w:val="1"/>
  </w:num>
  <w:num w:numId="9" w16cid:durableId="1174421287">
    <w:abstractNumId w:val="0"/>
  </w:num>
  <w:num w:numId="10" w16cid:durableId="378477254">
    <w:abstractNumId w:val="10"/>
  </w:num>
  <w:num w:numId="11" w16cid:durableId="2032954272">
    <w:abstractNumId w:val="16"/>
  </w:num>
  <w:num w:numId="12" w16cid:durableId="257643328">
    <w:abstractNumId w:val="12"/>
  </w:num>
  <w:num w:numId="13" w16cid:durableId="1180658874">
    <w:abstractNumId w:val="9"/>
  </w:num>
  <w:num w:numId="14" w16cid:durableId="1691644335">
    <w:abstractNumId w:val="17"/>
  </w:num>
  <w:num w:numId="15" w16cid:durableId="945816309">
    <w:abstractNumId w:val="11"/>
  </w:num>
  <w:num w:numId="16" w16cid:durableId="1214120851">
    <w:abstractNumId w:val="14"/>
  </w:num>
  <w:num w:numId="17" w16cid:durableId="2134980032">
    <w:abstractNumId w:val="13"/>
  </w:num>
  <w:num w:numId="18" w16cid:durableId="2086492137">
    <w:abstractNumId w:val="15"/>
  </w:num>
  <w:num w:numId="19" w16cid:durableId="63591265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defaultTabStop w:val="737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333C"/>
    <w:rsid w:val="00003644"/>
    <w:rsid w:val="00010D14"/>
    <w:rsid w:val="00034616"/>
    <w:rsid w:val="0006063C"/>
    <w:rsid w:val="00087070"/>
    <w:rsid w:val="000B5DB3"/>
    <w:rsid w:val="000D4F9A"/>
    <w:rsid w:val="001105D8"/>
    <w:rsid w:val="00143B02"/>
    <w:rsid w:val="0015074B"/>
    <w:rsid w:val="0029639D"/>
    <w:rsid w:val="00326F90"/>
    <w:rsid w:val="00482507"/>
    <w:rsid w:val="00583BBC"/>
    <w:rsid w:val="005F7A04"/>
    <w:rsid w:val="00690A62"/>
    <w:rsid w:val="006B0309"/>
    <w:rsid w:val="007A65DD"/>
    <w:rsid w:val="00823FED"/>
    <w:rsid w:val="00911044"/>
    <w:rsid w:val="00960DB5"/>
    <w:rsid w:val="009D3B84"/>
    <w:rsid w:val="00AA1D8D"/>
    <w:rsid w:val="00AB3BF3"/>
    <w:rsid w:val="00AF1FCA"/>
    <w:rsid w:val="00B47730"/>
    <w:rsid w:val="00BA322C"/>
    <w:rsid w:val="00BC0703"/>
    <w:rsid w:val="00C304CF"/>
    <w:rsid w:val="00C95B7B"/>
    <w:rsid w:val="00CB0664"/>
    <w:rsid w:val="00D01547"/>
    <w:rsid w:val="00D60936"/>
    <w:rsid w:val="00D9005F"/>
    <w:rsid w:val="00DC6EDC"/>
    <w:rsid w:val="00E53CEC"/>
    <w:rsid w:val="00F5221D"/>
    <w:rsid w:val="00F86CB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efaultImageDpi w14:val="300"/>
  <w15:docId w15:val="{7777B19D-CD2F-9C4F-B0C5-888B95062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80" w:afterLines="40" w:after="40" w:line="26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BA322C"/>
    <w:pPr>
      <w:spacing w:before="100" w:beforeAutospacing="1" w:afterLines="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V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11044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1104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1104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4</Pages>
  <Words>957</Words>
  <Characters>3361</Characters>
  <Application>Microsoft Office Word</Application>
  <DocSecurity>0</DocSecurity>
  <Lines>129</Lines>
  <Paragraphs>148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Nguyen Thien Phuoc</cp:lastModifiedBy>
  <cp:revision>12</cp:revision>
  <cp:lastPrinted>2025-11-24T06:57:00Z</cp:lastPrinted>
  <dcterms:created xsi:type="dcterms:W3CDTF">2013-12-23T23:15:00Z</dcterms:created>
  <dcterms:modified xsi:type="dcterms:W3CDTF">2025-11-24T09:46:00Z</dcterms:modified>
  <cp:category/>
</cp:coreProperties>
</file>