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83BBC" w:rsidRPr="00960DB5" w:rsidRDefault="00000000" w:rsidP="00960DB5">
      <w:pPr>
        <w:spacing w:after="96"/>
        <w:jc w:val="right"/>
        <w:rPr>
          <w:rFonts w:ascii="Times New Roman" w:hAnsi="Times New Roman" w:cs="Times New Roman"/>
          <w:sz w:val="28"/>
          <w:szCs w:val="28"/>
          <w:lang w:val="vi-VN"/>
        </w:rPr>
      </w:pPr>
      <w:r w:rsidRPr="00960DB5">
        <w:rPr>
          <w:rFonts w:ascii="Times New Roman" w:hAnsi="Times New Roman" w:cs="Times New Roman"/>
          <w:sz w:val="28"/>
          <w:szCs w:val="28"/>
        </w:rPr>
        <w:t>Mẫu số 1</w:t>
      </w:r>
    </w:p>
    <w:tbl>
      <w:tblPr>
        <w:tblStyle w:val="TableGrid"/>
        <w:tblW w:w="10632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2"/>
        <w:gridCol w:w="6520"/>
      </w:tblGrid>
      <w:tr w:rsidR="00960DB5" w:rsidRPr="00960DB5" w:rsidTr="00960DB5">
        <w:tc>
          <w:tcPr>
            <w:tcW w:w="4112" w:type="dxa"/>
          </w:tcPr>
          <w:p w:rsidR="00960DB5" w:rsidRPr="00960DB5" w:rsidRDefault="00960DB5" w:rsidP="00960DB5">
            <w:pPr>
              <w:spacing w:after="96"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60DB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HỘ KINH DOANH</w:t>
            </w:r>
          </w:p>
          <w:p w:rsidR="00960DB5" w:rsidRPr="0000333C" w:rsidRDefault="00960DB5" w:rsidP="0000333C">
            <w:pPr>
              <w:spacing w:after="96"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  <w:r w:rsidRPr="00960DB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…………………………………..</w:t>
            </w:r>
          </w:p>
        </w:tc>
        <w:tc>
          <w:tcPr>
            <w:tcW w:w="6520" w:type="dxa"/>
          </w:tcPr>
          <w:p w:rsidR="00960DB5" w:rsidRPr="00960DB5" w:rsidRDefault="00960DB5" w:rsidP="00960DB5">
            <w:pPr>
              <w:spacing w:after="96"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60DB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CỘNG HÒA XÃ HỘI CHỦ NGHĨA VIỆT NAM</w:t>
            </w:r>
          </w:p>
          <w:p w:rsidR="00960DB5" w:rsidRPr="0000333C" w:rsidRDefault="00960DB5" w:rsidP="0000333C">
            <w:pPr>
              <w:spacing w:after="96"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  <w:r w:rsidRPr="00960DB5">
              <w:rPr>
                <w:rFonts w:ascii="Times New Roman" w:hAnsi="Times New Roman" w:cs="Times New Roman"/>
                <w:noProof/>
                <w:sz w:val="28"/>
                <w:szCs w:val="28"/>
                <w:lang w:val="vi-V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1256583</wp:posOffset>
                      </wp:positionH>
                      <wp:positionV relativeFrom="paragraph">
                        <wp:posOffset>277981</wp:posOffset>
                      </wp:positionV>
                      <wp:extent cx="1479665" cy="0"/>
                      <wp:effectExtent l="0" t="0" r="6350" b="12700"/>
                      <wp:wrapNone/>
                      <wp:docPr id="1116952915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7966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3FE03B1F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8.95pt,21.9pt" to="215.45pt,21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" strokecolor="black [3040]"/>
                  </w:pict>
                </mc:Fallback>
              </mc:AlternateContent>
            </w:r>
            <w:r w:rsidRPr="00960DB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Độc lập - Tự do - Hạnh phúc</w:t>
            </w:r>
          </w:p>
          <w:p w:rsidR="00960DB5" w:rsidRPr="00960DB5" w:rsidRDefault="00960DB5" w:rsidP="00960DB5">
            <w:pPr>
              <w:spacing w:after="96" w:line="276" w:lineRule="auto"/>
              <w:jc w:val="right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vi-VN"/>
              </w:rPr>
            </w:pPr>
            <w:r w:rsidRPr="00960DB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Xuân</w:t>
            </w:r>
            <w:r w:rsidRPr="00960DB5">
              <w:rPr>
                <w:rFonts w:ascii="Times New Roman" w:hAnsi="Times New Roman" w:cs="Times New Roman"/>
                <w:i/>
                <w:iCs/>
                <w:sz w:val="28"/>
                <w:szCs w:val="28"/>
                <w:lang w:val="vi-VN"/>
              </w:rPr>
              <w:t xml:space="preserve"> Lộc</w:t>
            </w:r>
            <w:r w:rsidRPr="00960DB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, ngày 10 tháng 8 năm 2025</w:t>
            </w:r>
          </w:p>
        </w:tc>
      </w:tr>
    </w:tbl>
    <w:p w:rsidR="00583BBC" w:rsidRPr="00960DB5" w:rsidRDefault="00583BBC" w:rsidP="00960DB5">
      <w:pPr>
        <w:spacing w:after="96" w:line="276" w:lineRule="auto"/>
        <w:rPr>
          <w:rFonts w:ascii="Times New Roman" w:hAnsi="Times New Roman" w:cs="Times New Roman"/>
          <w:sz w:val="28"/>
          <w:szCs w:val="28"/>
          <w:lang w:val="vi-VN"/>
        </w:rPr>
      </w:pPr>
    </w:p>
    <w:p w:rsidR="000B5DB3" w:rsidRPr="000B5DB3" w:rsidRDefault="000B5DB3" w:rsidP="000B5DB3">
      <w:pPr>
        <w:spacing w:after="9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5DB3">
        <w:rPr>
          <w:rFonts w:ascii="Times New Roman" w:hAnsi="Times New Roman" w:cs="Times New Roman"/>
          <w:b/>
          <w:bCs/>
          <w:sz w:val="28"/>
          <w:szCs w:val="28"/>
        </w:rPr>
        <w:t>GIẤY ĐỀ NGHỊ</w:t>
      </w:r>
    </w:p>
    <w:p w:rsidR="000B5DB3" w:rsidRPr="000B5DB3" w:rsidRDefault="000B5DB3" w:rsidP="000B5DB3">
      <w:pPr>
        <w:spacing w:after="96"/>
        <w:jc w:val="center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2000938</wp:posOffset>
                </wp:positionH>
                <wp:positionV relativeFrom="paragraph">
                  <wp:posOffset>242475</wp:posOffset>
                </wp:positionV>
                <wp:extent cx="1527243" cy="0"/>
                <wp:effectExtent l="0" t="0" r="9525" b="12700"/>
                <wp:wrapNone/>
                <wp:docPr id="1823003399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724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6FEC40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7.55pt,19.1pt" to="277.8pt,19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" strokecolor="black [3040]"/>
            </w:pict>
          </mc:Fallback>
        </mc:AlternateContent>
      </w:r>
      <w:r w:rsidRPr="000B5DB3">
        <w:rPr>
          <w:rFonts w:ascii="Times New Roman" w:hAnsi="Times New Roman" w:cs="Times New Roman"/>
          <w:b/>
          <w:bCs/>
          <w:sz w:val="28"/>
          <w:szCs w:val="28"/>
        </w:rPr>
        <w:t>Cấp lại Giấy chứng nhận đăng ký hộ kinh doanh</w:t>
      </w:r>
    </w:p>
    <w:p w:rsidR="000B5DB3" w:rsidRDefault="000B5DB3" w:rsidP="000B5DB3">
      <w:pPr>
        <w:spacing w:after="96"/>
        <w:ind w:firstLine="709"/>
        <w:jc w:val="center"/>
        <w:rPr>
          <w:rFonts w:ascii="Times New Roman" w:hAnsi="Times New Roman" w:cs="Times New Roman"/>
          <w:sz w:val="28"/>
          <w:szCs w:val="28"/>
          <w:lang w:val="vi-VN"/>
        </w:rPr>
      </w:pPr>
    </w:p>
    <w:p w:rsidR="00583BBC" w:rsidRDefault="00000000" w:rsidP="000B5DB3">
      <w:pPr>
        <w:spacing w:after="96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 w:rsidRPr="00960DB5">
        <w:rPr>
          <w:rFonts w:ascii="Times New Roman" w:hAnsi="Times New Roman" w:cs="Times New Roman"/>
          <w:sz w:val="28"/>
          <w:szCs w:val="28"/>
        </w:rPr>
        <w:t xml:space="preserve">Kính gửi: </w:t>
      </w:r>
      <w:r w:rsidR="000B5DB3" w:rsidRPr="000B5DB3">
        <w:rPr>
          <w:rFonts w:ascii="Times New Roman" w:hAnsi="Times New Roman" w:cs="Times New Roman"/>
          <w:b/>
          <w:bCs/>
          <w:sz w:val="28"/>
          <w:szCs w:val="28"/>
        </w:rPr>
        <w:t>PHÒNG</w:t>
      </w:r>
      <w:r w:rsidR="000B5DB3" w:rsidRPr="000B5DB3">
        <w:rPr>
          <w:rFonts w:ascii="Times New Roman" w:hAnsi="Times New Roman" w:cs="Times New Roman"/>
          <w:b/>
          <w:bCs/>
          <w:sz w:val="28"/>
          <w:szCs w:val="28"/>
          <w:lang w:val="vi-VN"/>
        </w:rPr>
        <w:t xml:space="preserve"> KINH TẾ XÃ XUÂN LỘC</w:t>
      </w:r>
    </w:p>
    <w:p w:rsidR="000B5DB3" w:rsidRPr="000B5DB3" w:rsidRDefault="000B5DB3" w:rsidP="000B5DB3">
      <w:pPr>
        <w:spacing w:after="96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</w:p>
    <w:p w:rsidR="00583BBC" w:rsidRPr="000B5DB3" w:rsidRDefault="00000000" w:rsidP="00960DB5">
      <w:pPr>
        <w:tabs>
          <w:tab w:val="left" w:leader="dot" w:pos="8505"/>
        </w:tabs>
        <w:spacing w:after="96"/>
        <w:ind w:right="-7"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960DB5">
        <w:rPr>
          <w:rFonts w:ascii="Times New Roman" w:hAnsi="Times New Roman" w:cs="Times New Roman"/>
          <w:sz w:val="28"/>
          <w:szCs w:val="28"/>
        </w:rPr>
        <w:t>Tên hộ kinh doanh</w:t>
      </w:r>
      <w:r w:rsidR="000B5DB3"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="000B5DB3">
        <w:rPr>
          <w:rFonts w:ascii="Times New Roman" w:hAnsi="Times New Roman" w:cs="Times New Roman"/>
          <w:i/>
          <w:iCs/>
          <w:sz w:val="28"/>
          <w:szCs w:val="28"/>
          <w:lang w:val="vi-VN"/>
        </w:rPr>
        <w:t>(Ghi bằng chữ in hoa)</w:t>
      </w:r>
      <w:r w:rsidRPr="00960DB5">
        <w:rPr>
          <w:rFonts w:ascii="Times New Roman" w:hAnsi="Times New Roman" w:cs="Times New Roman"/>
          <w:sz w:val="28"/>
          <w:szCs w:val="28"/>
        </w:rPr>
        <w:t xml:space="preserve"> : </w:t>
      </w:r>
      <w:r w:rsidR="000B5DB3">
        <w:rPr>
          <w:rFonts w:ascii="Times New Roman" w:hAnsi="Times New Roman" w:cs="Times New Roman"/>
          <w:b/>
          <w:bCs/>
          <w:sz w:val="28"/>
          <w:szCs w:val="28"/>
        </w:rPr>
        <w:t>AN</w:t>
      </w:r>
      <w:r w:rsidR="000B5DB3">
        <w:rPr>
          <w:rFonts w:ascii="Times New Roman" w:hAnsi="Times New Roman" w:cs="Times New Roman"/>
          <w:b/>
          <w:bCs/>
          <w:sz w:val="28"/>
          <w:szCs w:val="28"/>
          <w:lang w:val="vi-VN"/>
        </w:rPr>
        <w:t xml:space="preserve"> BÌNH</w:t>
      </w:r>
    </w:p>
    <w:p w:rsidR="00583BBC" w:rsidRPr="000B5DB3" w:rsidRDefault="00000000" w:rsidP="00960DB5">
      <w:pPr>
        <w:tabs>
          <w:tab w:val="left" w:leader="dot" w:pos="8505"/>
        </w:tabs>
        <w:spacing w:after="96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 w:rsidRPr="00960DB5">
        <w:rPr>
          <w:rFonts w:ascii="Times New Roman" w:hAnsi="Times New Roman" w:cs="Times New Roman"/>
          <w:sz w:val="28"/>
          <w:szCs w:val="28"/>
        </w:rPr>
        <w:t xml:space="preserve">Mã số hộ kinh doanh: </w:t>
      </w:r>
      <w:r w:rsidR="000B5DB3">
        <w:rPr>
          <w:rFonts w:ascii="Times New Roman" w:hAnsi="Times New Roman" w:cs="Times New Roman"/>
          <w:b/>
          <w:bCs/>
          <w:sz w:val="28"/>
          <w:szCs w:val="28"/>
          <w:lang w:val="vi-VN"/>
        </w:rPr>
        <w:t>8114559445-001</w:t>
      </w:r>
    </w:p>
    <w:p w:rsidR="000B5DB3" w:rsidRPr="000B5DB3" w:rsidRDefault="000B5DB3" w:rsidP="000B5DB3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DB3">
        <w:rPr>
          <w:rFonts w:ascii="Times New Roman" w:hAnsi="Times New Roman" w:cs="Times New Roman"/>
          <w:sz w:val="28"/>
          <w:szCs w:val="28"/>
        </w:rPr>
        <w:t>Đề nghị được cấp lại Giấy chứng nhận đăng ký hộ kinh doanh.</w:t>
      </w:r>
    </w:p>
    <w:p w:rsidR="000B5DB3" w:rsidRPr="000B5DB3" w:rsidRDefault="000B5DB3" w:rsidP="000B5DB3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0B5DB3">
        <w:rPr>
          <w:rFonts w:ascii="Times New Roman" w:hAnsi="Times New Roman" w:cs="Times New Roman"/>
          <w:sz w:val="28"/>
          <w:szCs w:val="28"/>
        </w:rPr>
        <w:t xml:space="preserve">Lý do đề nghị cấp lại: </w:t>
      </w:r>
      <w:r w:rsidRPr="000B5DB3">
        <w:rPr>
          <w:rFonts w:ascii="Times New Roman" w:hAnsi="Times New Roman" w:cs="Times New Roman"/>
          <w:b/>
          <w:bCs/>
          <w:sz w:val="28"/>
          <w:szCs w:val="28"/>
        </w:rPr>
        <w:t>BỊ MẤT</w:t>
      </w:r>
    </w:p>
    <w:p w:rsidR="00583BBC" w:rsidRPr="00960DB5" w:rsidRDefault="00000000" w:rsidP="000B5DB3">
      <w:pPr>
        <w:spacing w:after="9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DB5">
        <w:rPr>
          <w:rFonts w:ascii="Times New Roman" w:hAnsi="Times New Roman" w:cs="Times New Roman"/>
          <w:sz w:val="28"/>
          <w:szCs w:val="28"/>
        </w:rPr>
        <w:t xml:space="preserve">Hộ kinh doanh cam kết hoàn toàn chịu trách nhiệm trước pháp luật về tính hợp pháp, chính xác, trung thực của nội dung </w:t>
      </w:r>
      <w:r w:rsidR="000B5DB3">
        <w:rPr>
          <w:rFonts w:ascii="Times New Roman" w:hAnsi="Times New Roman" w:cs="Times New Roman"/>
          <w:sz w:val="28"/>
          <w:szCs w:val="28"/>
        </w:rPr>
        <w:t>GIấy</w:t>
      </w:r>
      <w:r w:rsidR="000B5DB3">
        <w:rPr>
          <w:rFonts w:ascii="Times New Roman" w:hAnsi="Times New Roman" w:cs="Times New Roman"/>
          <w:sz w:val="28"/>
          <w:szCs w:val="28"/>
          <w:lang w:val="vi-VN"/>
        </w:rPr>
        <w:t xml:space="preserve"> đề nghị </w:t>
      </w:r>
      <w:r w:rsidRPr="00960DB5">
        <w:rPr>
          <w:rFonts w:ascii="Times New Roman" w:hAnsi="Times New Roman" w:cs="Times New Roman"/>
          <w:sz w:val="28"/>
          <w:szCs w:val="28"/>
        </w:rPr>
        <w:t>này.</w:t>
      </w:r>
    </w:p>
    <w:tbl>
      <w:tblPr>
        <w:tblStyle w:val="TableGrid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7513"/>
      </w:tblGrid>
      <w:tr w:rsidR="00960DB5" w:rsidTr="00960DB5">
        <w:tc>
          <w:tcPr>
            <w:tcW w:w="2376" w:type="dxa"/>
          </w:tcPr>
          <w:p w:rsidR="00960DB5" w:rsidRDefault="00960DB5">
            <w:pPr>
              <w:spacing w:after="9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960DB5" w:rsidRP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60DB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CHỦ HỘ KINH DOANH/NGƯỜI THỪA KẾ</w:t>
            </w:r>
          </w:p>
          <w:p w:rsidR="00960DB5" w:rsidRP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vi-VN"/>
              </w:rPr>
            </w:pPr>
            <w:r w:rsidRPr="00960DB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(Ký và ghi họ tên)</w:t>
            </w:r>
          </w:p>
          <w:p w:rsidR="00960DB5" w:rsidRP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lang w:val="vi-VN"/>
              </w:rPr>
            </w:pPr>
          </w:p>
          <w:p w:rsid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</w:p>
          <w:p w:rsid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</w:p>
          <w:p w:rsid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</w:p>
          <w:p w:rsid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</w:p>
          <w:p w:rsidR="00960DB5" w:rsidRPr="00960DB5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</w:p>
          <w:p w:rsidR="00960DB5" w:rsidRPr="000B5DB3" w:rsidRDefault="00960DB5" w:rsidP="00960DB5">
            <w:pPr>
              <w:spacing w:after="9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B5DB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NGUYỄN VĂN A</w:t>
            </w:r>
          </w:p>
          <w:p w:rsidR="00960DB5" w:rsidRDefault="00960DB5">
            <w:pPr>
              <w:spacing w:after="9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83BBC" w:rsidRPr="00960DB5" w:rsidRDefault="00583BBC">
      <w:pPr>
        <w:spacing w:after="96"/>
        <w:rPr>
          <w:rFonts w:ascii="Times New Roman" w:hAnsi="Times New Roman" w:cs="Times New Roman"/>
          <w:sz w:val="28"/>
          <w:szCs w:val="28"/>
        </w:rPr>
      </w:pPr>
    </w:p>
    <w:p w:rsidR="00583BBC" w:rsidRPr="00960DB5" w:rsidRDefault="00583BBC">
      <w:pPr>
        <w:spacing w:after="96"/>
        <w:rPr>
          <w:rFonts w:ascii="Times New Roman" w:hAnsi="Times New Roman" w:cs="Times New Roman"/>
          <w:sz w:val="28"/>
          <w:szCs w:val="28"/>
        </w:rPr>
      </w:pPr>
    </w:p>
    <w:sectPr w:rsidR="00583BBC" w:rsidRPr="00960DB5" w:rsidSect="00960DB5">
      <w:pgSz w:w="12240" w:h="15840"/>
      <w:pgMar w:top="1440" w:right="1792" w:bottom="1440" w:left="179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3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40299364">
    <w:abstractNumId w:val="8"/>
  </w:num>
  <w:num w:numId="2" w16cid:durableId="1666278956">
    <w:abstractNumId w:val="6"/>
  </w:num>
  <w:num w:numId="3" w16cid:durableId="491989717">
    <w:abstractNumId w:val="5"/>
  </w:num>
  <w:num w:numId="4" w16cid:durableId="704528175">
    <w:abstractNumId w:val="4"/>
  </w:num>
  <w:num w:numId="5" w16cid:durableId="668487236">
    <w:abstractNumId w:val="7"/>
  </w:num>
  <w:num w:numId="6" w16cid:durableId="811408352">
    <w:abstractNumId w:val="3"/>
  </w:num>
  <w:num w:numId="7" w16cid:durableId="218129024">
    <w:abstractNumId w:val="2"/>
  </w:num>
  <w:num w:numId="8" w16cid:durableId="1719620014">
    <w:abstractNumId w:val="1"/>
  </w:num>
  <w:num w:numId="9" w16cid:durableId="11744212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37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333C"/>
    <w:rsid w:val="00034616"/>
    <w:rsid w:val="0006063C"/>
    <w:rsid w:val="000B5DB3"/>
    <w:rsid w:val="0015074B"/>
    <w:rsid w:val="0029639D"/>
    <w:rsid w:val="00326F90"/>
    <w:rsid w:val="00583BBC"/>
    <w:rsid w:val="00960DB5"/>
    <w:rsid w:val="00AA1D8D"/>
    <w:rsid w:val="00B47730"/>
    <w:rsid w:val="00C95B7B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6C414791"/>
  <w14:defaultImageDpi w14:val="300"/>
  <w15:docId w15:val="{7777B19D-CD2F-9C4F-B0C5-888B95062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before="80" w:afterLines="40" w:after="40" w:line="26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Nguyen Thien Phuoc</cp:lastModifiedBy>
  <cp:revision>3</cp:revision>
  <cp:lastPrinted>2025-11-24T06:57:00Z</cp:lastPrinted>
  <dcterms:created xsi:type="dcterms:W3CDTF">2013-12-23T23:15:00Z</dcterms:created>
  <dcterms:modified xsi:type="dcterms:W3CDTF">2025-11-24T07:09:00Z</dcterms:modified>
  <cp:category/>
</cp:coreProperties>
</file>