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A322C" w:rsidRPr="00BA322C" w:rsidRDefault="00BA322C" w:rsidP="00BA322C">
      <w:pPr>
        <w:pStyle w:val="Heading2"/>
        <w:tabs>
          <w:tab w:val="left" w:pos="8505"/>
        </w:tabs>
        <w:spacing w:before="0" w:after="96"/>
        <w:jc w:val="center"/>
        <w:rPr>
          <w:rFonts w:ascii="Times New Roman" w:hAnsi="Times New Roman" w:cs="Times New Roman"/>
          <w:color w:val="1F1F1F"/>
          <w:sz w:val="28"/>
          <w:szCs w:val="28"/>
        </w:rPr>
      </w:pPr>
      <w:r w:rsidRPr="00BA322C">
        <w:rPr>
          <w:rFonts w:ascii="Times New Roman" w:hAnsi="Times New Roman" w:cs="Times New Roman"/>
          <w:color w:val="1F1F1F"/>
          <w:sz w:val="28"/>
          <w:szCs w:val="28"/>
        </w:rPr>
        <w:t>CỘNG HÒA XÃ HỘI CHỦ NGHĨA VIỆT NAM</w:t>
      </w:r>
    </w:p>
    <w:p w:rsidR="00BA322C" w:rsidRPr="00BA322C" w:rsidRDefault="00BA322C" w:rsidP="00BA322C">
      <w:pPr>
        <w:pStyle w:val="Heading2"/>
        <w:tabs>
          <w:tab w:val="left" w:pos="8505"/>
        </w:tabs>
        <w:spacing w:before="0" w:after="96"/>
        <w:jc w:val="center"/>
        <w:rPr>
          <w:rFonts w:ascii="Times New Roman" w:hAnsi="Times New Roman" w:cs="Times New Roman"/>
          <w:color w:val="1F1F1F"/>
          <w:sz w:val="28"/>
          <w:szCs w:val="28"/>
          <w:lang w:val="vi-VN"/>
        </w:rPr>
      </w:pPr>
      <w:r>
        <w:rPr>
          <w:rFonts w:ascii="Times New Roman" w:hAnsi="Times New Roman" w:cs="Times New Roman"/>
          <w:noProof/>
          <w:color w:val="1F1F1F"/>
          <w:sz w:val="28"/>
          <w:szCs w:val="28"/>
        </w:rPr>
        <mc:AlternateContent>
          <mc:Choice Requires="wps">
            <w:drawing>
              <wp:anchor distT="0" distB="0" distL="114300" distR="114300" simplePos="0" relativeHeight="251659264" behindDoc="0" locked="0" layoutInCell="1" allowOverlap="1">
                <wp:simplePos x="0" y="0"/>
                <wp:positionH relativeFrom="column">
                  <wp:posOffset>2059304</wp:posOffset>
                </wp:positionH>
                <wp:positionV relativeFrom="paragraph">
                  <wp:posOffset>254554</wp:posOffset>
                </wp:positionV>
                <wp:extent cx="1391055" cy="0"/>
                <wp:effectExtent l="0" t="0" r="6350" b="12700"/>
                <wp:wrapNone/>
                <wp:docPr id="17636408" name="Straight Connector 3"/>
                <wp:cNvGraphicFramePr/>
                <a:graphic xmlns:a="http://schemas.openxmlformats.org/drawingml/2006/main">
                  <a:graphicData uri="http://schemas.microsoft.com/office/word/2010/wordprocessingShape">
                    <wps:wsp>
                      <wps:cNvCnPr/>
                      <wps:spPr>
                        <a:xfrm>
                          <a:off x="0" y="0"/>
                          <a:ext cx="139105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4665309"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62.15pt,20.05pt" to="271.7pt,20.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" strokecolor="black [3040]"/>
            </w:pict>
          </mc:Fallback>
        </mc:AlternateContent>
      </w:r>
      <w:r w:rsidRPr="00BA322C">
        <w:rPr>
          <w:rFonts w:ascii="Times New Roman" w:hAnsi="Times New Roman" w:cs="Times New Roman"/>
          <w:color w:val="1F1F1F"/>
          <w:sz w:val="28"/>
          <w:szCs w:val="28"/>
        </w:rPr>
        <w:t>Độc lập - Tự do - Hạnh phúc</w:t>
      </w:r>
    </w:p>
    <w:p w:rsidR="00BA322C" w:rsidRPr="00BA322C" w:rsidRDefault="00BA322C" w:rsidP="00BA322C">
      <w:pPr>
        <w:pStyle w:val="Heading3"/>
        <w:tabs>
          <w:tab w:val="left" w:pos="8505"/>
        </w:tabs>
        <w:spacing w:before="0" w:after="96"/>
        <w:jc w:val="right"/>
        <w:rPr>
          <w:rFonts w:ascii="Times New Roman" w:hAnsi="Times New Roman" w:cs="Times New Roman"/>
          <w:b w:val="0"/>
          <w:bCs w:val="0"/>
          <w:i/>
          <w:iCs/>
          <w:color w:val="1F1F1F"/>
          <w:sz w:val="28"/>
          <w:szCs w:val="28"/>
          <w:lang w:val="vi-VN"/>
        </w:rPr>
      </w:pPr>
      <w:r w:rsidRPr="00BA322C">
        <w:rPr>
          <w:rFonts w:ascii="Times New Roman" w:hAnsi="Times New Roman" w:cs="Times New Roman"/>
          <w:b w:val="0"/>
          <w:bCs w:val="0"/>
          <w:i/>
          <w:iCs/>
          <w:color w:val="1F1F1F"/>
          <w:sz w:val="28"/>
          <w:szCs w:val="28"/>
        </w:rPr>
        <w:t>Xuân</w:t>
      </w:r>
      <w:r w:rsidRPr="00BA322C">
        <w:rPr>
          <w:rFonts w:ascii="Times New Roman" w:hAnsi="Times New Roman" w:cs="Times New Roman"/>
          <w:b w:val="0"/>
          <w:bCs w:val="0"/>
          <w:i/>
          <w:iCs/>
          <w:color w:val="1F1F1F"/>
          <w:sz w:val="28"/>
          <w:szCs w:val="28"/>
          <w:lang w:val="vi-VN"/>
        </w:rPr>
        <w:t xml:space="preserve"> Lộc</w:t>
      </w:r>
      <w:r w:rsidRPr="00BA322C">
        <w:rPr>
          <w:rFonts w:ascii="Times New Roman" w:hAnsi="Times New Roman" w:cs="Times New Roman"/>
          <w:b w:val="0"/>
          <w:bCs w:val="0"/>
          <w:i/>
          <w:iCs/>
          <w:color w:val="1F1F1F"/>
          <w:sz w:val="28"/>
          <w:szCs w:val="28"/>
        </w:rPr>
        <w:t>, ngày 10 tháng 8 năm 2025</w:t>
      </w:r>
    </w:p>
    <w:p w:rsidR="00BA322C" w:rsidRPr="00BA322C" w:rsidRDefault="00BA322C" w:rsidP="00BA322C">
      <w:pPr>
        <w:tabs>
          <w:tab w:val="left" w:pos="8505"/>
        </w:tabs>
        <w:spacing w:after="96"/>
        <w:rPr>
          <w:rFonts w:ascii="Times New Roman" w:hAnsi="Times New Roman" w:cs="Times New Roman"/>
          <w:sz w:val="28"/>
          <w:szCs w:val="28"/>
          <w:lang w:val="vi-VN"/>
        </w:rPr>
      </w:pPr>
    </w:p>
    <w:p w:rsidR="00BA322C" w:rsidRPr="00003644" w:rsidRDefault="00BA322C" w:rsidP="00003644">
      <w:pPr>
        <w:pStyle w:val="Heading2"/>
        <w:tabs>
          <w:tab w:val="left" w:pos="8505"/>
        </w:tabs>
        <w:spacing w:before="0" w:after="96"/>
        <w:jc w:val="center"/>
        <w:rPr>
          <w:rFonts w:ascii="Times New Roman" w:hAnsi="Times New Roman" w:cs="Times New Roman"/>
          <w:color w:val="1F1F1F"/>
          <w:sz w:val="28"/>
          <w:szCs w:val="28"/>
          <w:lang w:val="vi-VN"/>
        </w:rPr>
      </w:pPr>
      <w:r w:rsidRPr="00BA322C">
        <w:rPr>
          <w:rFonts w:ascii="Times New Roman" w:hAnsi="Times New Roman" w:cs="Times New Roman"/>
          <w:color w:val="1F1F1F"/>
          <w:sz w:val="28"/>
          <w:szCs w:val="28"/>
        </w:rPr>
        <w:t>GIẤY ĐỀ NGHỊ ĐĂNG KÝ HỘ KINH DOANH</w:t>
      </w:r>
    </w:p>
    <w:p w:rsidR="00BA322C" w:rsidRDefault="00BA322C" w:rsidP="00BA322C">
      <w:pPr>
        <w:pStyle w:val="NormalWeb"/>
        <w:tabs>
          <w:tab w:val="left" w:pos="8505"/>
        </w:tabs>
        <w:spacing w:before="0" w:beforeAutospacing="0" w:after="96" w:afterAutospacing="0"/>
        <w:jc w:val="center"/>
        <w:rPr>
          <w:color w:val="1F1F1F"/>
          <w:sz w:val="28"/>
          <w:szCs w:val="28"/>
          <w:lang w:val="vi-VN"/>
        </w:rPr>
      </w:pPr>
      <w:r w:rsidRPr="00BA322C">
        <w:rPr>
          <w:b/>
          <w:bCs/>
          <w:color w:val="1F1F1F"/>
          <w:sz w:val="28"/>
          <w:szCs w:val="28"/>
          <w:bdr w:val="none" w:sz="0" w:space="0" w:color="auto" w:frame="1"/>
        </w:rPr>
        <w:t>Kính gửi:</w:t>
      </w:r>
      <w:r w:rsidRPr="00BA322C">
        <w:rPr>
          <w:color w:val="1F1F1F"/>
          <w:sz w:val="28"/>
          <w:szCs w:val="28"/>
        </w:rPr>
        <w:t xml:space="preserve"> PHÒNG KINH TẾ</w:t>
      </w:r>
      <w:r>
        <w:rPr>
          <w:color w:val="1F1F1F"/>
          <w:sz w:val="28"/>
          <w:szCs w:val="28"/>
          <w:lang w:val="vi-VN"/>
        </w:rPr>
        <w:t xml:space="preserve"> </w:t>
      </w:r>
      <w:r>
        <w:rPr>
          <w:color w:val="1F1F1F"/>
          <w:sz w:val="28"/>
          <w:szCs w:val="28"/>
        </w:rPr>
        <w:t>XÃ</w:t>
      </w:r>
      <w:r>
        <w:rPr>
          <w:color w:val="1F1F1F"/>
          <w:sz w:val="28"/>
          <w:szCs w:val="28"/>
          <w:lang w:val="vi-VN"/>
        </w:rPr>
        <w:t xml:space="preserve"> </w:t>
      </w:r>
      <w:r>
        <w:rPr>
          <w:color w:val="1F1F1F"/>
          <w:sz w:val="28"/>
          <w:szCs w:val="28"/>
        </w:rPr>
        <w:t>XUÂN</w:t>
      </w:r>
      <w:r>
        <w:rPr>
          <w:color w:val="1F1F1F"/>
          <w:sz w:val="28"/>
          <w:szCs w:val="28"/>
          <w:lang w:val="vi-VN"/>
        </w:rPr>
        <w:t xml:space="preserve"> LỘC</w:t>
      </w:r>
    </w:p>
    <w:p w:rsidR="00003644" w:rsidRPr="00BA322C" w:rsidRDefault="00003644" w:rsidP="00BA322C">
      <w:pPr>
        <w:pStyle w:val="NormalWeb"/>
        <w:tabs>
          <w:tab w:val="left" w:pos="8505"/>
        </w:tabs>
        <w:spacing w:before="0" w:beforeAutospacing="0" w:after="96" w:afterAutospacing="0"/>
        <w:jc w:val="center"/>
        <w:rPr>
          <w:color w:val="1F1F1F"/>
          <w:sz w:val="28"/>
          <w:szCs w:val="28"/>
          <w:lang w:val="vi-VN"/>
        </w:rPr>
      </w:pPr>
    </w:p>
    <w:p w:rsidR="00BA322C" w:rsidRPr="00BA322C" w:rsidRDefault="00BA322C" w:rsidP="00BA322C">
      <w:pPr>
        <w:pStyle w:val="NormalWeb"/>
        <w:tabs>
          <w:tab w:val="left" w:pos="8505"/>
        </w:tabs>
        <w:spacing w:before="0" w:beforeAutospacing="0" w:after="96"/>
        <w:ind w:firstLine="709"/>
        <w:rPr>
          <w:color w:val="1F1F1F"/>
          <w:sz w:val="28"/>
          <w:szCs w:val="28"/>
        </w:rPr>
      </w:pPr>
      <w:r w:rsidRPr="00BA322C">
        <w:rPr>
          <w:color w:val="1F1F1F"/>
          <w:sz w:val="28"/>
          <w:szCs w:val="28"/>
        </w:rPr>
        <w:t xml:space="preserve">Tôi là </w:t>
      </w:r>
      <w:r w:rsidRPr="00003644">
        <w:rPr>
          <w:i/>
          <w:iCs/>
          <w:color w:val="1F1F1F"/>
          <w:sz w:val="28"/>
          <w:szCs w:val="28"/>
        </w:rPr>
        <w:t>(ghi họ tên bằng chữ in hoa):</w:t>
      </w:r>
      <w:r w:rsidRPr="00BA322C">
        <w:rPr>
          <w:color w:val="1F1F1F"/>
          <w:sz w:val="28"/>
          <w:szCs w:val="28"/>
        </w:rPr>
        <w:t xml:space="preserve"> </w:t>
      </w:r>
      <w:r w:rsidRPr="00003644">
        <w:rPr>
          <w:b/>
          <w:bCs/>
          <w:color w:val="1F1F1F"/>
          <w:sz w:val="28"/>
          <w:szCs w:val="28"/>
        </w:rPr>
        <w:t>NGUYỄN VĂN A</w:t>
      </w:r>
    </w:p>
    <w:p w:rsidR="00BA322C" w:rsidRPr="00BA322C" w:rsidRDefault="00BA322C" w:rsidP="00BA322C">
      <w:pPr>
        <w:pStyle w:val="NormalWeb"/>
        <w:tabs>
          <w:tab w:val="left" w:pos="8505"/>
        </w:tabs>
        <w:spacing w:before="0" w:beforeAutospacing="0" w:after="96"/>
        <w:ind w:firstLine="709"/>
        <w:rPr>
          <w:color w:val="1F1F1F"/>
          <w:sz w:val="28"/>
          <w:szCs w:val="28"/>
          <w:lang w:val="vi-VN"/>
        </w:rPr>
      </w:pPr>
      <w:r w:rsidRPr="00BA322C">
        <w:rPr>
          <w:color w:val="1F1F1F"/>
          <w:sz w:val="28"/>
          <w:szCs w:val="28"/>
        </w:rPr>
        <w:t xml:space="preserve">Sinh ngày: </w:t>
      </w:r>
      <w:r w:rsidRPr="00BA322C">
        <w:rPr>
          <w:b/>
          <w:bCs/>
          <w:color w:val="1F1F1F"/>
          <w:sz w:val="28"/>
          <w:szCs w:val="28"/>
          <w:lang w:val="vi-VN"/>
        </w:rPr>
        <w:t>15/01/1996</w:t>
      </w:r>
    </w:p>
    <w:p w:rsidR="00BA322C" w:rsidRPr="00BA322C" w:rsidRDefault="00BA322C" w:rsidP="00BA322C">
      <w:pPr>
        <w:pStyle w:val="NormalWeb"/>
        <w:tabs>
          <w:tab w:val="left" w:pos="8505"/>
        </w:tabs>
        <w:spacing w:before="0" w:beforeAutospacing="0" w:after="96"/>
        <w:ind w:firstLine="709"/>
        <w:rPr>
          <w:color w:val="1F1F1F"/>
          <w:sz w:val="28"/>
          <w:szCs w:val="28"/>
        </w:rPr>
      </w:pPr>
      <w:r w:rsidRPr="00BA322C">
        <w:rPr>
          <w:color w:val="1F1F1F"/>
          <w:sz w:val="28"/>
          <w:szCs w:val="28"/>
        </w:rPr>
        <w:t xml:space="preserve">Giới tính: </w:t>
      </w:r>
      <w:r w:rsidRPr="00BA322C">
        <w:rPr>
          <w:b/>
          <w:bCs/>
          <w:color w:val="1F1F1F"/>
          <w:sz w:val="28"/>
          <w:szCs w:val="28"/>
        </w:rPr>
        <w:t>NAM</w:t>
      </w:r>
    </w:p>
    <w:p w:rsidR="00BA322C" w:rsidRPr="00BA322C" w:rsidRDefault="00BA322C" w:rsidP="00BA322C">
      <w:pPr>
        <w:pStyle w:val="NormalWeb"/>
        <w:tabs>
          <w:tab w:val="left" w:pos="8505"/>
        </w:tabs>
        <w:spacing w:before="0" w:beforeAutospacing="0" w:after="96"/>
        <w:ind w:firstLine="709"/>
        <w:rPr>
          <w:color w:val="1F1F1F"/>
          <w:sz w:val="28"/>
          <w:szCs w:val="28"/>
        </w:rPr>
      </w:pPr>
      <w:r w:rsidRPr="00BA322C">
        <w:rPr>
          <w:color w:val="1F1F1F"/>
          <w:sz w:val="28"/>
          <w:szCs w:val="28"/>
        </w:rPr>
        <w:t xml:space="preserve">Số định danh cá nhân: </w:t>
      </w:r>
      <w:r w:rsidRPr="00BA322C">
        <w:rPr>
          <w:b/>
          <w:bCs/>
          <w:color w:val="1F1F1F"/>
          <w:sz w:val="28"/>
          <w:szCs w:val="28"/>
        </w:rPr>
        <w:t>062100000000</w:t>
      </w:r>
    </w:p>
    <w:p w:rsidR="00BA322C" w:rsidRPr="00BA322C" w:rsidRDefault="00BA322C" w:rsidP="00BA322C">
      <w:pPr>
        <w:pStyle w:val="NormalWeb"/>
        <w:tabs>
          <w:tab w:val="left" w:pos="8505"/>
        </w:tabs>
        <w:spacing w:before="0" w:beforeAutospacing="0" w:after="96"/>
        <w:ind w:firstLine="709"/>
        <w:rPr>
          <w:color w:val="1F1F1F"/>
          <w:sz w:val="28"/>
          <w:szCs w:val="28"/>
          <w:lang w:val="vi-VN"/>
        </w:rPr>
      </w:pPr>
      <w:r w:rsidRPr="00BA322C">
        <w:rPr>
          <w:color w:val="1F1F1F"/>
          <w:sz w:val="28"/>
          <w:szCs w:val="28"/>
        </w:rPr>
        <w:t xml:space="preserve">Điện thoại </w:t>
      </w:r>
      <w:r w:rsidRPr="00BA322C">
        <w:rPr>
          <w:i/>
          <w:iCs/>
          <w:color w:val="1F1F1F"/>
          <w:sz w:val="28"/>
          <w:szCs w:val="28"/>
        </w:rPr>
        <w:t>(nếu có):</w:t>
      </w:r>
      <w:r w:rsidRPr="00BA322C">
        <w:rPr>
          <w:color w:val="1F1F1F"/>
          <w:sz w:val="28"/>
          <w:szCs w:val="28"/>
        </w:rPr>
        <w:t xml:space="preserve"> </w:t>
      </w:r>
      <w:r w:rsidRPr="00BA322C">
        <w:rPr>
          <w:b/>
          <w:bCs/>
          <w:color w:val="1F1F1F"/>
          <w:sz w:val="28"/>
          <w:szCs w:val="28"/>
        </w:rPr>
        <w:t xml:space="preserve">085 000 0000 </w:t>
      </w:r>
      <w:r w:rsidRPr="00BA322C">
        <w:rPr>
          <w:color w:val="1F1F1F"/>
          <w:sz w:val="28"/>
          <w:szCs w:val="28"/>
        </w:rPr>
        <w:t xml:space="preserve">Thư điện tử </w:t>
      </w:r>
      <w:r w:rsidRPr="00BA322C">
        <w:rPr>
          <w:i/>
          <w:iCs/>
          <w:color w:val="1F1F1F"/>
          <w:sz w:val="28"/>
          <w:szCs w:val="28"/>
        </w:rPr>
        <w:t>(nếu có):</w:t>
      </w:r>
      <w:r>
        <w:rPr>
          <w:color w:val="1F1F1F"/>
          <w:sz w:val="28"/>
          <w:szCs w:val="28"/>
          <w:lang w:val="vi-VN"/>
        </w:rPr>
        <w:t>…………….</w:t>
      </w:r>
    </w:p>
    <w:p w:rsidR="00BA322C" w:rsidRDefault="00BA322C" w:rsidP="00BA322C">
      <w:pPr>
        <w:pStyle w:val="NormalWeb"/>
        <w:tabs>
          <w:tab w:val="left" w:pos="8505"/>
        </w:tabs>
        <w:spacing w:before="0" w:beforeAutospacing="0" w:after="96"/>
        <w:ind w:firstLine="709"/>
        <w:rPr>
          <w:i/>
          <w:iCs/>
          <w:color w:val="1F1F1F"/>
          <w:sz w:val="28"/>
          <w:szCs w:val="28"/>
          <w:lang w:val="vi-VN"/>
        </w:rPr>
      </w:pPr>
      <w:r w:rsidRPr="00BA322C">
        <w:rPr>
          <w:i/>
          <w:iCs/>
          <w:color w:val="1F1F1F"/>
          <w:sz w:val="28"/>
          <w:szCs w:val="28"/>
        </w:rPr>
        <w:t>Trường hợp việc kết nối giữa Cơ sở dữ liệu về đăng ký hộ kinh doanh với Cơ sở dữ liệu quốc gia về dân cư bị gián đoạn thì đề nghị kê khai thêm các thông tin cá nhân dưới đây:</w:t>
      </w:r>
    </w:p>
    <w:tbl>
      <w:tblPr>
        <w:tblStyle w:val="TableGrid"/>
        <w:tblW w:w="0" w:type="auto"/>
        <w:tblLook w:val="04A0" w:firstRow="1" w:lastRow="0" w:firstColumn="1" w:lastColumn="0" w:noHBand="0" w:noVBand="1"/>
      </w:tblPr>
      <w:tblGrid>
        <w:gridCol w:w="8867"/>
      </w:tblGrid>
      <w:tr w:rsidR="00BA322C">
        <w:tc>
          <w:tcPr>
            <w:tcW w:w="8867" w:type="dxa"/>
          </w:tcPr>
          <w:p w:rsidR="00BA322C" w:rsidRPr="00BA322C" w:rsidRDefault="00BA322C" w:rsidP="00BA322C">
            <w:pPr>
              <w:pStyle w:val="NormalWeb"/>
              <w:tabs>
                <w:tab w:val="left" w:pos="8505"/>
              </w:tabs>
              <w:spacing w:before="0" w:beforeAutospacing="0" w:after="96" w:afterAutospacing="0"/>
              <w:rPr>
                <w:color w:val="1F1F1F"/>
                <w:sz w:val="28"/>
                <w:szCs w:val="28"/>
                <w:lang w:val="vi-VN"/>
              </w:rPr>
            </w:pPr>
            <w:r w:rsidRPr="00BA322C">
              <w:rPr>
                <w:color w:val="1F1F1F"/>
                <w:sz w:val="28"/>
                <w:szCs w:val="28"/>
              </w:rPr>
              <w:t>Dân tộc:</w:t>
            </w:r>
            <w:r>
              <w:rPr>
                <w:color w:val="1F1F1F"/>
                <w:sz w:val="28"/>
                <w:szCs w:val="28"/>
                <w:lang w:val="vi-VN"/>
              </w:rPr>
              <w:t>………………….</w:t>
            </w:r>
            <w:r w:rsidRPr="00BA322C">
              <w:rPr>
                <w:color w:val="1F1F1F"/>
                <w:sz w:val="28"/>
                <w:szCs w:val="28"/>
              </w:rPr>
              <w:t xml:space="preserve"> </w:t>
            </w:r>
            <w:r w:rsidRPr="00BA322C">
              <w:rPr>
                <w:color w:val="1F1F1F"/>
                <w:sz w:val="28"/>
                <w:szCs w:val="28"/>
              </w:rPr>
              <w:t>Quốc tịch:</w:t>
            </w:r>
            <w:r>
              <w:rPr>
                <w:color w:val="1F1F1F"/>
                <w:sz w:val="28"/>
                <w:szCs w:val="28"/>
                <w:lang w:val="vi-VN"/>
              </w:rPr>
              <w:t>………………………………..</w:t>
            </w:r>
          </w:p>
          <w:p w:rsidR="00BA322C" w:rsidRPr="00BA322C" w:rsidRDefault="00BA322C" w:rsidP="00BA322C">
            <w:pPr>
              <w:pStyle w:val="NormalWeb"/>
              <w:tabs>
                <w:tab w:val="left" w:pos="8505"/>
              </w:tabs>
              <w:spacing w:before="0" w:beforeAutospacing="0" w:after="96" w:afterAutospacing="0"/>
              <w:rPr>
                <w:color w:val="1F1F1F"/>
                <w:sz w:val="28"/>
                <w:szCs w:val="28"/>
              </w:rPr>
            </w:pPr>
            <w:r w:rsidRPr="00BA322C">
              <w:rPr>
                <w:color w:val="1F1F1F"/>
                <w:sz w:val="28"/>
                <w:szCs w:val="28"/>
              </w:rPr>
              <w:t>Nơi thường trú:</w:t>
            </w:r>
          </w:p>
          <w:p w:rsidR="00BA322C" w:rsidRDefault="00BA322C" w:rsidP="00BA322C">
            <w:pPr>
              <w:pStyle w:val="NormalWeb"/>
              <w:tabs>
                <w:tab w:val="left" w:pos="8505"/>
              </w:tabs>
              <w:spacing w:before="0" w:beforeAutospacing="0" w:after="96" w:afterAutospacing="0"/>
              <w:ind w:firstLine="426"/>
              <w:rPr>
                <w:color w:val="1F1F1F"/>
                <w:sz w:val="28"/>
                <w:szCs w:val="28"/>
                <w:lang w:val="vi-VN"/>
              </w:rPr>
            </w:pPr>
            <w:r w:rsidRPr="00BA322C">
              <w:rPr>
                <w:color w:val="1F1F1F"/>
                <w:sz w:val="28"/>
                <w:szCs w:val="28"/>
              </w:rPr>
              <w:t>Số nhà/phòng, ngách/hẻm, ngõ kiệt, đường/phố/đại lộ, tổ/xóm/ấp/thôn:</w:t>
            </w:r>
          </w:p>
          <w:p w:rsidR="00BA322C" w:rsidRPr="00BA322C" w:rsidRDefault="00BA322C" w:rsidP="00BA322C">
            <w:pPr>
              <w:pStyle w:val="NormalWeb"/>
              <w:tabs>
                <w:tab w:val="left" w:pos="8505"/>
              </w:tabs>
              <w:spacing w:before="0" w:beforeAutospacing="0" w:after="96" w:afterAutospacing="0"/>
              <w:ind w:firstLine="426"/>
              <w:rPr>
                <w:color w:val="1F1F1F"/>
                <w:sz w:val="28"/>
                <w:szCs w:val="28"/>
                <w:lang w:val="vi-VN"/>
              </w:rPr>
            </w:pPr>
            <w:r>
              <w:rPr>
                <w:color w:val="1F1F1F"/>
                <w:sz w:val="28"/>
                <w:szCs w:val="28"/>
                <w:lang w:val="vi-VN"/>
              </w:rPr>
              <w:t>…………………</w:t>
            </w:r>
          </w:p>
          <w:p w:rsidR="00BA322C" w:rsidRPr="00BA322C" w:rsidRDefault="00BA322C" w:rsidP="00BA322C">
            <w:pPr>
              <w:pStyle w:val="NormalWeb"/>
              <w:tabs>
                <w:tab w:val="left" w:pos="8505"/>
              </w:tabs>
              <w:spacing w:before="0" w:beforeAutospacing="0" w:after="96" w:afterAutospacing="0"/>
              <w:ind w:firstLine="426"/>
              <w:rPr>
                <w:color w:val="1F1F1F"/>
                <w:sz w:val="28"/>
                <w:szCs w:val="28"/>
                <w:lang w:val="vi-VN"/>
              </w:rPr>
            </w:pPr>
            <w:r w:rsidRPr="00BA322C">
              <w:rPr>
                <w:color w:val="1F1F1F"/>
                <w:sz w:val="28"/>
                <w:szCs w:val="28"/>
              </w:rPr>
              <w:t>Xã/Phường/Đặc khu:</w:t>
            </w:r>
            <w:r>
              <w:rPr>
                <w:color w:val="1F1F1F"/>
                <w:sz w:val="28"/>
                <w:szCs w:val="28"/>
                <w:lang w:val="vi-VN"/>
              </w:rPr>
              <w:t>……………</w:t>
            </w:r>
          </w:p>
          <w:p w:rsidR="00BA322C" w:rsidRPr="00BA322C" w:rsidRDefault="00BA322C" w:rsidP="00BA322C">
            <w:pPr>
              <w:pStyle w:val="NormalWeb"/>
              <w:tabs>
                <w:tab w:val="left" w:pos="8505"/>
              </w:tabs>
              <w:spacing w:before="0" w:beforeAutospacing="0" w:after="96" w:afterAutospacing="0"/>
              <w:ind w:firstLine="426"/>
              <w:rPr>
                <w:color w:val="1F1F1F"/>
                <w:sz w:val="28"/>
                <w:szCs w:val="28"/>
                <w:lang w:val="vi-VN"/>
              </w:rPr>
            </w:pPr>
            <w:r w:rsidRPr="00BA322C">
              <w:rPr>
                <w:color w:val="1F1F1F"/>
                <w:sz w:val="28"/>
                <w:szCs w:val="28"/>
              </w:rPr>
              <w:t>Tỉnh/Thành phố trực thuộc trung ương:</w:t>
            </w:r>
            <w:r>
              <w:rPr>
                <w:color w:val="1F1F1F"/>
                <w:sz w:val="28"/>
                <w:szCs w:val="28"/>
                <w:lang w:val="vi-VN"/>
              </w:rPr>
              <w:t>………….</w:t>
            </w:r>
          </w:p>
          <w:p w:rsidR="00BA322C" w:rsidRPr="00BA322C" w:rsidRDefault="00BA322C" w:rsidP="00BA322C">
            <w:pPr>
              <w:pStyle w:val="NormalWeb"/>
              <w:tabs>
                <w:tab w:val="left" w:pos="8505"/>
              </w:tabs>
              <w:spacing w:before="0" w:beforeAutospacing="0" w:after="96" w:afterAutospacing="0"/>
              <w:rPr>
                <w:color w:val="1F1F1F"/>
                <w:sz w:val="28"/>
                <w:szCs w:val="28"/>
              </w:rPr>
            </w:pPr>
            <w:r w:rsidRPr="00BA322C">
              <w:rPr>
                <w:color w:val="1F1F1F"/>
                <w:sz w:val="28"/>
                <w:szCs w:val="28"/>
              </w:rPr>
              <w:t>Nơi ở hiện tại:</w:t>
            </w:r>
          </w:p>
          <w:p w:rsidR="00BA322C" w:rsidRDefault="00BA322C" w:rsidP="00BA322C">
            <w:pPr>
              <w:pStyle w:val="NormalWeb"/>
              <w:tabs>
                <w:tab w:val="left" w:pos="8505"/>
              </w:tabs>
              <w:spacing w:before="0" w:beforeAutospacing="0" w:after="96" w:afterAutospacing="0"/>
              <w:ind w:firstLine="426"/>
              <w:rPr>
                <w:color w:val="1F1F1F"/>
                <w:sz w:val="28"/>
                <w:szCs w:val="28"/>
                <w:lang w:val="vi-VN"/>
              </w:rPr>
            </w:pPr>
            <w:r w:rsidRPr="00BA322C">
              <w:rPr>
                <w:color w:val="1F1F1F"/>
                <w:sz w:val="28"/>
                <w:szCs w:val="28"/>
              </w:rPr>
              <w:t>Số nhà/phòng, ngách/hẻm, ngõ kiệt, đường/phố/đại lộ, tổ/xóm/ấp/thôn:</w:t>
            </w:r>
          </w:p>
          <w:p w:rsidR="00BA322C" w:rsidRPr="00BA322C" w:rsidRDefault="00BA322C" w:rsidP="00BA322C">
            <w:pPr>
              <w:pStyle w:val="NormalWeb"/>
              <w:tabs>
                <w:tab w:val="left" w:pos="8505"/>
              </w:tabs>
              <w:spacing w:before="0" w:beforeAutospacing="0" w:after="96" w:afterAutospacing="0"/>
              <w:ind w:firstLine="426"/>
              <w:rPr>
                <w:color w:val="1F1F1F"/>
                <w:sz w:val="28"/>
                <w:szCs w:val="28"/>
                <w:lang w:val="vi-VN"/>
              </w:rPr>
            </w:pPr>
            <w:r>
              <w:rPr>
                <w:color w:val="1F1F1F"/>
                <w:sz w:val="28"/>
                <w:szCs w:val="28"/>
                <w:lang w:val="vi-VN"/>
              </w:rPr>
              <w:t>……………..</w:t>
            </w:r>
          </w:p>
          <w:p w:rsidR="00BA322C" w:rsidRPr="00BA322C" w:rsidRDefault="00BA322C" w:rsidP="00BA322C">
            <w:pPr>
              <w:pStyle w:val="NormalWeb"/>
              <w:tabs>
                <w:tab w:val="left" w:pos="8505"/>
              </w:tabs>
              <w:spacing w:before="0" w:beforeAutospacing="0" w:after="96" w:afterAutospacing="0"/>
              <w:ind w:firstLine="426"/>
              <w:rPr>
                <w:color w:val="1F1F1F"/>
                <w:sz w:val="28"/>
                <w:szCs w:val="28"/>
                <w:lang w:val="vi-VN"/>
              </w:rPr>
            </w:pPr>
            <w:r w:rsidRPr="00BA322C">
              <w:rPr>
                <w:color w:val="1F1F1F"/>
                <w:sz w:val="28"/>
                <w:szCs w:val="28"/>
              </w:rPr>
              <w:t>Xã/Phường/Đặc khu:</w:t>
            </w:r>
            <w:r>
              <w:rPr>
                <w:color w:val="1F1F1F"/>
                <w:sz w:val="28"/>
                <w:szCs w:val="28"/>
                <w:lang w:val="vi-VN"/>
              </w:rPr>
              <w:t>………..</w:t>
            </w:r>
          </w:p>
          <w:p w:rsidR="00BA322C" w:rsidRPr="00BA322C" w:rsidRDefault="00BA322C" w:rsidP="00BA322C">
            <w:pPr>
              <w:pStyle w:val="NormalWeb"/>
              <w:tabs>
                <w:tab w:val="left" w:pos="8505"/>
              </w:tabs>
              <w:spacing w:before="0" w:beforeAutospacing="0" w:after="96" w:afterAutospacing="0"/>
              <w:ind w:firstLine="426"/>
              <w:rPr>
                <w:color w:val="1F1F1F"/>
                <w:sz w:val="28"/>
                <w:szCs w:val="28"/>
                <w:lang w:val="vi-VN"/>
              </w:rPr>
            </w:pPr>
            <w:r w:rsidRPr="00BA322C">
              <w:rPr>
                <w:color w:val="1F1F1F"/>
                <w:sz w:val="28"/>
                <w:szCs w:val="28"/>
              </w:rPr>
              <w:t>Tỉnh/Thành phố trực thuộc trung ương:</w:t>
            </w:r>
            <w:r>
              <w:rPr>
                <w:color w:val="1F1F1F"/>
                <w:sz w:val="28"/>
                <w:szCs w:val="28"/>
                <w:lang w:val="vi-VN"/>
              </w:rPr>
              <w:t>………….</w:t>
            </w:r>
          </w:p>
          <w:p w:rsidR="00BA322C" w:rsidRDefault="00BA322C" w:rsidP="00BA322C">
            <w:pPr>
              <w:pStyle w:val="NormalWeb"/>
              <w:tabs>
                <w:tab w:val="left" w:pos="8505"/>
              </w:tabs>
              <w:spacing w:before="0" w:beforeAutospacing="0" w:after="96"/>
              <w:rPr>
                <w:color w:val="1F1F1F"/>
                <w:sz w:val="28"/>
                <w:szCs w:val="28"/>
                <w:lang w:val="vi-VN"/>
              </w:rPr>
            </w:pPr>
          </w:p>
        </w:tc>
      </w:tr>
    </w:tbl>
    <w:p w:rsidR="00003644" w:rsidRDefault="00003644" w:rsidP="00BA322C">
      <w:pPr>
        <w:tabs>
          <w:tab w:val="left" w:pos="8505"/>
        </w:tabs>
        <w:spacing w:after="96"/>
        <w:rPr>
          <w:rFonts w:ascii="Times New Roman" w:eastAsia="Times New Roman" w:hAnsi="Times New Roman" w:cs="Times New Roman"/>
          <w:lang w:val="vi-VN"/>
        </w:rPr>
      </w:pPr>
    </w:p>
    <w:p w:rsidR="00BA322C" w:rsidRPr="00003644" w:rsidRDefault="00003644" w:rsidP="00003644">
      <w:pPr>
        <w:spacing w:after="96"/>
        <w:rPr>
          <w:lang w:val="vi-VN"/>
        </w:rPr>
      </w:pPr>
      <w:r>
        <w:rPr>
          <w:lang w:val="vi-VN"/>
        </w:rPr>
        <w:br w:type="page"/>
      </w:r>
    </w:p>
    <w:p w:rsidR="00BA322C" w:rsidRPr="00BA322C" w:rsidRDefault="00BA322C" w:rsidP="00BA322C">
      <w:pPr>
        <w:pStyle w:val="NormalWeb"/>
        <w:tabs>
          <w:tab w:val="left" w:pos="8505"/>
        </w:tabs>
        <w:spacing w:before="0" w:beforeAutospacing="0" w:after="96" w:afterAutospacing="0"/>
        <w:jc w:val="center"/>
        <w:rPr>
          <w:b/>
          <w:bCs/>
          <w:color w:val="1F1F1F"/>
          <w:sz w:val="28"/>
          <w:szCs w:val="28"/>
        </w:rPr>
      </w:pPr>
      <w:r w:rsidRPr="00BA322C">
        <w:rPr>
          <w:b/>
          <w:bCs/>
          <w:color w:val="1F1F1F"/>
          <w:sz w:val="28"/>
          <w:szCs w:val="28"/>
        </w:rPr>
        <w:lastRenderedPageBreak/>
        <w:t>Đăng ký hộ kinh doanh do tôi là chủ hộ với các nội dung sau:</w:t>
      </w:r>
    </w:p>
    <w:p w:rsidR="00BA322C" w:rsidRPr="00BA322C" w:rsidRDefault="00BA322C" w:rsidP="00BA322C">
      <w:pPr>
        <w:pStyle w:val="NormalWeb"/>
        <w:tabs>
          <w:tab w:val="left" w:pos="8505"/>
        </w:tabs>
        <w:spacing w:before="0" w:beforeAutospacing="0" w:after="96" w:afterAutospacing="0"/>
        <w:rPr>
          <w:color w:val="1F1F1F"/>
          <w:sz w:val="28"/>
          <w:szCs w:val="28"/>
        </w:rPr>
      </w:pPr>
      <w:r w:rsidRPr="00BA322C">
        <w:rPr>
          <w:b/>
          <w:bCs/>
          <w:color w:val="1F1F1F"/>
          <w:sz w:val="28"/>
          <w:szCs w:val="28"/>
          <w:bdr w:val="none" w:sz="0" w:space="0" w:color="auto" w:frame="1"/>
        </w:rPr>
        <w:t>1. Tên hộ kinh doanh:</w:t>
      </w:r>
    </w:p>
    <w:p w:rsidR="00BA322C" w:rsidRPr="00BA322C" w:rsidRDefault="00BA322C" w:rsidP="00BA322C">
      <w:pPr>
        <w:pStyle w:val="NormalWeb"/>
        <w:tabs>
          <w:tab w:val="left" w:pos="8505"/>
        </w:tabs>
        <w:spacing w:before="0" w:beforeAutospacing="0" w:after="96" w:afterAutospacing="0"/>
        <w:ind w:left="360"/>
        <w:rPr>
          <w:color w:val="1F1F1F"/>
          <w:sz w:val="28"/>
          <w:szCs w:val="28"/>
        </w:rPr>
      </w:pPr>
      <w:r w:rsidRPr="00BA322C">
        <w:rPr>
          <w:color w:val="1F1F1F"/>
          <w:sz w:val="28"/>
          <w:szCs w:val="28"/>
        </w:rPr>
        <w:t xml:space="preserve">Tên hộ kinh doanh viết bằng tiếng Việt </w:t>
      </w:r>
      <w:r w:rsidRPr="00BA322C">
        <w:rPr>
          <w:i/>
          <w:iCs/>
          <w:color w:val="1F1F1F"/>
          <w:sz w:val="28"/>
          <w:szCs w:val="28"/>
        </w:rPr>
        <w:t>(ghi bằng chữ in hoa):</w:t>
      </w:r>
      <w:r w:rsidRPr="00BA322C">
        <w:rPr>
          <w:color w:val="1F1F1F"/>
          <w:sz w:val="28"/>
          <w:szCs w:val="28"/>
        </w:rPr>
        <w:t xml:space="preserve"> </w:t>
      </w:r>
      <w:r w:rsidRPr="00BA322C">
        <w:rPr>
          <w:b/>
          <w:bCs/>
          <w:color w:val="1F1F1F"/>
          <w:sz w:val="28"/>
          <w:szCs w:val="28"/>
          <w:bdr w:val="none" w:sz="0" w:space="0" w:color="auto" w:frame="1"/>
        </w:rPr>
        <w:t xml:space="preserve">AN </w:t>
      </w:r>
      <w:r>
        <w:rPr>
          <w:b/>
          <w:bCs/>
          <w:color w:val="1F1F1F"/>
          <w:sz w:val="28"/>
          <w:szCs w:val="28"/>
          <w:bdr w:val="none" w:sz="0" w:space="0" w:color="auto" w:frame="1"/>
        </w:rPr>
        <w:t>BÌNH</w:t>
      </w:r>
    </w:p>
    <w:p w:rsidR="00BA322C" w:rsidRPr="00BA322C" w:rsidRDefault="00BA322C" w:rsidP="00BA322C">
      <w:pPr>
        <w:pStyle w:val="NormalWeb"/>
        <w:tabs>
          <w:tab w:val="left" w:pos="8505"/>
        </w:tabs>
        <w:spacing w:before="0" w:beforeAutospacing="0" w:after="96" w:afterAutospacing="0"/>
        <w:ind w:left="360"/>
        <w:rPr>
          <w:color w:val="1F1F1F"/>
          <w:sz w:val="28"/>
          <w:szCs w:val="28"/>
          <w:lang w:val="vi-VN"/>
        </w:rPr>
      </w:pPr>
      <w:r w:rsidRPr="00BA322C">
        <w:rPr>
          <w:color w:val="1F1F1F"/>
          <w:sz w:val="28"/>
          <w:szCs w:val="28"/>
        </w:rPr>
        <w:t xml:space="preserve">Tên hộ kinh doanh viết bằng tiếng nước ngoài </w:t>
      </w:r>
      <w:r w:rsidRPr="00BA322C">
        <w:rPr>
          <w:i/>
          <w:iCs/>
          <w:color w:val="1F1F1F"/>
          <w:sz w:val="28"/>
          <w:szCs w:val="28"/>
        </w:rPr>
        <w:t>(nếu có):</w:t>
      </w:r>
      <w:r>
        <w:rPr>
          <w:i/>
          <w:iCs/>
          <w:color w:val="1F1F1F"/>
          <w:sz w:val="28"/>
          <w:szCs w:val="28"/>
          <w:lang w:val="vi-VN"/>
        </w:rPr>
        <w:tab/>
      </w:r>
    </w:p>
    <w:p w:rsidR="00BA322C" w:rsidRPr="00BA322C" w:rsidRDefault="00BA322C" w:rsidP="00BA322C">
      <w:pPr>
        <w:pStyle w:val="NormalWeb"/>
        <w:tabs>
          <w:tab w:val="left" w:pos="8505"/>
        </w:tabs>
        <w:spacing w:before="0" w:beforeAutospacing="0" w:after="96" w:afterAutospacing="0"/>
        <w:ind w:left="360"/>
        <w:rPr>
          <w:color w:val="1F1F1F"/>
          <w:sz w:val="28"/>
          <w:szCs w:val="28"/>
          <w:lang w:val="vi-VN"/>
        </w:rPr>
      </w:pPr>
      <w:r w:rsidRPr="00BA322C">
        <w:rPr>
          <w:color w:val="1F1F1F"/>
          <w:sz w:val="28"/>
          <w:szCs w:val="28"/>
        </w:rPr>
        <w:t xml:space="preserve">Tên hộ kinh doanh viết tắt </w:t>
      </w:r>
      <w:r w:rsidRPr="00BA322C">
        <w:rPr>
          <w:i/>
          <w:iCs/>
          <w:color w:val="1F1F1F"/>
          <w:sz w:val="28"/>
          <w:szCs w:val="28"/>
        </w:rPr>
        <w:t>(nếu có):</w:t>
      </w:r>
      <w:r>
        <w:rPr>
          <w:i/>
          <w:iCs/>
          <w:color w:val="1F1F1F"/>
          <w:sz w:val="28"/>
          <w:szCs w:val="28"/>
          <w:lang w:val="vi-VN"/>
        </w:rPr>
        <w:tab/>
      </w:r>
    </w:p>
    <w:p w:rsidR="00BA322C" w:rsidRPr="00BA322C" w:rsidRDefault="00BA322C" w:rsidP="00BA322C">
      <w:pPr>
        <w:pStyle w:val="NormalWeb"/>
        <w:tabs>
          <w:tab w:val="left" w:pos="8505"/>
        </w:tabs>
        <w:spacing w:before="0" w:beforeAutospacing="0" w:after="96" w:afterAutospacing="0"/>
        <w:rPr>
          <w:color w:val="1F1F1F"/>
          <w:sz w:val="28"/>
          <w:szCs w:val="28"/>
        </w:rPr>
      </w:pPr>
      <w:r w:rsidRPr="00BA322C">
        <w:rPr>
          <w:b/>
          <w:bCs/>
          <w:color w:val="1F1F1F"/>
          <w:sz w:val="28"/>
          <w:szCs w:val="28"/>
          <w:bdr w:val="none" w:sz="0" w:space="0" w:color="auto" w:frame="1"/>
        </w:rPr>
        <w:t>2. Trụ sở của hộ kinh doanh:</w:t>
      </w:r>
    </w:p>
    <w:p w:rsidR="00BA322C" w:rsidRPr="00BA322C" w:rsidRDefault="00BA322C" w:rsidP="00BA322C">
      <w:pPr>
        <w:pStyle w:val="NormalWeb"/>
        <w:tabs>
          <w:tab w:val="left" w:pos="8505"/>
        </w:tabs>
        <w:spacing w:before="0" w:beforeAutospacing="0" w:after="96" w:afterAutospacing="0"/>
        <w:ind w:left="360"/>
        <w:rPr>
          <w:color w:val="1F1F1F"/>
          <w:sz w:val="28"/>
          <w:szCs w:val="28"/>
        </w:rPr>
      </w:pPr>
      <w:r w:rsidRPr="00BA322C">
        <w:rPr>
          <w:color w:val="1F1F1F"/>
          <w:sz w:val="28"/>
          <w:szCs w:val="28"/>
        </w:rPr>
        <w:t xml:space="preserve">Số nhà/phòng, ngách/hẻm, ngõ/kiệt, đường/phố đại lộ, tổ/xóm/ấp/thôn: </w:t>
      </w:r>
      <w:r>
        <w:rPr>
          <w:b/>
          <w:bCs/>
          <w:color w:val="1F1F1F"/>
          <w:sz w:val="28"/>
          <w:szCs w:val="28"/>
          <w:bdr w:val="none" w:sz="0" w:space="0" w:color="auto" w:frame="1"/>
          <w:lang w:val="vi-VN"/>
        </w:rPr>
        <w:t>123 HÙNG VƯƠNG</w:t>
      </w:r>
    </w:p>
    <w:p w:rsidR="00BA322C" w:rsidRPr="00BA322C" w:rsidRDefault="00BA322C" w:rsidP="00BA322C">
      <w:pPr>
        <w:pStyle w:val="NormalWeb"/>
        <w:tabs>
          <w:tab w:val="left" w:pos="8505"/>
        </w:tabs>
        <w:spacing w:before="0" w:beforeAutospacing="0" w:after="96" w:afterAutospacing="0"/>
        <w:ind w:left="360"/>
        <w:rPr>
          <w:color w:val="1F1F1F"/>
          <w:sz w:val="28"/>
          <w:szCs w:val="28"/>
        </w:rPr>
      </w:pPr>
      <w:r w:rsidRPr="00BA322C">
        <w:rPr>
          <w:color w:val="1F1F1F"/>
          <w:sz w:val="28"/>
          <w:szCs w:val="28"/>
        </w:rPr>
        <w:t xml:space="preserve">Xã/Phường/Đặc khu: </w:t>
      </w:r>
      <w:r>
        <w:rPr>
          <w:b/>
          <w:bCs/>
          <w:color w:val="1F1F1F"/>
          <w:sz w:val="28"/>
          <w:szCs w:val="28"/>
          <w:bdr w:val="none" w:sz="0" w:space="0" w:color="auto" w:frame="1"/>
        </w:rPr>
        <w:t>XUÂN</w:t>
      </w:r>
      <w:r>
        <w:rPr>
          <w:b/>
          <w:bCs/>
          <w:color w:val="1F1F1F"/>
          <w:sz w:val="28"/>
          <w:szCs w:val="28"/>
          <w:bdr w:val="none" w:sz="0" w:space="0" w:color="auto" w:frame="1"/>
          <w:lang w:val="vi-VN"/>
        </w:rPr>
        <w:t xml:space="preserve"> LỘC</w:t>
      </w:r>
    </w:p>
    <w:p w:rsidR="00BA322C" w:rsidRPr="00BA322C" w:rsidRDefault="00BA322C" w:rsidP="00BA322C">
      <w:pPr>
        <w:pStyle w:val="NormalWeb"/>
        <w:tabs>
          <w:tab w:val="left" w:pos="8505"/>
        </w:tabs>
        <w:spacing w:before="0" w:beforeAutospacing="0" w:after="96" w:afterAutospacing="0"/>
        <w:ind w:left="360"/>
        <w:rPr>
          <w:color w:val="1F1F1F"/>
          <w:sz w:val="28"/>
          <w:szCs w:val="28"/>
        </w:rPr>
      </w:pPr>
      <w:r w:rsidRPr="00BA322C">
        <w:rPr>
          <w:color w:val="1F1F1F"/>
          <w:sz w:val="28"/>
          <w:szCs w:val="28"/>
        </w:rPr>
        <w:t xml:space="preserve">Tỉnh/Thành phố trực thuộc trung ương: </w:t>
      </w:r>
      <w:r w:rsidRPr="00BA322C">
        <w:rPr>
          <w:b/>
          <w:bCs/>
          <w:color w:val="1F1F1F"/>
          <w:sz w:val="28"/>
          <w:szCs w:val="28"/>
          <w:bdr w:val="none" w:sz="0" w:space="0" w:color="auto" w:frame="1"/>
        </w:rPr>
        <w:t>ĐỒNG NAI</w:t>
      </w:r>
    </w:p>
    <w:p w:rsidR="00BA322C" w:rsidRPr="00BA322C" w:rsidRDefault="00BA322C" w:rsidP="00BA322C">
      <w:pPr>
        <w:pStyle w:val="NormalWeb"/>
        <w:tabs>
          <w:tab w:val="left" w:leader="dot" w:pos="8505"/>
        </w:tabs>
        <w:spacing w:before="0" w:beforeAutospacing="0" w:after="96" w:afterAutospacing="0"/>
        <w:ind w:left="360"/>
        <w:rPr>
          <w:color w:val="1F1F1F"/>
          <w:sz w:val="28"/>
          <w:szCs w:val="28"/>
        </w:rPr>
      </w:pPr>
      <w:r w:rsidRPr="00BA322C">
        <w:rPr>
          <w:color w:val="1F1F1F"/>
          <w:sz w:val="28"/>
          <w:szCs w:val="28"/>
        </w:rPr>
        <w:t xml:space="preserve">Điện thoại: </w:t>
      </w:r>
      <w:r w:rsidRPr="00BA322C">
        <w:rPr>
          <w:b/>
          <w:bCs/>
          <w:color w:val="1F1F1F"/>
          <w:sz w:val="28"/>
          <w:szCs w:val="28"/>
          <w:bdr w:val="none" w:sz="0" w:space="0" w:color="auto" w:frame="1"/>
        </w:rPr>
        <w:t>085 000 0000</w:t>
      </w:r>
      <w:r w:rsidRPr="00BA322C">
        <w:rPr>
          <w:color w:val="1F1F1F"/>
          <w:sz w:val="28"/>
          <w:szCs w:val="28"/>
        </w:rPr>
        <w:t xml:space="preserve"> Fax </w:t>
      </w:r>
      <w:r w:rsidRPr="00BA322C">
        <w:rPr>
          <w:i/>
          <w:iCs/>
          <w:color w:val="1F1F1F"/>
          <w:sz w:val="28"/>
          <w:szCs w:val="28"/>
        </w:rPr>
        <w:t>(nếu có):</w:t>
      </w:r>
      <w:r>
        <w:rPr>
          <w:color w:val="1F1F1F"/>
          <w:sz w:val="28"/>
          <w:szCs w:val="28"/>
          <w:lang w:val="vi-VN"/>
        </w:rPr>
        <w:tab/>
      </w:r>
    </w:p>
    <w:p w:rsidR="00BA322C" w:rsidRPr="00BA322C" w:rsidRDefault="00BA322C" w:rsidP="00BA322C">
      <w:pPr>
        <w:pStyle w:val="NormalWeb"/>
        <w:tabs>
          <w:tab w:val="left" w:leader="dot" w:pos="8505"/>
        </w:tabs>
        <w:spacing w:before="0" w:beforeAutospacing="0" w:after="96" w:afterAutospacing="0"/>
        <w:ind w:left="360"/>
        <w:rPr>
          <w:color w:val="1F1F1F"/>
          <w:sz w:val="28"/>
          <w:szCs w:val="28"/>
        </w:rPr>
      </w:pPr>
      <w:r w:rsidRPr="00BA322C">
        <w:rPr>
          <w:color w:val="1F1F1F"/>
          <w:sz w:val="28"/>
          <w:szCs w:val="28"/>
        </w:rPr>
        <w:t xml:space="preserve">Thư điện tử </w:t>
      </w:r>
      <w:r w:rsidRPr="00BA322C">
        <w:rPr>
          <w:i/>
          <w:iCs/>
          <w:color w:val="1F1F1F"/>
          <w:sz w:val="28"/>
          <w:szCs w:val="28"/>
        </w:rPr>
        <w:t>(nếu có):</w:t>
      </w:r>
      <w:r w:rsidRPr="00BA322C">
        <w:rPr>
          <w:i/>
          <w:iCs/>
          <w:color w:val="1F1F1F"/>
          <w:sz w:val="28"/>
          <w:szCs w:val="28"/>
          <w:lang w:val="vi-VN"/>
        </w:rPr>
        <w:t>…………………….</w:t>
      </w:r>
      <w:r w:rsidRPr="00BA322C">
        <w:rPr>
          <w:color w:val="1F1F1F"/>
          <w:sz w:val="28"/>
          <w:szCs w:val="28"/>
        </w:rPr>
        <w:t xml:space="preserve">Website </w:t>
      </w:r>
      <w:r w:rsidRPr="00BA322C">
        <w:rPr>
          <w:i/>
          <w:iCs/>
          <w:color w:val="1F1F1F"/>
          <w:sz w:val="28"/>
          <w:szCs w:val="28"/>
        </w:rPr>
        <w:t>(nếu có):</w:t>
      </w:r>
      <w:r w:rsidRPr="00BA322C">
        <w:rPr>
          <w:i/>
          <w:iCs/>
          <w:color w:val="1F1F1F"/>
          <w:sz w:val="28"/>
          <w:szCs w:val="28"/>
          <w:lang w:val="vi-VN"/>
        </w:rPr>
        <w:t>………...</w:t>
      </w:r>
      <w:r>
        <w:rPr>
          <w:i/>
          <w:iCs/>
          <w:color w:val="1F1F1F"/>
          <w:sz w:val="28"/>
          <w:szCs w:val="28"/>
          <w:lang w:val="vi-VN"/>
        </w:rPr>
        <w:t>....</w:t>
      </w:r>
    </w:p>
    <w:p w:rsidR="00BA322C" w:rsidRPr="00BA322C" w:rsidRDefault="00BA322C" w:rsidP="00BA322C">
      <w:pPr>
        <w:pStyle w:val="NormalWeb"/>
        <w:tabs>
          <w:tab w:val="left" w:pos="8505"/>
        </w:tabs>
        <w:spacing w:before="0" w:beforeAutospacing="0" w:after="96" w:afterAutospacing="0"/>
        <w:ind w:left="360"/>
        <w:rPr>
          <w:color w:val="1F1F1F"/>
          <w:sz w:val="28"/>
          <w:szCs w:val="28"/>
        </w:rPr>
      </w:pPr>
      <w:r w:rsidRPr="00BA322C">
        <w:rPr>
          <w:rFonts w:ascii="Segoe UI Symbol" w:hAnsi="Segoe UI Symbol" w:cs="Segoe UI Symbol"/>
          <w:color w:val="1F1F1F"/>
          <w:sz w:val="28"/>
          <w:szCs w:val="28"/>
        </w:rPr>
        <w:t>☐</w:t>
      </w:r>
      <w:r w:rsidRPr="00BA322C">
        <w:rPr>
          <w:color w:val="1F1F1F"/>
          <w:sz w:val="28"/>
          <w:szCs w:val="28"/>
        </w:rPr>
        <w:t xml:space="preserve"> Không kinh doanh tại trụ sở </w:t>
      </w:r>
      <w:r w:rsidRPr="00911044">
        <w:rPr>
          <w:i/>
          <w:iCs/>
          <w:color w:val="1F1F1F"/>
          <w:sz w:val="28"/>
          <w:szCs w:val="28"/>
        </w:rPr>
        <w:t>(đánh dấu X vào ô này nếu hộ kinh doanh không có địa điểm kinh doanh cố định)</w:t>
      </w:r>
    </w:p>
    <w:p w:rsidR="00BA322C" w:rsidRPr="00BA322C" w:rsidRDefault="00BA322C" w:rsidP="00BA322C">
      <w:pPr>
        <w:pStyle w:val="NormalWeb"/>
        <w:tabs>
          <w:tab w:val="left" w:pos="8505"/>
        </w:tabs>
        <w:spacing w:before="0" w:beforeAutospacing="0" w:after="96" w:afterAutospacing="0"/>
        <w:rPr>
          <w:color w:val="1F1F1F"/>
          <w:sz w:val="28"/>
          <w:szCs w:val="28"/>
        </w:rPr>
      </w:pPr>
      <w:r w:rsidRPr="00BA322C">
        <w:rPr>
          <w:b/>
          <w:bCs/>
          <w:color w:val="1F1F1F"/>
          <w:sz w:val="28"/>
          <w:szCs w:val="28"/>
          <w:bdr w:val="none" w:sz="0" w:space="0" w:color="auto" w:frame="1"/>
        </w:rPr>
        <w:t>3. Ngành, nghề kinh doanh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55"/>
        <w:gridCol w:w="3908"/>
        <w:gridCol w:w="1485"/>
        <w:gridCol w:w="2743"/>
      </w:tblGrid>
      <w:tr w:rsidR="00911044" w:rsidRPr="00BA322C" w:rsidTr="00911044">
        <w:trPr>
          <w:tblHeader/>
          <w:tblCellSpacing w:w="15" w:type="dxa"/>
        </w:trPr>
        <w:tc>
          <w:tcPr>
            <w:tcW w:w="0" w:type="auto"/>
            <w:tcMar>
              <w:top w:w="120" w:type="dxa"/>
              <w:left w:w="180" w:type="dxa"/>
              <w:bottom w:w="120" w:type="dxa"/>
              <w:right w:w="180" w:type="dxa"/>
            </w:tcMar>
            <w:vAlign w:val="center"/>
            <w:hideMark/>
          </w:tcPr>
          <w:p w:rsidR="00BA322C" w:rsidRPr="00BA322C" w:rsidRDefault="00BA322C" w:rsidP="00911044">
            <w:pPr>
              <w:tabs>
                <w:tab w:val="left" w:pos="8505"/>
              </w:tabs>
              <w:spacing w:after="96"/>
              <w:jc w:val="center"/>
              <w:rPr>
                <w:rFonts w:ascii="Times New Roman" w:hAnsi="Times New Roman" w:cs="Times New Roman"/>
                <w:color w:val="1F1F1F"/>
                <w:sz w:val="28"/>
                <w:szCs w:val="28"/>
              </w:rPr>
            </w:pPr>
            <w:r w:rsidRPr="00BA322C">
              <w:rPr>
                <w:rStyle w:val="Strong"/>
                <w:rFonts w:ascii="Times New Roman" w:hAnsi="Times New Roman" w:cs="Times New Roman"/>
                <w:color w:val="1F1F1F"/>
                <w:sz w:val="28"/>
                <w:szCs w:val="28"/>
                <w:bdr w:val="none" w:sz="0" w:space="0" w:color="auto" w:frame="1"/>
              </w:rPr>
              <w:t>STT</w:t>
            </w:r>
          </w:p>
        </w:tc>
        <w:tc>
          <w:tcPr>
            <w:tcW w:w="0" w:type="auto"/>
            <w:tcMar>
              <w:top w:w="120" w:type="dxa"/>
              <w:left w:w="180" w:type="dxa"/>
              <w:bottom w:w="120" w:type="dxa"/>
              <w:right w:w="180" w:type="dxa"/>
            </w:tcMar>
            <w:vAlign w:val="center"/>
            <w:hideMark/>
          </w:tcPr>
          <w:p w:rsidR="00BA322C" w:rsidRPr="00BA322C" w:rsidRDefault="00BA322C" w:rsidP="00911044">
            <w:pPr>
              <w:tabs>
                <w:tab w:val="left" w:pos="8505"/>
              </w:tabs>
              <w:spacing w:after="96"/>
              <w:jc w:val="center"/>
              <w:rPr>
                <w:rFonts w:ascii="Times New Roman" w:hAnsi="Times New Roman" w:cs="Times New Roman"/>
                <w:color w:val="1F1F1F"/>
                <w:sz w:val="28"/>
                <w:szCs w:val="28"/>
              </w:rPr>
            </w:pPr>
            <w:r w:rsidRPr="00BA322C">
              <w:rPr>
                <w:rStyle w:val="Strong"/>
                <w:rFonts w:ascii="Times New Roman" w:hAnsi="Times New Roman" w:cs="Times New Roman"/>
                <w:color w:val="1F1F1F"/>
                <w:sz w:val="28"/>
                <w:szCs w:val="28"/>
                <w:bdr w:val="none" w:sz="0" w:space="0" w:color="auto" w:frame="1"/>
              </w:rPr>
              <w:t>Tên ngành</w:t>
            </w:r>
            <w:r w:rsidR="00911044">
              <w:rPr>
                <w:rStyle w:val="FootnoteReference"/>
                <w:rFonts w:ascii="Times New Roman" w:hAnsi="Times New Roman" w:cs="Times New Roman"/>
                <w:b/>
                <w:bCs/>
                <w:color w:val="1F1F1F"/>
                <w:sz w:val="28"/>
                <w:szCs w:val="28"/>
                <w:bdr w:val="none" w:sz="0" w:space="0" w:color="auto" w:frame="1"/>
              </w:rPr>
              <w:footnoteReference w:id="1"/>
            </w:r>
          </w:p>
        </w:tc>
        <w:tc>
          <w:tcPr>
            <w:tcW w:w="0" w:type="auto"/>
            <w:tcMar>
              <w:top w:w="120" w:type="dxa"/>
              <w:left w:w="180" w:type="dxa"/>
              <w:bottom w:w="120" w:type="dxa"/>
              <w:right w:w="180" w:type="dxa"/>
            </w:tcMar>
            <w:vAlign w:val="center"/>
            <w:hideMark/>
          </w:tcPr>
          <w:p w:rsidR="00BA322C" w:rsidRPr="00911044" w:rsidRDefault="00BA322C" w:rsidP="00911044">
            <w:pPr>
              <w:tabs>
                <w:tab w:val="left" w:pos="8505"/>
              </w:tabs>
              <w:spacing w:after="96"/>
              <w:jc w:val="center"/>
              <w:rPr>
                <w:rFonts w:ascii="Times New Roman" w:hAnsi="Times New Roman" w:cs="Times New Roman"/>
                <w:color w:val="1F1F1F"/>
                <w:sz w:val="28"/>
                <w:szCs w:val="28"/>
                <w:lang w:val="vi-VN"/>
              </w:rPr>
            </w:pPr>
            <w:r w:rsidRPr="00BA322C">
              <w:rPr>
                <w:rStyle w:val="Strong"/>
                <w:rFonts w:ascii="Times New Roman" w:hAnsi="Times New Roman" w:cs="Times New Roman"/>
                <w:color w:val="1F1F1F"/>
                <w:sz w:val="28"/>
                <w:szCs w:val="28"/>
                <w:bdr w:val="none" w:sz="0" w:space="0" w:color="auto" w:frame="1"/>
              </w:rPr>
              <w:t>Mã ngành</w:t>
            </w:r>
            <w:r w:rsidR="00911044">
              <w:rPr>
                <w:rStyle w:val="FootnoteReference"/>
                <w:rFonts w:ascii="Times New Roman" w:hAnsi="Times New Roman" w:cs="Times New Roman"/>
                <w:b/>
                <w:bCs/>
                <w:color w:val="1F1F1F"/>
                <w:sz w:val="28"/>
                <w:szCs w:val="28"/>
                <w:bdr w:val="none" w:sz="0" w:space="0" w:color="auto" w:frame="1"/>
              </w:rPr>
              <w:footnoteReference w:id="2"/>
            </w:r>
          </w:p>
        </w:tc>
        <w:tc>
          <w:tcPr>
            <w:tcW w:w="0" w:type="auto"/>
            <w:tcMar>
              <w:top w:w="120" w:type="dxa"/>
              <w:left w:w="180" w:type="dxa"/>
              <w:bottom w:w="120" w:type="dxa"/>
              <w:right w:w="180" w:type="dxa"/>
            </w:tcMar>
            <w:vAlign w:val="center"/>
            <w:hideMark/>
          </w:tcPr>
          <w:p w:rsidR="00BA322C" w:rsidRPr="00911044" w:rsidRDefault="00BA322C" w:rsidP="00911044">
            <w:pPr>
              <w:tabs>
                <w:tab w:val="left" w:pos="8505"/>
              </w:tabs>
              <w:spacing w:after="96"/>
              <w:jc w:val="center"/>
              <w:rPr>
                <w:rFonts w:ascii="Times New Roman" w:hAnsi="Times New Roman" w:cs="Times New Roman"/>
                <w:color w:val="1F1F1F"/>
                <w:sz w:val="28"/>
                <w:szCs w:val="28"/>
                <w:lang w:val="vi-VN"/>
              </w:rPr>
            </w:pPr>
            <w:r w:rsidRPr="00BA322C">
              <w:rPr>
                <w:rStyle w:val="Strong"/>
                <w:rFonts w:ascii="Times New Roman" w:hAnsi="Times New Roman" w:cs="Times New Roman"/>
                <w:color w:val="1F1F1F"/>
                <w:sz w:val="28"/>
                <w:szCs w:val="28"/>
                <w:bdr w:val="none" w:sz="0" w:space="0" w:color="auto" w:frame="1"/>
              </w:rPr>
              <w:t>Ngành, nghề kinh doanh chính</w:t>
            </w:r>
            <w:r w:rsidR="00911044">
              <w:rPr>
                <w:rStyle w:val="FootnoteReference"/>
                <w:rFonts w:ascii="Times New Roman" w:hAnsi="Times New Roman" w:cs="Times New Roman"/>
                <w:b/>
                <w:bCs/>
                <w:color w:val="1F1F1F"/>
                <w:sz w:val="28"/>
                <w:szCs w:val="28"/>
                <w:bdr w:val="none" w:sz="0" w:space="0" w:color="auto" w:frame="1"/>
              </w:rPr>
              <w:footnoteReference w:id="3"/>
            </w:r>
          </w:p>
        </w:tc>
      </w:tr>
      <w:tr w:rsidR="00911044" w:rsidRPr="00BA322C" w:rsidTr="00911044">
        <w:trPr>
          <w:tblCellSpacing w:w="15" w:type="dxa"/>
        </w:trPr>
        <w:tc>
          <w:tcPr>
            <w:tcW w:w="0" w:type="auto"/>
            <w:tcMar>
              <w:top w:w="120" w:type="dxa"/>
              <w:left w:w="180" w:type="dxa"/>
              <w:bottom w:w="120" w:type="dxa"/>
              <w:right w:w="180" w:type="dxa"/>
            </w:tcMar>
            <w:vAlign w:val="center"/>
            <w:hideMark/>
          </w:tcPr>
          <w:p w:rsidR="00BA322C" w:rsidRPr="00BA322C" w:rsidRDefault="00BA322C" w:rsidP="00911044">
            <w:pPr>
              <w:tabs>
                <w:tab w:val="left" w:pos="8505"/>
              </w:tabs>
              <w:spacing w:after="96"/>
              <w:jc w:val="center"/>
              <w:rPr>
                <w:rFonts w:ascii="Times New Roman" w:hAnsi="Times New Roman" w:cs="Times New Roman"/>
                <w:color w:val="1F1F1F"/>
                <w:sz w:val="28"/>
                <w:szCs w:val="28"/>
              </w:rPr>
            </w:pPr>
            <w:r w:rsidRPr="00BA322C">
              <w:rPr>
                <w:rFonts w:ascii="Times New Roman" w:hAnsi="Times New Roman" w:cs="Times New Roman"/>
                <w:color w:val="1F1F1F"/>
                <w:sz w:val="28"/>
                <w:szCs w:val="28"/>
              </w:rPr>
              <w:t>01</w:t>
            </w:r>
          </w:p>
        </w:tc>
        <w:tc>
          <w:tcPr>
            <w:tcW w:w="0" w:type="auto"/>
            <w:tcMar>
              <w:top w:w="120" w:type="dxa"/>
              <w:left w:w="180" w:type="dxa"/>
              <w:bottom w:w="120" w:type="dxa"/>
              <w:right w:w="180" w:type="dxa"/>
            </w:tcMar>
            <w:vAlign w:val="center"/>
            <w:hideMark/>
          </w:tcPr>
          <w:p w:rsidR="00BA322C" w:rsidRPr="00BA322C" w:rsidRDefault="00BA322C" w:rsidP="00911044">
            <w:pPr>
              <w:tabs>
                <w:tab w:val="left" w:pos="8505"/>
              </w:tabs>
              <w:spacing w:after="96"/>
              <w:jc w:val="both"/>
              <w:rPr>
                <w:rFonts w:ascii="Times New Roman" w:hAnsi="Times New Roman" w:cs="Times New Roman"/>
                <w:color w:val="1F1F1F"/>
                <w:sz w:val="28"/>
                <w:szCs w:val="28"/>
              </w:rPr>
            </w:pPr>
            <w:r w:rsidRPr="00BA322C">
              <w:rPr>
                <w:rFonts w:ascii="Times New Roman" w:hAnsi="Times New Roman" w:cs="Times New Roman"/>
                <w:color w:val="1F1F1F"/>
                <w:sz w:val="28"/>
                <w:szCs w:val="28"/>
              </w:rPr>
              <w:t>Dịch vụ phục vụ đồ uống (Chi tiết: bán nước giải khát)</w:t>
            </w:r>
          </w:p>
        </w:tc>
        <w:tc>
          <w:tcPr>
            <w:tcW w:w="0" w:type="auto"/>
            <w:tcMar>
              <w:top w:w="120" w:type="dxa"/>
              <w:left w:w="180" w:type="dxa"/>
              <w:bottom w:w="120" w:type="dxa"/>
              <w:right w:w="180" w:type="dxa"/>
            </w:tcMar>
            <w:vAlign w:val="center"/>
            <w:hideMark/>
          </w:tcPr>
          <w:p w:rsidR="00BA322C" w:rsidRPr="00BA322C" w:rsidRDefault="00BA322C" w:rsidP="00911044">
            <w:pPr>
              <w:tabs>
                <w:tab w:val="left" w:pos="8505"/>
              </w:tabs>
              <w:spacing w:after="96"/>
              <w:jc w:val="center"/>
              <w:rPr>
                <w:rFonts w:ascii="Times New Roman" w:hAnsi="Times New Roman" w:cs="Times New Roman"/>
                <w:color w:val="1F1F1F"/>
                <w:sz w:val="28"/>
                <w:szCs w:val="28"/>
              </w:rPr>
            </w:pPr>
            <w:r w:rsidRPr="00BA322C">
              <w:rPr>
                <w:rFonts w:ascii="Times New Roman" w:hAnsi="Times New Roman" w:cs="Times New Roman"/>
                <w:color w:val="1F1F1F"/>
                <w:sz w:val="28"/>
                <w:szCs w:val="28"/>
              </w:rPr>
              <w:t>5630</w:t>
            </w:r>
          </w:p>
        </w:tc>
        <w:tc>
          <w:tcPr>
            <w:tcW w:w="0" w:type="auto"/>
            <w:tcMar>
              <w:top w:w="120" w:type="dxa"/>
              <w:left w:w="180" w:type="dxa"/>
              <w:bottom w:w="120" w:type="dxa"/>
              <w:right w:w="180" w:type="dxa"/>
            </w:tcMar>
            <w:vAlign w:val="center"/>
            <w:hideMark/>
          </w:tcPr>
          <w:p w:rsidR="00BA322C" w:rsidRPr="00BA322C" w:rsidRDefault="00BA322C" w:rsidP="00911044">
            <w:pPr>
              <w:tabs>
                <w:tab w:val="left" w:pos="8505"/>
              </w:tabs>
              <w:spacing w:after="96"/>
              <w:jc w:val="center"/>
              <w:rPr>
                <w:rFonts w:ascii="Times New Roman" w:hAnsi="Times New Roman" w:cs="Times New Roman"/>
                <w:color w:val="1F1F1F"/>
                <w:sz w:val="28"/>
                <w:szCs w:val="28"/>
              </w:rPr>
            </w:pPr>
            <w:r w:rsidRPr="00BA322C">
              <w:rPr>
                <w:rFonts w:ascii="Times New Roman" w:hAnsi="Times New Roman" w:cs="Times New Roman"/>
                <w:color w:val="1F1F1F"/>
                <w:sz w:val="28"/>
                <w:szCs w:val="28"/>
              </w:rPr>
              <w:t>X</w:t>
            </w:r>
          </w:p>
        </w:tc>
      </w:tr>
      <w:tr w:rsidR="00911044" w:rsidRPr="00BA322C" w:rsidTr="00911044">
        <w:trPr>
          <w:tblCellSpacing w:w="15" w:type="dxa"/>
        </w:trPr>
        <w:tc>
          <w:tcPr>
            <w:tcW w:w="0" w:type="auto"/>
            <w:tcMar>
              <w:top w:w="120" w:type="dxa"/>
              <w:left w:w="180" w:type="dxa"/>
              <w:bottom w:w="120" w:type="dxa"/>
              <w:right w:w="180" w:type="dxa"/>
            </w:tcMar>
            <w:vAlign w:val="center"/>
          </w:tcPr>
          <w:p w:rsidR="00911044" w:rsidRPr="00911044" w:rsidRDefault="00911044" w:rsidP="00911044">
            <w:pPr>
              <w:tabs>
                <w:tab w:val="left" w:pos="8505"/>
              </w:tabs>
              <w:spacing w:after="96"/>
              <w:jc w:val="center"/>
              <w:rPr>
                <w:rFonts w:ascii="Times New Roman" w:hAnsi="Times New Roman" w:cs="Times New Roman"/>
                <w:color w:val="1F1F1F"/>
                <w:sz w:val="28"/>
                <w:szCs w:val="28"/>
                <w:lang w:val="vi-VN"/>
              </w:rPr>
            </w:pPr>
            <w:r>
              <w:rPr>
                <w:rFonts w:ascii="Times New Roman" w:hAnsi="Times New Roman" w:cs="Times New Roman"/>
                <w:color w:val="1F1F1F"/>
                <w:sz w:val="28"/>
                <w:szCs w:val="28"/>
                <w:lang w:val="vi-VN"/>
              </w:rPr>
              <w:t>02</w:t>
            </w:r>
          </w:p>
        </w:tc>
        <w:tc>
          <w:tcPr>
            <w:tcW w:w="0" w:type="auto"/>
            <w:tcMar>
              <w:top w:w="120" w:type="dxa"/>
              <w:left w:w="180" w:type="dxa"/>
              <w:bottom w:w="120" w:type="dxa"/>
              <w:right w:w="180" w:type="dxa"/>
            </w:tcMar>
            <w:vAlign w:val="center"/>
          </w:tcPr>
          <w:p w:rsidR="00911044" w:rsidRPr="00BA322C" w:rsidRDefault="00911044" w:rsidP="00911044">
            <w:pPr>
              <w:tabs>
                <w:tab w:val="left" w:pos="8505"/>
              </w:tabs>
              <w:spacing w:after="96"/>
              <w:jc w:val="center"/>
              <w:rPr>
                <w:rFonts w:ascii="Times New Roman" w:hAnsi="Times New Roman" w:cs="Times New Roman"/>
                <w:color w:val="1F1F1F"/>
                <w:sz w:val="28"/>
                <w:szCs w:val="28"/>
              </w:rPr>
            </w:pPr>
          </w:p>
        </w:tc>
        <w:tc>
          <w:tcPr>
            <w:tcW w:w="0" w:type="auto"/>
            <w:tcMar>
              <w:top w:w="120" w:type="dxa"/>
              <w:left w:w="180" w:type="dxa"/>
              <w:bottom w:w="120" w:type="dxa"/>
              <w:right w:w="180" w:type="dxa"/>
            </w:tcMar>
            <w:vAlign w:val="center"/>
          </w:tcPr>
          <w:p w:rsidR="00911044" w:rsidRPr="00BA322C" w:rsidRDefault="00911044" w:rsidP="00911044">
            <w:pPr>
              <w:tabs>
                <w:tab w:val="left" w:pos="8505"/>
              </w:tabs>
              <w:spacing w:after="96"/>
              <w:jc w:val="center"/>
              <w:rPr>
                <w:rFonts w:ascii="Times New Roman" w:hAnsi="Times New Roman" w:cs="Times New Roman"/>
                <w:color w:val="1F1F1F"/>
                <w:sz w:val="28"/>
                <w:szCs w:val="28"/>
              </w:rPr>
            </w:pPr>
          </w:p>
        </w:tc>
        <w:tc>
          <w:tcPr>
            <w:tcW w:w="0" w:type="auto"/>
            <w:tcMar>
              <w:top w:w="120" w:type="dxa"/>
              <w:left w:w="180" w:type="dxa"/>
              <w:bottom w:w="120" w:type="dxa"/>
              <w:right w:w="180" w:type="dxa"/>
            </w:tcMar>
            <w:vAlign w:val="center"/>
          </w:tcPr>
          <w:p w:rsidR="00911044" w:rsidRPr="00BA322C" w:rsidRDefault="00911044" w:rsidP="00911044">
            <w:pPr>
              <w:tabs>
                <w:tab w:val="left" w:pos="8505"/>
              </w:tabs>
              <w:spacing w:after="96"/>
              <w:jc w:val="center"/>
              <w:rPr>
                <w:rFonts w:ascii="Times New Roman" w:hAnsi="Times New Roman" w:cs="Times New Roman"/>
                <w:color w:val="1F1F1F"/>
                <w:sz w:val="28"/>
                <w:szCs w:val="28"/>
              </w:rPr>
            </w:pPr>
          </w:p>
        </w:tc>
      </w:tr>
    </w:tbl>
    <w:p w:rsidR="00BA322C" w:rsidRPr="00BA322C" w:rsidRDefault="00BA322C" w:rsidP="00BA322C">
      <w:pPr>
        <w:pStyle w:val="NormalWeb"/>
        <w:tabs>
          <w:tab w:val="left" w:pos="8505"/>
        </w:tabs>
        <w:spacing w:before="0" w:beforeAutospacing="0" w:after="96" w:afterAutospacing="0"/>
        <w:rPr>
          <w:color w:val="1F1F1F"/>
          <w:sz w:val="28"/>
          <w:szCs w:val="28"/>
        </w:rPr>
      </w:pPr>
      <w:r w:rsidRPr="00BA322C">
        <w:rPr>
          <w:b/>
          <w:bCs/>
          <w:color w:val="1F1F1F"/>
          <w:sz w:val="28"/>
          <w:szCs w:val="28"/>
          <w:bdr w:val="none" w:sz="0" w:space="0" w:color="auto" w:frame="1"/>
        </w:rPr>
        <w:t>4. Vốn kinh doanh:</w:t>
      </w:r>
    </w:p>
    <w:p w:rsidR="00BA322C" w:rsidRPr="00BA322C" w:rsidRDefault="00BA322C" w:rsidP="00911044">
      <w:pPr>
        <w:pStyle w:val="NormalWeb"/>
        <w:tabs>
          <w:tab w:val="left" w:pos="8505"/>
        </w:tabs>
        <w:spacing w:before="0" w:beforeAutospacing="0" w:after="96" w:afterAutospacing="0"/>
        <w:ind w:left="360"/>
        <w:rPr>
          <w:color w:val="1F1F1F"/>
          <w:sz w:val="28"/>
          <w:szCs w:val="28"/>
        </w:rPr>
      </w:pPr>
      <w:r w:rsidRPr="00BA322C">
        <w:rPr>
          <w:color w:val="1F1F1F"/>
          <w:sz w:val="28"/>
          <w:szCs w:val="28"/>
        </w:rPr>
        <w:t xml:space="preserve">Tổng số </w:t>
      </w:r>
      <w:r w:rsidRPr="00911044">
        <w:rPr>
          <w:i/>
          <w:iCs/>
          <w:color w:val="1F1F1F"/>
          <w:sz w:val="28"/>
          <w:szCs w:val="28"/>
        </w:rPr>
        <w:t>(bằng số, bằng chữ, VNĐ):</w:t>
      </w:r>
      <w:r w:rsidRPr="00BA322C">
        <w:rPr>
          <w:color w:val="1F1F1F"/>
          <w:sz w:val="28"/>
          <w:szCs w:val="28"/>
        </w:rPr>
        <w:t xml:space="preserve"> </w:t>
      </w:r>
      <w:r w:rsidRPr="00BA322C">
        <w:rPr>
          <w:b/>
          <w:bCs/>
          <w:color w:val="1F1F1F"/>
          <w:sz w:val="28"/>
          <w:szCs w:val="28"/>
          <w:bdr w:val="none" w:sz="0" w:space="0" w:color="auto" w:frame="1"/>
        </w:rPr>
        <w:t>50.000.000Đ</w:t>
      </w:r>
    </w:p>
    <w:p w:rsidR="00BA322C" w:rsidRPr="00BA322C" w:rsidRDefault="00BA322C" w:rsidP="00BA322C">
      <w:pPr>
        <w:pStyle w:val="NormalWeb"/>
        <w:tabs>
          <w:tab w:val="left" w:pos="8505"/>
        </w:tabs>
        <w:spacing w:before="0" w:beforeAutospacing="0" w:after="96" w:afterAutospacing="0"/>
        <w:rPr>
          <w:color w:val="1F1F1F"/>
          <w:sz w:val="28"/>
          <w:szCs w:val="28"/>
        </w:rPr>
      </w:pPr>
      <w:r w:rsidRPr="00BA322C">
        <w:rPr>
          <w:b/>
          <w:bCs/>
          <w:color w:val="1F1F1F"/>
          <w:sz w:val="28"/>
          <w:szCs w:val="28"/>
          <w:bdr w:val="none" w:sz="0" w:space="0" w:color="auto" w:frame="1"/>
        </w:rPr>
        <w:t>5. Thông tin đăng ký thuế:</w:t>
      </w:r>
    </w:p>
    <w:p w:rsidR="00BA322C" w:rsidRPr="00BA322C" w:rsidRDefault="00BA322C" w:rsidP="00911044">
      <w:pPr>
        <w:pStyle w:val="NormalWeb"/>
        <w:tabs>
          <w:tab w:val="left" w:pos="8505"/>
        </w:tabs>
        <w:spacing w:before="0" w:beforeAutospacing="0" w:after="96" w:afterAutospacing="0"/>
        <w:ind w:firstLine="426"/>
        <w:rPr>
          <w:color w:val="1F1F1F"/>
          <w:sz w:val="28"/>
          <w:szCs w:val="28"/>
        </w:rPr>
      </w:pPr>
      <w:r w:rsidRPr="00BA322C">
        <w:rPr>
          <w:b/>
          <w:bCs/>
          <w:color w:val="1F1F1F"/>
          <w:sz w:val="28"/>
          <w:szCs w:val="28"/>
          <w:bdr w:val="none" w:sz="0" w:space="0" w:color="auto" w:frame="1"/>
        </w:rPr>
        <w:t>5.1. Địa chỉ nhận thông báo thuế</w:t>
      </w:r>
      <w:r w:rsidRPr="00BA322C">
        <w:rPr>
          <w:color w:val="1F1F1F"/>
          <w:sz w:val="28"/>
          <w:szCs w:val="28"/>
        </w:rPr>
        <w:t xml:space="preserve"> (chỉ kê khai nếu địa chỉ nhận thông báo thuế khác địa chỉ trụ sở):</w:t>
      </w:r>
    </w:p>
    <w:p w:rsidR="00BA322C" w:rsidRDefault="00BA322C" w:rsidP="00911044">
      <w:pPr>
        <w:pStyle w:val="NormalWeb"/>
        <w:tabs>
          <w:tab w:val="left" w:leader="dot" w:pos="8505"/>
        </w:tabs>
        <w:spacing w:before="0" w:beforeAutospacing="0" w:after="96" w:afterAutospacing="0"/>
        <w:ind w:firstLine="426"/>
        <w:rPr>
          <w:color w:val="1F1F1F"/>
          <w:sz w:val="28"/>
          <w:szCs w:val="28"/>
          <w:lang w:val="vi-VN"/>
        </w:rPr>
      </w:pPr>
      <w:r w:rsidRPr="00BA322C">
        <w:rPr>
          <w:color w:val="1F1F1F"/>
          <w:sz w:val="28"/>
          <w:szCs w:val="28"/>
        </w:rPr>
        <w:lastRenderedPageBreak/>
        <w:t>Số nhà/phòng, ngách/hẻm, ngõ kiệt, đường/phố/đại lộ, tổ/xóm/ấp/thôn:</w:t>
      </w:r>
    </w:p>
    <w:p w:rsidR="00911044" w:rsidRPr="00911044" w:rsidRDefault="00911044" w:rsidP="00911044">
      <w:pPr>
        <w:pStyle w:val="NormalWeb"/>
        <w:tabs>
          <w:tab w:val="left" w:leader="dot" w:pos="8505"/>
        </w:tabs>
        <w:spacing w:before="0" w:beforeAutospacing="0" w:after="96" w:afterAutospacing="0"/>
        <w:ind w:firstLine="426"/>
        <w:rPr>
          <w:color w:val="1F1F1F"/>
          <w:sz w:val="28"/>
          <w:szCs w:val="28"/>
          <w:lang w:val="vi-VN"/>
        </w:rPr>
      </w:pPr>
      <w:r>
        <w:rPr>
          <w:color w:val="1F1F1F"/>
          <w:sz w:val="28"/>
          <w:szCs w:val="28"/>
          <w:lang w:val="vi-VN"/>
        </w:rPr>
        <w:tab/>
      </w:r>
    </w:p>
    <w:p w:rsidR="00BA322C" w:rsidRPr="00911044" w:rsidRDefault="00BA322C" w:rsidP="00911044">
      <w:pPr>
        <w:pStyle w:val="NormalWeb"/>
        <w:tabs>
          <w:tab w:val="left" w:leader="dot" w:pos="8505"/>
        </w:tabs>
        <w:spacing w:before="0" w:beforeAutospacing="0" w:after="96" w:afterAutospacing="0"/>
        <w:ind w:firstLine="426"/>
        <w:rPr>
          <w:color w:val="1F1F1F"/>
          <w:sz w:val="28"/>
          <w:szCs w:val="28"/>
          <w:lang w:val="vi-VN"/>
        </w:rPr>
      </w:pPr>
      <w:r w:rsidRPr="00BA322C">
        <w:rPr>
          <w:color w:val="1F1F1F"/>
          <w:sz w:val="28"/>
          <w:szCs w:val="28"/>
        </w:rPr>
        <w:t>Xã/Phường/Đặc khu:</w:t>
      </w:r>
      <w:r w:rsidR="00911044">
        <w:rPr>
          <w:color w:val="1F1F1F"/>
          <w:sz w:val="28"/>
          <w:szCs w:val="28"/>
          <w:lang w:val="vi-VN"/>
        </w:rPr>
        <w:tab/>
      </w:r>
    </w:p>
    <w:p w:rsidR="00BA322C" w:rsidRPr="00911044" w:rsidRDefault="00BA322C" w:rsidP="00911044">
      <w:pPr>
        <w:pStyle w:val="NormalWeb"/>
        <w:tabs>
          <w:tab w:val="left" w:leader="dot" w:pos="8505"/>
        </w:tabs>
        <w:spacing w:before="0" w:beforeAutospacing="0" w:after="96" w:afterAutospacing="0"/>
        <w:ind w:firstLine="426"/>
        <w:rPr>
          <w:color w:val="1F1F1F"/>
          <w:sz w:val="28"/>
          <w:szCs w:val="28"/>
          <w:lang w:val="vi-VN"/>
        </w:rPr>
      </w:pPr>
      <w:r w:rsidRPr="00BA322C">
        <w:rPr>
          <w:color w:val="1F1F1F"/>
          <w:sz w:val="28"/>
          <w:szCs w:val="28"/>
        </w:rPr>
        <w:t>Tỉnh/Thành phố trực thuộc trung ương:</w:t>
      </w:r>
      <w:r w:rsidR="00911044">
        <w:rPr>
          <w:color w:val="1F1F1F"/>
          <w:sz w:val="28"/>
          <w:szCs w:val="28"/>
          <w:lang w:val="vi-VN"/>
        </w:rPr>
        <w:tab/>
      </w:r>
    </w:p>
    <w:p w:rsidR="00BA322C" w:rsidRPr="00911044" w:rsidRDefault="00BA322C" w:rsidP="00911044">
      <w:pPr>
        <w:pStyle w:val="NormalWeb"/>
        <w:tabs>
          <w:tab w:val="left" w:leader="dot" w:pos="8505"/>
        </w:tabs>
        <w:spacing w:before="0" w:beforeAutospacing="0" w:after="96" w:afterAutospacing="0"/>
        <w:ind w:firstLine="426"/>
        <w:rPr>
          <w:color w:val="1F1F1F"/>
          <w:sz w:val="28"/>
          <w:szCs w:val="28"/>
          <w:lang w:val="vi-VN"/>
        </w:rPr>
      </w:pPr>
      <w:r w:rsidRPr="00BA322C">
        <w:rPr>
          <w:color w:val="1F1F1F"/>
          <w:sz w:val="28"/>
          <w:szCs w:val="28"/>
        </w:rPr>
        <w:t>Điện thoại (nếu có):</w:t>
      </w:r>
      <w:r w:rsidR="00911044">
        <w:rPr>
          <w:color w:val="1F1F1F"/>
          <w:sz w:val="28"/>
          <w:szCs w:val="28"/>
          <w:lang w:val="vi-VN"/>
        </w:rPr>
        <w:tab/>
      </w:r>
    </w:p>
    <w:p w:rsidR="00BA322C" w:rsidRPr="00911044" w:rsidRDefault="00BA322C" w:rsidP="00911044">
      <w:pPr>
        <w:pStyle w:val="NormalWeb"/>
        <w:tabs>
          <w:tab w:val="left" w:leader="dot" w:pos="8505"/>
        </w:tabs>
        <w:spacing w:before="0" w:beforeAutospacing="0" w:after="96" w:afterAutospacing="0"/>
        <w:ind w:firstLine="426"/>
        <w:rPr>
          <w:color w:val="1F1F1F"/>
          <w:sz w:val="28"/>
          <w:szCs w:val="28"/>
          <w:lang w:val="vi-VN"/>
        </w:rPr>
      </w:pPr>
      <w:r w:rsidRPr="00BA322C">
        <w:rPr>
          <w:color w:val="1F1F1F"/>
          <w:sz w:val="28"/>
          <w:szCs w:val="28"/>
        </w:rPr>
        <w:t>Thư điện tử (nếu có):</w:t>
      </w:r>
      <w:r w:rsidR="00911044">
        <w:rPr>
          <w:color w:val="1F1F1F"/>
          <w:sz w:val="28"/>
          <w:szCs w:val="28"/>
          <w:lang w:val="vi-VN"/>
        </w:rPr>
        <w:tab/>
      </w:r>
    </w:p>
    <w:p w:rsidR="00BA322C" w:rsidRPr="00BA322C" w:rsidRDefault="00BA322C" w:rsidP="00911044">
      <w:pPr>
        <w:pStyle w:val="NormalWeb"/>
        <w:tabs>
          <w:tab w:val="left" w:pos="8505"/>
        </w:tabs>
        <w:spacing w:before="0" w:beforeAutospacing="0" w:after="96" w:afterAutospacing="0"/>
        <w:ind w:firstLine="426"/>
        <w:rPr>
          <w:color w:val="1F1F1F"/>
          <w:sz w:val="28"/>
          <w:szCs w:val="28"/>
        </w:rPr>
      </w:pPr>
      <w:r w:rsidRPr="00BA322C">
        <w:rPr>
          <w:b/>
          <w:bCs/>
          <w:color w:val="1F1F1F"/>
          <w:sz w:val="28"/>
          <w:szCs w:val="28"/>
          <w:bdr w:val="none" w:sz="0" w:space="0" w:color="auto" w:frame="1"/>
        </w:rPr>
        <w:t>5.2. Ngày bắt đầu hoạt động</w:t>
      </w:r>
      <w:r w:rsidR="006B0309">
        <w:rPr>
          <w:rStyle w:val="FootnoteReference"/>
          <w:b/>
          <w:bCs/>
          <w:color w:val="1F1F1F"/>
          <w:sz w:val="28"/>
          <w:szCs w:val="28"/>
          <w:bdr w:val="none" w:sz="0" w:space="0" w:color="auto" w:frame="1"/>
        </w:rPr>
        <w:footnoteReference w:id="4"/>
      </w:r>
      <w:r w:rsidRPr="00BA322C">
        <w:rPr>
          <w:color w:val="1F1F1F"/>
          <w:sz w:val="28"/>
          <w:szCs w:val="28"/>
        </w:rPr>
        <w:t xml:space="preserve"> (trường hợp hộ kinh doanh dự kiến bắt đầu hoạt động kể từ ngày được cấp Giấy chứng nhận đăng ký hộ kinh doanh thì không cần kê khai nội dung này): ...../...../.</w:t>
      </w:r>
    </w:p>
    <w:p w:rsidR="00BA322C" w:rsidRPr="00BA322C" w:rsidRDefault="00BA322C" w:rsidP="00911044">
      <w:pPr>
        <w:pStyle w:val="NormalWeb"/>
        <w:tabs>
          <w:tab w:val="left" w:pos="8505"/>
        </w:tabs>
        <w:spacing w:before="0" w:beforeAutospacing="0" w:after="96" w:afterAutospacing="0"/>
        <w:ind w:firstLine="426"/>
        <w:rPr>
          <w:color w:val="1F1F1F"/>
          <w:sz w:val="28"/>
          <w:szCs w:val="28"/>
        </w:rPr>
      </w:pPr>
      <w:r w:rsidRPr="00BA322C">
        <w:rPr>
          <w:b/>
          <w:bCs/>
          <w:color w:val="1F1F1F"/>
          <w:sz w:val="28"/>
          <w:szCs w:val="28"/>
          <w:bdr w:val="none" w:sz="0" w:space="0" w:color="auto" w:frame="1"/>
        </w:rPr>
        <w:t>5.3. Tổng số lao động (dự kiến):</w:t>
      </w:r>
      <w:r w:rsidRPr="00BA322C">
        <w:rPr>
          <w:color w:val="1F1F1F"/>
          <w:sz w:val="28"/>
          <w:szCs w:val="28"/>
        </w:rPr>
        <w:t xml:space="preserve"> </w:t>
      </w:r>
      <w:r w:rsidRPr="00BA322C">
        <w:rPr>
          <w:b/>
          <w:bCs/>
          <w:color w:val="1F1F1F"/>
          <w:sz w:val="28"/>
          <w:szCs w:val="28"/>
          <w:bdr w:val="none" w:sz="0" w:space="0" w:color="auto" w:frame="1"/>
        </w:rPr>
        <w:t>01</w:t>
      </w:r>
    </w:p>
    <w:p w:rsidR="00BA322C" w:rsidRDefault="00BA322C" w:rsidP="00911044">
      <w:pPr>
        <w:pStyle w:val="NormalWeb"/>
        <w:tabs>
          <w:tab w:val="left" w:pos="8505"/>
        </w:tabs>
        <w:spacing w:before="0" w:beforeAutospacing="0" w:after="96" w:afterAutospacing="0"/>
        <w:ind w:firstLine="426"/>
        <w:rPr>
          <w:color w:val="1F1F1F"/>
          <w:sz w:val="28"/>
          <w:szCs w:val="28"/>
          <w:lang w:val="vi-VN"/>
        </w:rPr>
      </w:pPr>
      <w:r w:rsidRPr="00BA322C">
        <w:rPr>
          <w:b/>
          <w:bCs/>
          <w:color w:val="1F1F1F"/>
          <w:sz w:val="28"/>
          <w:szCs w:val="28"/>
          <w:bdr w:val="none" w:sz="0" w:space="0" w:color="auto" w:frame="1"/>
        </w:rPr>
        <w:t>5.4. Phương pháp tính thuế GTGT</w:t>
      </w:r>
      <w:r w:rsidRPr="00BA322C">
        <w:rPr>
          <w:color w:val="1F1F1F"/>
          <w:sz w:val="28"/>
          <w:szCs w:val="28"/>
        </w:rPr>
        <w:t xml:space="preserve"> (chọn 1 trong 2 phương pháp):</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33"/>
        <w:gridCol w:w="4434"/>
      </w:tblGrid>
      <w:tr w:rsidR="006B0309" w:rsidRPr="006B0309" w:rsidTr="006B0309">
        <w:trPr>
          <w:jc w:val="center"/>
        </w:trPr>
        <w:tc>
          <w:tcPr>
            <w:tcW w:w="4433" w:type="dxa"/>
          </w:tcPr>
          <w:p w:rsidR="006B0309" w:rsidRPr="006B0309" w:rsidRDefault="006B0309" w:rsidP="006B0309">
            <w:pPr>
              <w:pStyle w:val="NormalWeb"/>
              <w:tabs>
                <w:tab w:val="left" w:pos="8505"/>
              </w:tabs>
              <w:spacing w:before="0" w:beforeAutospacing="0" w:after="96" w:afterAutospacing="0"/>
              <w:jc w:val="center"/>
              <w:rPr>
                <w:color w:val="1F1F1F"/>
                <w:sz w:val="28"/>
                <w:szCs w:val="28"/>
                <w:lang w:val="vi-VN"/>
              </w:rPr>
            </w:pPr>
            <w:r w:rsidRPr="006B0309">
              <w:rPr>
                <w:rFonts w:ascii="Segoe UI Symbol" w:hAnsi="Segoe UI Symbol" w:cs="Segoe UI Symbol"/>
                <w:color w:val="1F1F1F"/>
                <w:sz w:val="28"/>
                <w:szCs w:val="28"/>
              </w:rPr>
              <w:t>☐</w:t>
            </w:r>
            <w:r w:rsidRPr="006B0309">
              <w:rPr>
                <w:color w:val="1F1F1F"/>
                <w:sz w:val="28"/>
                <w:szCs w:val="28"/>
              </w:rPr>
              <w:t xml:space="preserve"> Phương pháp kê khai</w:t>
            </w:r>
          </w:p>
        </w:tc>
        <w:tc>
          <w:tcPr>
            <w:tcW w:w="4434" w:type="dxa"/>
          </w:tcPr>
          <w:p w:rsidR="006B0309" w:rsidRPr="006B0309" w:rsidRDefault="006B0309" w:rsidP="006B0309">
            <w:pPr>
              <w:pStyle w:val="NormalWeb"/>
              <w:tabs>
                <w:tab w:val="left" w:pos="8505"/>
              </w:tabs>
              <w:spacing w:before="0" w:beforeAutospacing="0" w:after="96" w:afterAutospacing="0"/>
              <w:ind w:firstLine="426"/>
              <w:rPr>
                <w:color w:val="1F1F1F"/>
                <w:sz w:val="28"/>
                <w:szCs w:val="28"/>
                <w:lang w:val="vi-VN"/>
              </w:rPr>
            </w:pPr>
            <w:r w:rsidRPr="006B0309">
              <w:rPr>
                <w:rFonts w:ascii="Segoe UI Symbol" w:hAnsi="Segoe UI Symbol" w:cs="Segoe UI Symbol"/>
                <w:color w:val="1F1F1F"/>
                <w:sz w:val="28"/>
                <w:szCs w:val="28"/>
              </w:rPr>
              <w:t>☐</w:t>
            </w:r>
            <w:r w:rsidRPr="006B0309">
              <w:rPr>
                <w:color w:val="1F1F1F"/>
                <w:sz w:val="28"/>
                <w:szCs w:val="28"/>
                <w:lang w:val="vi-VN"/>
              </w:rPr>
              <w:t xml:space="preserve"> </w:t>
            </w:r>
            <w:r w:rsidRPr="006B0309">
              <w:rPr>
                <w:color w:val="1F1F1F"/>
                <w:sz w:val="28"/>
                <w:szCs w:val="28"/>
              </w:rPr>
              <w:t>Phương pháp khoán</w:t>
            </w:r>
          </w:p>
        </w:tc>
      </w:tr>
    </w:tbl>
    <w:p w:rsidR="00BA322C" w:rsidRDefault="00BA322C" w:rsidP="00911044">
      <w:pPr>
        <w:pStyle w:val="NormalWeb"/>
        <w:tabs>
          <w:tab w:val="left" w:pos="8505"/>
        </w:tabs>
        <w:spacing w:before="0" w:beforeAutospacing="0" w:after="96" w:afterAutospacing="0"/>
        <w:rPr>
          <w:color w:val="1F1F1F"/>
          <w:sz w:val="28"/>
          <w:szCs w:val="28"/>
          <w:lang w:val="vi-VN"/>
        </w:rPr>
      </w:pPr>
      <w:r w:rsidRPr="00BA322C">
        <w:rPr>
          <w:b/>
          <w:bCs/>
          <w:color w:val="1F1F1F"/>
          <w:sz w:val="28"/>
          <w:szCs w:val="28"/>
          <w:bdr w:val="none" w:sz="0" w:space="0" w:color="auto" w:frame="1"/>
        </w:rPr>
        <w:t>6. Chủ thể thành lập hộ kinh doanh:</w:t>
      </w:r>
      <w:r w:rsidRPr="00BA322C">
        <w:rPr>
          <w:color w:val="1F1F1F"/>
          <w:sz w:val="28"/>
          <w:szCs w:val="28"/>
        </w:rPr>
        <w:t xml:space="preserve"> (đánh dấu X vào ô thích hợp)</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33"/>
        <w:gridCol w:w="4434"/>
      </w:tblGrid>
      <w:tr w:rsidR="006B0309" w:rsidRPr="006B0309" w:rsidTr="007F796A">
        <w:trPr>
          <w:jc w:val="center"/>
        </w:trPr>
        <w:tc>
          <w:tcPr>
            <w:tcW w:w="4433" w:type="dxa"/>
          </w:tcPr>
          <w:p w:rsidR="006B0309" w:rsidRPr="006B0309" w:rsidRDefault="006B0309" w:rsidP="007F796A">
            <w:pPr>
              <w:pStyle w:val="NormalWeb"/>
              <w:tabs>
                <w:tab w:val="left" w:pos="8505"/>
              </w:tabs>
              <w:spacing w:before="0" w:beforeAutospacing="0" w:after="96" w:afterAutospacing="0"/>
              <w:jc w:val="center"/>
              <w:rPr>
                <w:color w:val="1F1F1F"/>
                <w:sz w:val="28"/>
                <w:szCs w:val="28"/>
                <w:lang w:val="vi-VN"/>
              </w:rPr>
            </w:pPr>
            <w:r w:rsidRPr="006B0309">
              <w:rPr>
                <w:rFonts w:ascii="Segoe UI Symbol" w:hAnsi="Segoe UI Symbol" w:cs="Segoe UI Symbol"/>
                <w:color w:val="1F1F1F"/>
                <w:sz w:val="28"/>
                <w:szCs w:val="28"/>
              </w:rPr>
              <w:t>☐</w:t>
            </w:r>
            <w:r w:rsidRPr="00BA322C">
              <w:rPr>
                <w:color w:val="1F1F1F"/>
                <w:sz w:val="28"/>
                <w:szCs w:val="28"/>
              </w:rPr>
              <w:t xml:space="preserve"> Cá nhân</w:t>
            </w:r>
          </w:p>
        </w:tc>
        <w:tc>
          <w:tcPr>
            <w:tcW w:w="4434" w:type="dxa"/>
          </w:tcPr>
          <w:p w:rsidR="006B0309" w:rsidRPr="006B0309" w:rsidRDefault="006B0309" w:rsidP="007F796A">
            <w:pPr>
              <w:pStyle w:val="NormalWeb"/>
              <w:tabs>
                <w:tab w:val="left" w:pos="8505"/>
              </w:tabs>
              <w:spacing w:before="0" w:beforeAutospacing="0" w:after="96" w:afterAutospacing="0"/>
              <w:ind w:firstLine="426"/>
              <w:rPr>
                <w:color w:val="1F1F1F"/>
                <w:sz w:val="28"/>
                <w:szCs w:val="28"/>
                <w:lang w:val="vi-VN"/>
              </w:rPr>
            </w:pPr>
            <w:r w:rsidRPr="006B0309">
              <w:rPr>
                <w:rFonts w:ascii="Segoe UI Symbol" w:hAnsi="Segoe UI Symbol" w:cs="Segoe UI Symbol"/>
                <w:color w:val="1F1F1F"/>
                <w:sz w:val="28"/>
                <w:szCs w:val="28"/>
              </w:rPr>
              <w:t>☐</w:t>
            </w:r>
            <w:r w:rsidRPr="006B0309">
              <w:rPr>
                <w:color w:val="1F1F1F"/>
                <w:sz w:val="28"/>
                <w:szCs w:val="28"/>
                <w:lang w:val="vi-VN"/>
              </w:rPr>
              <w:t xml:space="preserve"> </w:t>
            </w:r>
            <w:r w:rsidRPr="00BA322C">
              <w:rPr>
                <w:color w:val="1F1F1F"/>
                <w:sz w:val="28"/>
                <w:szCs w:val="28"/>
              </w:rPr>
              <w:t>Các thành viên hộ gia đình</w:t>
            </w:r>
          </w:p>
        </w:tc>
      </w:tr>
    </w:tbl>
    <w:p w:rsidR="006B0309" w:rsidRPr="006B0309" w:rsidRDefault="006B0309" w:rsidP="00BA322C">
      <w:pPr>
        <w:pStyle w:val="NormalWeb"/>
        <w:tabs>
          <w:tab w:val="left" w:pos="8505"/>
        </w:tabs>
        <w:spacing w:before="0" w:beforeAutospacing="0" w:after="96" w:afterAutospacing="0"/>
        <w:rPr>
          <w:b/>
          <w:bCs/>
          <w:color w:val="1F1F1F"/>
          <w:sz w:val="28"/>
          <w:szCs w:val="28"/>
          <w:bdr w:val="none" w:sz="0" w:space="0" w:color="auto" w:frame="1"/>
          <w:lang w:val="vi-VN"/>
        </w:rPr>
      </w:pPr>
    </w:p>
    <w:p w:rsidR="00BA322C" w:rsidRPr="006B0309" w:rsidRDefault="00BA322C" w:rsidP="006B0309">
      <w:pPr>
        <w:spacing w:after="96"/>
        <w:rPr>
          <w:rFonts w:ascii="Times New Roman" w:eastAsia="Times New Roman" w:hAnsi="Times New Roman" w:cs="Times New Roman"/>
          <w:bdr w:val="none" w:sz="0" w:space="0" w:color="auto" w:frame="1"/>
          <w:lang w:val="en-VN"/>
        </w:rPr>
      </w:pPr>
      <w:r w:rsidRPr="00BA322C">
        <w:rPr>
          <w:rFonts w:ascii="Times New Roman" w:hAnsi="Times New Roman" w:cs="Times New Roman"/>
          <w:b/>
          <w:bCs/>
          <w:color w:val="1F1F1F"/>
          <w:sz w:val="28"/>
          <w:szCs w:val="28"/>
          <w:bdr w:val="none" w:sz="0" w:space="0" w:color="auto" w:frame="1"/>
        </w:rPr>
        <w:t>7. Thông tin về các thành viên hộ gia đình đăng ký hộ kinh doanh</w:t>
      </w:r>
      <w:r w:rsidR="006B0309">
        <w:rPr>
          <w:rStyle w:val="FootnoteReference"/>
          <w:b/>
          <w:bCs/>
          <w:color w:val="1F1F1F"/>
          <w:sz w:val="28"/>
          <w:szCs w:val="28"/>
          <w:bdr w:val="none" w:sz="0" w:space="0" w:color="auto" w:frame="1"/>
        </w:rPr>
        <w:footnoteReference w:id="5"/>
      </w:r>
      <w:r w:rsidRPr="00BA322C">
        <w:rPr>
          <w:rFonts w:ascii="Times New Roman" w:hAnsi="Times New Roman" w:cs="Times New Roman"/>
          <w:b/>
          <w:bCs/>
          <w:color w:val="1F1F1F"/>
          <w:sz w:val="28"/>
          <w:szCs w:val="28"/>
          <w:bdr w:val="none" w:sz="0" w:space="0" w:color="auto" w:frame="1"/>
        </w:rPr>
        <w:t>:</w:t>
      </w:r>
      <w:r w:rsidRPr="00BA322C">
        <w:rPr>
          <w:rFonts w:ascii="Times New Roman" w:hAnsi="Times New Roman" w:cs="Times New Roman"/>
          <w:color w:val="1F1F1F"/>
          <w:sz w:val="28"/>
          <w:szCs w:val="28"/>
        </w:rPr>
        <w:t xml:space="preserve"> (Chỉ kê khai trong trường hợp chủ thể thành lập là các thành viên hộ gia đình)</w:t>
      </w:r>
    </w:p>
    <w:tbl>
      <w:tblPr>
        <w:tblStyle w:val="TableGrid"/>
        <w:tblW w:w="0" w:type="auto"/>
        <w:tblLook w:val="04A0" w:firstRow="1" w:lastRow="0" w:firstColumn="1" w:lastColumn="0" w:noHBand="0" w:noVBand="1"/>
      </w:tblPr>
      <w:tblGrid>
        <w:gridCol w:w="852"/>
        <w:gridCol w:w="813"/>
        <w:gridCol w:w="971"/>
        <w:gridCol w:w="872"/>
        <w:gridCol w:w="852"/>
        <w:gridCol w:w="879"/>
        <w:gridCol w:w="845"/>
        <w:gridCol w:w="1084"/>
        <w:gridCol w:w="848"/>
        <w:gridCol w:w="851"/>
      </w:tblGrid>
      <w:tr w:rsidR="006B0309" w:rsidTr="00E75272">
        <w:tc>
          <w:tcPr>
            <w:tcW w:w="886" w:type="dxa"/>
            <w:vAlign w:val="center"/>
          </w:tcPr>
          <w:p w:rsidR="006B0309" w:rsidRPr="00BA322C" w:rsidRDefault="006B0309" w:rsidP="006B0309">
            <w:pPr>
              <w:tabs>
                <w:tab w:val="left" w:pos="8505"/>
              </w:tabs>
              <w:spacing w:after="96"/>
              <w:rPr>
                <w:rFonts w:ascii="Times New Roman" w:hAnsi="Times New Roman" w:cs="Times New Roman"/>
                <w:color w:val="1F1F1F"/>
                <w:sz w:val="28"/>
                <w:szCs w:val="28"/>
              </w:rPr>
            </w:pPr>
            <w:r w:rsidRPr="00BA322C">
              <w:rPr>
                <w:rStyle w:val="Strong"/>
                <w:rFonts w:ascii="Times New Roman" w:hAnsi="Times New Roman" w:cs="Times New Roman"/>
                <w:color w:val="1F1F1F"/>
                <w:sz w:val="28"/>
                <w:szCs w:val="28"/>
                <w:bdr w:val="none" w:sz="0" w:space="0" w:color="auto" w:frame="1"/>
              </w:rPr>
              <w:t>STT</w:t>
            </w:r>
          </w:p>
        </w:tc>
        <w:tc>
          <w:tcPr>
            <w:tcW w:w="886" w:type="dxa"/>
            <w:vAlign w:val="center"/>
          </w:tcPr>
          <w:p w:rsidR="006B0309" w:rsidRPr="00BA322C" w:rsidRDefault="006B0309" w:rsidP="006B0309">
            <w:pPr>
              <w:tabs>
                <w:tab w:val="left" w:pos="8505"/>
              </w:tabs>
              <w:spacing w:after="96"/>
              <w:rPr>
                <w:rFonts w:ascii="Times New Roman" w:hAnsi="Times New Roman" w:cs="Times New Roman"/>
                <w:color w:val="1F1F1F"/>
                <w:sz w:val="28"/>
                <w:szCs w:val="28"/>
              </w:rPr>
            </w:pPr>
            <w:r w:rsidRPr="00BA322C">
              <w:rPr>
                <w:rStyle w:val="Strong"/>
                <w:rFonts w:ascii="Times New Roman" w:hAnsi="Times New Roman" w:cs="Times New Roman"/>
                <w:color w:val="1F1F1F"/>
                <w:sz w:val="28"/>
                <w:szCs w:val="28"/>
                <w:bdr w:val="none" w:sz="0" w:space="0" w:color="auto" w:frame="1"/>
              </w:rPr>
              <w:t>Họ tên</w:t>
            </w:r>
          </w:p>
        </w:tc>
        <w:tc>
          <w:tcPr>
            <w:tcW w:w="886" w:type="dxa"/>
            <w:vAlign w:val="center"/>
          </w:tcPr>
          <w:p w:rsidR="006B0309" w:rsidRPr="00BA322C" w:rsidRDefault="006B0309" w:rsidP="006B0309">
            <w:pPr>
              <w:tabs>
                <w:tab w:val="left" w:pos="8505"/>
              </w:tabs>
              <w:spacing w:after="96"/>
              <w:rPr>
                <w:rFonts w:ascii="Times New Roman" w:hAnsi="Times New Roman" w:cs="Times New Roman"/>
                <w:color w:val="1F1F1F"/>
                <w:sz w:val="28"/>
                <w:szCs w:val="28"/>
              </w:rPr>
            </w:pPr>
            <w:r w:rsidRPr="00BA322C">
              <w:rPr>
                <w:rStyle w:val="Strong"/>
                <w:rFonts w:ascii="Times New Roman" w:hAnsi="Times New Roman" w:cs="Times New Roman"/>
                <w:color w:val="1F1F1F"/>
                <w:sz w:val="28"/>
                <w:szCs w:val="28"/>
                <w:bdr w:val="none" w:sz="0" w:space="0" w:color="auto" w:frame="1"/>
              </w:rPr>
              <w:t>Ngày, tháng, năm sinh</w:t>
            </w:r>
          </w:p>
        </w:tc>
        <w:tc>
          <w:tcPr>
            <w:tcW w:w="887" w:type="dxa"/>
            <w:vAlign w:val="center"/>
          </w:tcPr>
          <w:p w:rsidR="006B0309" w:rsidRPr="00BA322C" w:rsidRDefault="006B0309" w:rsidP="006B0309">
            <w:pPr>
              <w:tabs>
                <w:tab w:val="left" w:pos="8505"/>
              </w:tabs>
              <w:spacing w:after="96"/>
              <w:rPr>
                <w:rFonts w:ascii="Times New Roman" w:hAnsi="Times New Roman" w:cs="Times New Roman"/>
                <w:color w:val="1F1F1F"/>
                <w:sz w:val="28"/>
                <w:szCs w:val="28"/>
              </w:rPr>
            </w:pPr>
            <w:r w:rsidRPr="00BA322C">
              <w:rPr>
                <w:rStyle w:val="Strong"/>
                <w:rFonts w:ascii="Times New Roman" w:hAnsi="Times New Roman" w:cs="Times New Roman"/>
                <w:color w:val="1F1F1F"/>
                <w:sz w:val="28"/>
                <w:szCs w:val="28"/>
                <w:bdr w:val="none" w:sz="0" w:space="0" w:color="auto" w:frame="1"/>
              </w:rPr>
              <w:t>Số định danh cá nhân</w:t>
            </w:r>
          </w:p>
        </w:tc>
        <w:tc>
          <w:tcPr>
            <w:tcW w:w="887" w:type="dxa"/>
            <w:vAlign w:val="center"/>
          </w:tcPr>
          <w:p w:rsidR="006B0309" w:rsidRPr="00BA322C" w:rsidRDefault="006B0309" w:rsidP="006B0309">
            <w:pPr>
              <w:tabs>
                <w:tab w:val="left" w:pos="8505"/>
              </w:tabs>
              <w:spacing w:after="96"/>
              <w:rPr>
                <w:rFonts w:ascii="Times New Roman" w:hAnsi="Times New Roman" w:cs="Times New Roman"/>
                <w:color w:val="1F1F1F"/>
                <w:sz w:val="28"/>
                <w:szCs w:val="28"/>
              </w:rPr>
            </w:pPr>
            <w:r w:rsidRPr="00BA322C">
              <w:rPr>
                <w:rStyle w:val="Strong"/>
                <w:rFonts w:ascii="Times New Roman" w:hAnsi="Times New Roman" w:cs="Times New Roman"/>
                <w:color w:val="1F1F1F"/>
                <w:sz w:val="28"/>
                <w:szCs w:val="28"/>
                <w:bdr w:val="none" w:sz="0" w:space="0" w:color="auto" w:frame="1"/>
              </w:rPr>
              <w:t>Giới tính</w:t>
            </w:r>
          </w:p>
        </w:tc>
        <w:tc>
          <w:tcPr>
            <w:tcW w:w="887" w:type="dxa"/>
            <w:vAlign w:val="center"/>
          </w:tcPr>
          <w:p w:rsidR="006B0309" w:rsidRPr="00BA322C" w:rsidRDefault="006B0309" w:rsidP="006B0309">
            <w:pPr>
              <w:tabs>
                <w:tab w:val="left" w:pos="8505"/>
              </w:tabs>
              <w:spacing w:after="96"/>
              <w:rPr>
                <w:rFonts w:ascii="Times New Roman" w:hAnsi="Times New Roman" w:cs="Times New Roman"/>
                <w:color w:val="1F1F1F"/>
                <w:sz w:val="28"/>
                <w:szCs w:val="28"/>
              </w:rPr>
            </w:pPr>
            <w:r w:rsidRPr="00BA322C">
              <w:rPr>
                <w:rStyle w:val="Strong"/>
                <w:rFonts w:ascii="Times New Roman" w:hAnsi="Times New Roman" w:cs="Times New Roman"/>
                <w:color w:val="1F1F1F"/>
                <w:sz w:val="28"/>
                <w:szCs w:val="28"/>
                <w:bdr w:val="none" w:sz="0" w:space="0" w:color="auto" w:frame="1"/>
              </w:rPr>
              <w:t>Quốc tịch</w:t>
            </w:r>
          </w:p>
        </w:tc>
        <w:tc>
          <w:tcPr>
            <w:tcW w:w="887" w:type="dxa"/>
            <w:vAlign w:val="center"/>
          </w:tcPr>
          <w:p w:rsidR="006B0309" w:rsidRPr="00BA322C" w:rsidRDefault="006B0309" w:rsidP="006B0309">
            <w:pPr>
              <w:tabs>
                <w:tab w:val="left" w:pos="8505"/>
              </w:tabs>
              <w:spacing w:after="96"/>
              <w:rPr>
                <w:rFonts w:ascii="Times New Roman" w:hAnsi="Times New Roman" w:cs="Times New Roman"/>
                <w:color w:val="1F1F1F"/>
                <w:sz w:val="28"/>
                <w:szCs w:val="28"/>
              </w:rPr>
            </w:pPr>
            <w:r w:rsidRPr="00BA322C">
              <w:rPr>
                <w:rStyle w:val="Strong"/>
                <w:rFonts w:ascii="Times New Roman" w:hAnsi="Times New Roman" w:cs="Times New Roman"/>
                <w:color w:val="1F1F1F"/>
                <w:sz w:val="28"/>
                <w:szCs w:val="28"/>
                <w:bdr w:val="none" w:sz="0" w:space="0" w:color="auto" w:frame="1"/>
              </w:rPr>
              <w:t>Dân tộc</w:t>
            </w:r>
          </w:p>
        </w:tc>
        <w:tc>
          <w:tcPr>
            <w:tcW w:w="887" w:type="dxa"/>
            <w:vAlign w:val="center"/>
          </w:tcPr>
          <w:p w:rsidR="006B0309" w:rsidRPr="00BA322C" w:rsidRDefault="006B0309" w:rsidP="006B0309">
            <w:pPr>
              <w:tabs>
                <w:tab w:val="left" w:pos="8505"/>
              </w:tabs>
              <w:spacing w:after="96"/>
              <w:rPr>
                <w:rFonts w:ascii="Times New Roman" w:hAnsi="Times New Roman" w:cs="Times New Roman"/>
                <w:color w:val="1F1F1F"/>
                <w:sz w:val="28"/>
                <w:szCs w:val="28"/>
              </w:rPr>
            </w:pPr>
            <w:r w:rsidRPr="00BA322C">
              <w:rPr>
                <w:rStyle w:val="Strong"/>
                <w:rFonts w:ascii="Times New Roman" w:hAnsi="Times New Roman" w:cs="Times New Roman"/>
                <w:color w:val="1F1F1F"/>
                <w:sz w:val="28"/>
                <w:szCs w:val="28"/>
                <w:bdr w:val="none" w:sz="0" w:space="0" w:color="auto" w:frame="1"/>
              </w:rPr>
              <w:t>Nơi thường trú</w:t>
            </w:r>
          </w:p>
        </w:tc>
        <w:tc>
          <w:tcPr>
            <w:tcW w:w="887" w:type="dxa"/>
            <w:vAlign w:val="center"/>
          </w:tcPr>
          <w:p w:rsidR="006B0309" w:rsidRPr="00BA322C" w:rsidRDefault="006B0309" w:rsidP="006B0309">
            <w:pPr>
              <w:tabs>
                <w:tab w:val="left" w:pos="8505"/>
              </w:tabs>
              <w:spacing w:after="96"/>
              <w:rPr>
                <w:rFonts w:ascii="Times New Roman" w:hAnsi="Times New Roman" w:cs="Times New Roman"/>
                <w:color w:val="1F1F1F"/>
                <w:sz w:val="28"/>
                <w:szCs w:val="28"/>
              </w:rPr>
            </w:pPr>
            <w:r w:rsidRPr="00BA322C">
              <w:rPr>
                <w:rStyle w:val="Strong"/>
                <w:rFonts w:ascii="Times New Roman" w:hAnsi="Times New Roman" w:cs="Times New Roman"/>
                <w:color w:val="1F1F1F"/>
                <w:sz w:val="28"/>
                <w:szCs w:val="28"/>
                <w:bdr w:val="none" w:sz="0" w:space="0" w:color="auto" w:frame="1"/>
              </w:rPr>
              <w:t>Nơi ở hiện tại</w:t>
            </w:r>
          </w:p>
        </w:tc>
        <w:tc>
          <w:tcPr>
            <w:tcW w:w="887" w:type="dxa"/>
            <w:vAlign w:val="center"/>
          </w:tcPr>
          <w:p w:rsidR="006B0309" w:rsidRPr="00BA322C" w:rsidRDefault="006B0309" w:rsidP="006B0309">
            <w:pPr>
              <w:tabs>
                <w:tab w:val="left" w:pos="8505"/>
              </w:tabs>
              <w:spacing w:after="96"/>
              <w:rPr>
                <w:rFonts w:ascii="Times New Roman" w:hAnsi="Times New Roman" w:cs="Times New Roman"/>
                <w:color w:val="1F1F1F"/>
                <w:sz w:val="28"/>
                <w:szCs w:val="28"/>
              </w:rPr>
            </w:pPr>
            <w:r w:rsidRPr="00BA322C">
              <w:rPr>
                <w:rStyle w:val="Strong"/>
                <w:rFonts w:ascii="Times New Roman" w:hAnsi="Times New Roman" w:cs="Times New Roman"/>
                <w:color w:val="1F1F1F"/>
                <w:sz w:val="28"/>
                <w:szCs w:val="28"/>
                <w:bdr w:val="none" w:sz="0" w:space="0" w:color="auto" w:frame="1"/>
              </w:rPr>
              <w:t>Chữ ký</w:t>
            </w:r>
          </w:p>
        </w:tc>
      </w:tr>
      <w:tr w:rsidR="006B0309" w:rsidRPr="006B0309">
        <w:tc>
          <w:tcPr>
            <w:tcW w:w="886" w:type="dxa"/>
          </w:tcPr>
          <w:p w:rsidR="006B0309" w:rsidRPr="006B0309" w:rsidRDefault="006B0309" w:rsidP="006B0309">
            <w:pPr>
              <w:pStyle w:val="NormalWeb"/>
              <w:tabs>
                <w:tab w:val="left" w:pos="8505"/>
              </w:tabs>
              <w:spacing w:before="0" w:beforeAutospacing="0" w:after="96" w:afterAutospacing="0"/>
              <w:jc w:val="center"/>
              <w:rPr>
                <w:b/>
                <w:bCs/>
                <w:color w:val="1F1F1F"/>
                <w:sz w:val="28"/>
                <w:szCs w:val="28"/>
                <w:lang w:val="vi-VN"/>
              </w:rPr>
            </w:pPr>
            <w:r w:rsidRPr="006B0309">
              <w:rPr>
                <w:b/>
                <w:bCs/>
                <w:color w:val="1F1F1F"/>
                <w:sz w:val="28"/>
                <w:szCs w:val="28"/>
                <w:lang w:val="vi-VN"/>
              </w:rPr>
              <w:t>1</w:t>
            </w:r>
          </w:p>
        </w:tc>
        <w:tc>
          <w:tcPr>
            <w:tcW w:w="886" w:type="dxa"/>
          </w:tcPr>
          <w:p w:rsidR="006B0309" w:rsidRPr="006B0309" w:rsidRDefault="006B0309" w:rsidP="006B0309">
            <w:pPr>
              <w:pStyle w:val="NormalWeb"/>
              <w:tabs>
                <w:tab w:val="left" w:pos="8505"/>
              </w:tabs>
              <w:spacing w:before="0" w:beforeAutospacing="0" w:after="96" w:afterAutospacing="0"/>
              <w:jc w:val="center"/>
              <w:rPr>
                <w:b/>
                <w:bCs/>
                <w:color w:val="1F1F1F"/>
                <w:sz w:val="28"/>
                <w:szCs w:val="28"/>
                <w:lang w:val="vi-VN"/>
              </w:rPr>
            </w:pPr>
            <w:r w:rsidRPr="006B0309">
              <w:rPr>
                <w:b/>
                <w:bCs/>
                <w:color w:val="1F1F1F"/>
                <w:sz w:val="28"/>
                <w:szCs w:val="28"/>
                <w:lang w:val="vi-VN"/>
              </w:rPr>
              <w:t>2</w:t>
            </w:r>
          </w:p>
        </w:tc>
        <w:tc>
          <w:tcPr>
            <w:tcW w:w="886" w:type="dxa"/>
          </w:tcPr>
          <w:p w:rsidR="006B0309" w:rsidRPr="006B0309" w:rsidRDefault="006B0309" w:rsidP="006B0309">
            <w:pPr>
              <w:pStyle w:val="NormalWeb"/>
              <w:tabs>
                <w:tab w:val="left" w:pos="8505"/>
              </w:tabs>
              <w:spacing w:before="0" w:beforeAutospacing="0" w:after="96" w:afterAutospacing="0"/>
              <w:jc w:val="center"/>
              <w:rPr>
                <w:b/>
                <w:bCs/>
                <w:color w:val="1F1F1F"/>
                <w:sz w:val="28"/>
                <w:szCs w:val="28"/>
                <w:lang w:val="vi-VN"/>
              </w:rPr>
            </w:pPr>
            <w:r>
              <w:rPr>
                <w:b/>
                <w:bCs/>
                <w:color w:val="1F1F1F"/>
                <w:sz w:val="28"/>
                <w:szCs w:val="28"/>
                <w:lang w:val="vi-VN"/>
              </w:rPr>
              <w:t>3</w:t>
            </w:r>
          </w:p>
        </w:tc>
        <w:tc>
          <w:tcPr>
            <w:tcW w:w="887" w:type="dxa"/>
          </w:tcPr>
          <w:p w:rsidR="006B0309" w:rsidRPr="006B0309" w:rsidRDefault="006B0309" w:rsidP="006B0309">
            <w:pPr>
              <w:pStyle w:val="NormalWeb"/>
              <w:tabs>
                <w:tab w:val="left" w:pos="8505"/>
              </w:tabs>
              <w:spacing w:before="0" w:beforeAutospacing="0" w:after="96" w:afterAutospacing="0"/>
              <w:jc w:val="center"/>
              <w:rPr>
                <w:b/>
                <w:bCs/>
                <w:color w:val="1F1F1F"/>
                <w:sz w:val="28"/>
                <w:szCs w:val="28"/>
                <w:lang w:val="vi-VN"/>
              </w:rPr>
            </w:pPr>
            <w:r>
              <w:rPr>
                <w:b/>
                <w:bCs/>
                <w:color w:val="1F1F1F"/>
                <w:sz w:val="28"/>
                <w:szCs w:val="28"/>
                <w:lang w:val="vi-VN"/>
              </w:rPr>
              <w:t>4</w:t>
            </w:r>
          </w:p>
        </w:tc>
        <w:tc>
          <w:tcPr>
            <w:tcW w:w="887" w:type="dxa"/>
          </w:tcPr>
          <w:p w:rsidR="006B0309" w:rsidRPr="006B0309" w:rsidRDefault="006B0309" w:rsidP="006B0309">
            <w:pPr>
              <w:pStyle w:val="NormalWeb"/>
              <w:tabs>
                <w:tab w:val="left" w:pos="8505"/>
              </w:tabs>
              <w:spacing w:before="0" w:beforeAutospacing="0" w:after="96" w:afterAutospacing="0"/>
              <w:jc w:val="center"/>
              <w:rPr>
                <w:b/>
                <w:bCs/>
                <w:color w:val="1F1F1F"/>
                <w:sz w:val="28"/>
                <w:szCs w:val="28"/>
                <w:lang w:val="vi-VN"/>
              </w:rPr>
            </w:pPr>
            <w:r>
              <w:rPr>
                <w:b/>
                <w:bCs/>
                <w:color w:val="1F1F1F"/>
                <w:sz w:val="28"/>
                <w:szCs w:val="28"/>
                <w:lang w:val="vi-VN"/>
              </w:rPr>
              <w:t>5</w:t>
            </w:r>
          </w:p>
        </w:tc>
        <w:tc>
          <w:tcPr>
            <w:tcW w:w="887" w:type="dxa"/>
          </w:tcPr>
          <w:p w:rsidR="006B0309" w:rsidRPr="006B0309" w:rsidRDefault="006B0309" w:rsidP="006B0309">
            <w:pPr>
              <w:pStyle w:val="NormalWeb"/>
              <w:tabs>
                <w:tab w:val="left" w:pos="8505"/>
              </w:tabs>
              <w:spacing w:before="0" w:beforeAutospacing="0" w:after="96" w:afterAutospacing="0"/>
              <w:jc w:val="center"/>
              <w:rPr>
                <w:b/>
                <w:bCs/>
                <w:color w:val="1F1F1F"/>
                <w:sz w:val="28"/>
                <w:szCs w:val="28"/>
                <w:lang w:val="vi-VN"/>
              </w:rPr>
            </w:pPr>
            <w:r>
              <w:rPr>
                <w:b/>
                <w:bCs/>
                <w:color w:val="1F1F1F"/>
                <w:sz w:val="28"/>
                <w:szCs w:val="28"/>
                <w:lang w:val="vi-VN"/>
              </w:rPr>
              <w:t>6</w:t>
            </w:r>
          </w:p>
        </w:tc>
        <w:tc>
          <w:tcPr>
            <w:tcW w:w="887" w:type="dxa"/>
          </w:tcPr>
          <w:p w:rsidR="006B0309" w:rsidRPr="006B0309" w:rsidRDefault="006B0309" w:rsidP="006B0309">
            <w:pPr>
              <w:pStyle w:val="NormalWeb"/>
              <w:tabs>
                <w:tab w:val="left" w:pos="8505"/>
              </w:tabs>
              <w:spacing w:before="0" w:beforeAutospacing="0" w:after="96" w:afterAutospacing="0"/>
              <w:jc w:val="center"/>
              <w:rPr>
                <w:b/>
                <w:bCs/>
                <w:color w:val="1F1F1F"/>
                <w:sz w:val="28"/>
                <w:szCs w:val="28"/>
                <w:lang w:val="vi-VN"/>
              </w:rPr>
            </w:pPr>
            <w:r>
              <w:rPr>
                <w:b/>
                <w:bCs/>
                <w:color w:val="1F1F1F"/>
                <w:sz w:val="28"/>
                <w:szCs w:val="28"/>
                <w:lang w:val="vi-VN"/>
              </w:rPr>
              <w:t>7</w:t>
            </w:r>
          </w:p>
        </w:tc>
        <w:tc>
          <w:tcPr>
            <w:tcW w:w="887" w:type="dxa"/>
          </w:tcPr>
          <w:p w:rsidR="006B0309" w:rsidRPr="006B0309" w:rsidRDefault="006B0309" w:rsidP="006B0309">
            <w:pPr>
              <w:pStyle w:val="NormalWeb"/>
              <w:tabs>
                <w:tab w:val="left" w:pos="8505"/>
              </w:tabs>
              <w:spacing w:before="0" w:beforeAutospacing="0" w:after="96" w:afterAutospacing="0"/>
              <w:jc w:val="center"/>
              <w:rPr>
                <w:b/>
                <w:bCs/>
                <w:color w:val="1F1F1F"/>
                <w:sz w:val="28"/>
                <w:szCs w:val="28"/>
                <w:lang w:val="vi-VN"/>
              </w:rPr>
            </w:pPr>
            <w:r>
              <w:rPr>
                <w:b/>
                <w:bCs/>
                <w:color w:val="1F1F1F"/>
                <w:sz w:val="28"/>
                <w:szCs w:val="28"/>
                <w:lang w:val="vi-VN"/>
              </w:rPr>
              <w:t>8</w:t>
            </w:r>
          </w:p>
        </w:tc>
        <w:tc>
          <w:tcPr>
            <w:tcW w:w="887" w:type="dxa"/>
          </w:tcPr>
          <w:p w:rsidR="006B0309" w:rsidRPr="006B0309" w:rsidRDefault="006B0309" w:rsidP="006B0309">
            <w:pPr>
              <w:pStyle w:val="NormalWeb"/>
              <w:tabs>
                <w:tab w:val="left" w:pos="8505"/>
              </w:tabs>
              <w:spacing w:before="0" w:beforeAutospacing="0" w:after="96" w:afterAutospacing="0"/>
              <w:jc w:val="center"/>
              <w:rPr>
                <w:b/>
                <w:bCs/>
                <w:color w:val="1F1F1F"/>
                <w:sz w:val="28"/>
                <w:szCs w:val="28"/>
                <w:lang w:val="vi-VN"/>
              </w:rPr>
            </w:pPr>
            <w:r>
              <w:rPr>
                <w:b/>
                <w:bCs/>
                <w:color w:val="1F1F1F"/>
                <w:sz w:val="28"/>
                <w:szCs w:val="28"/>
                <w:lang w:val="vi-VN"/>
              </w:rPr>
              <w:t>9</w:t>
            </w:r>
          </w:p>
        </w:tc>
        <w:tc>
          <w:tcPr>
            <w:tcW w:w="887" w:type="dxa"/>
          </w:tcPr>
          <w:p w:rsidR="006B0309" w:rsidRPr="006B0309" w:rsidRDefault="006B0309" w:rsidP="006B0309">
            <w:pPr>
              <w:pStyle w:val="NormalWeb"/>
              <w:tabs>
                <w:tab w:val="left" w:pos="8505"/>
              </w:tabs>
              <w:spacing w:before="0" w:beforeAutospacing="0" w:after="96" w:afterAutospacing="0"/>
              <w:jc w:val="center"/>
              <w:rPr>
                <w:b/>
                <w:bCs/>
                <w:color w:val="1F1F1F"/>
                <w:sz w:val="28"/>
                <w:szCs w:val="28"/>
                <w:lang w:val="vi-VN"/>
              </w:rPr>
            </w:pPr>
            <w:r>
              <w:rPr>
                <w:b/>
                <w:bCs/>
                <w:color w:val="1F1F1F"/>
                <w:sz w:val="28"/>
                <w:szCs w:val="28"/>
                <w:lang w:val="vi-VN"/>
              </w:rPr>
              <w:t>10</w:t>
            </w:r>
          </w:p>
        </w:tc>
      </w:tr>
      <w:tr w:rsidR="006B0309">
        <w:tc>
          <w:tcPr>
            <w:tcW w:w="886"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c>
          <w:tcPr>
            <w:tcW w:w="886"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c>
          <w:tcPr>
            <w:tcW w:w="886"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c>
          <w:tcPr>
            <w:tcW w:w="887"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c>
          <w:tcPr>
            <w:tcW w:w="887"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c>
          <w:tcPr>
            <w:tcW w:w="887"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c>
          <w:tcPr>
            <w:tcW w:w="887"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c>
          <w:tcPr>
            <w:tcW w:w="887"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c>
          <w:tcPr>
            <w:tcW w:w="887"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c>
          <w:tcPr>
            <w:tcW w:w="887"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r>
      <w:tr w:rsidR="006B0309">
        <w:tc>
          <w:tcPr>
            <w:tcW w:w="886"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c>
          <w:tcPr>
            <w:tcW w:w="886"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c>
          <w:tcPr>
            <w:tcW w:w="886"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c>
          <w:tcPr>
            <w:tcW w:w="887"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c>
          <w:tcPr>
            <w:tcW w:w="887"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c>
          <w:tcPr>
            <w:tcW w:w="887"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c>
          <w:tcPr>
            <w:tcW w:w="887"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c>
          <w:tcPr>
            <w:tcW w:w="887"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c>
          <w:tcPr>
            <w:tcW w:w="887"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c>
          <w:tcPr>
            <w:tcW w:w="887"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r>
    </w:tbl>
    <w:p w:rsidR="006B0309" w:rsidRPr="006B0309" w:rsidRDefault="006B0309" w:rsidP="00BA322C">
      <w:pPr>
        <w:pStyle w:val="NormalWeb"/>
        <w:tabs>
          <w:tab w:val="left" w:pos="8505"/>
        </w:tabs>
        <w:spacing w:before="0" w:beforeAutospacing="0" w:after="96" w:afterAutospacing="0"/>
        <w:rPr>
          <w:color w:val="1F1F1F"/>
          <w:sz w:val="28"/>
          <w:szCs w:val="28"/>
          <w:lang w:val="vi-VN"/>
        </w:rPr>
      </w:pPr>
    </w:p>
    <w:p w:rsidR="00BA322C" w:rsidRPr="00BA322C" w:rsidRDefault="00BA322C" w:rsidP="00BA322C">
      <w:pPr>
        <w:pStyle w:val="NormalWeb"/>
        <w:tabs>
          <w:tab w:val="left" w:pos="8505"/>
        </w:tabs>
        <w:spacing w:before="0" w:beforeAutospacing="0" w:after="96" w:afterAutospacing="0"/>
        <w:rPr>
          <w:color w:val="1F1F1F"/>
          <w:sz w:val="28"/>
          <w:szCs w:val="28"/>
        </w:rPr>
      </w:pPr>
      <w:r w:rsidRPr="00BA322C">
        <w:rPr>
          <w:b/>
          <w:bCs/>
          <w:color w:val="1F1F1F"/>
          <w:sz w:val="28"/>
          <w:szCs w:val="28"/>
          <w:bdr w:val="none" w:sz="0" w:space="0" w:color="auto" w:frame="1"/>
        </w:rPr>
        <w:t>Tôi xin cam kết:</w:t>
      </w:r>
    </w:p>
    <w:p w:rsidR="00BA322C" w:rsidRPr="00BA322C" w:rsidRDefault="006B0309" w:rsidP="006B0309">
      <w:pPr>
        <w:pStyle w:val="NormalWeb"/>
        <w:tabs>
          <w:tab w:val="left" w:pos="8505"/>
        </w:tabs>
        <w:spacing w:before="0" w:beforeAutospacing="0" w:after="96" w:afterAutospacing="0"/>
        <w:ind w:firstLine="709"/>
        <w:jc w:val="both"/>
        <w:rPr>
          <w:color w:val="1F1F1F"/>
          <w:sz w:val="28"/>
          <w:szCs w:val="28"/>
        </w:rPr>
      </w:pPr>
      <w:r>
        <w:rPr>
          <w:color w:val="1F1F1F"/>
          <w:sz w:val="28"/>
          <w:szCs w:val="28"/>
          <w:lang w:val="vi-VN"/>
        </w:rPr>
        <w:lastRenderedPageBreak/>
        <w:t xml:space="preserve">- </w:t>
      </w:r>
      <w:r w:rsidR="00BA322C" w:rsidRPr="00BA322C">
        <w:rPr>
          <w:color w:val="1F1F1F"/>
          <w:sz w:val="28"/>
          <w:szCs w:val="28"/>
        </w:rPr>
        <w:t>Bản thân (trường hợp hộ kinh doanh do một cá nhân đăng ký thành lập)/Bản thân và các thành viên hộ gia đình đăng ký hộ kinh doanh (trường hợp hộ kinh doanh do các thành viên hộ gia đình đăng ký thành lập) đồng ý chia sẻ thông tin cá nhân được lưu giữ tại Cơ sở dữ liệu quốc gia về dân cư cho Cơ quan đăng ký kinh doanh cấp xã, Cơ quan quản lý nhà nước về đăng ký kinh doanh để phục vụ công tác quản lý nhà nước về đăng ký hộ kinh doanh theo quy định;</w:t>
      </w:r>
    </w:p>
    <w:p w:rsidR="00BA322C" w:rsidRPr="00BA322C" w:rsidRDefault="006B0309" w:rsidP="006B0309">
      <w:pPr>
        <w:pStyle w:val="NormalWeb"/>
        <w:tabs>
          <w:tab w:val="left" w:pos="8505"/>
        </w:tabs>
        <w:spacing w:before="0" w:beforeAutospacing="0" w:after="96" w:afterAutospacing="0"/>
        <w:ind w:firstLine="709"/>
        <w:jc w:val="both"/>
        <w:rPr>
          <w:color w:val="1F1F1F"/>
          <w:sz w:val="28"/>
          <w:szCs w:val="28"/>
        </w:rPr>
      </w:pPr>
      <w:r>
        <w:rPr>
          <w:color w:val="1F1F1F"/>
          <w:sz w:val="28"/>
          <w:szCs w:val="28"/>
          <w:lang w:val="vi-VN"/>
        </w:rPr>
        <w:t xml:space="preserve">- </w:t>
      </w:r>
      <w:r w:rsidR="00BA322C" w:rsidRPr="00BA322C">
        <w:rPr>
          <w:color w:val="1F1F1F"/>
          <w:sz w:val="28"/>
          <w:szCs w:val="28"/>
        </w:rPr>
        <w:t>Bản thân (trường hợp hộ kinh doanh do một cá nhân đăng ký thành lập)/Bản thân và các thành viên hộ gia đình đăng ký hộ kinh doanh (trường hợp hộ kinh doanh do các thành viên hộ gia đình đăng ký thành lập) không thuộc diện pháp luật cấm kinh doanh;</w:t>
      </w:r>
      <w:r>
        <w:rPr>
          <w:color w:val="1F1F1F"/>
          <w:sz w:val="28"/>
          <w:szCs w:val="28"/>
          <w:lang w:val="vi-VN"/>
        </w:rPr>
        <w:t xml:space="preserve"> </w:t>
      </w:r>
      <w:r w:rsidR="00BA322C" w:rsidRPr="00BA322C">
        <w:rPr>
          <w:color w:val="1F1F1F"/>
          <w:sz w:val="28"/>
          <w:szCs w:val="28"/>
        </w:rPr>
        <w:t>Không đồng thời là chủ hộ kinh doanh, thành viên hộ gia đình đăng ký hộ kinh doanh khác;</w:t>
      </w:r>
      <w:r>
        <w:rPr>
          <w:color w:val="1F1F1F"/>
          <w:sz w:val="28"/>
          <w:szCs w:val="28"/>
          <w:lang w:val="vi-VN"/>
        </w:rPr>
        <w:t xml:space="preserve"> </w:t>
      </w:r>
      <w:r w:rsidR="00BA322C" w:rsidRPr="00BA322C">
        <w:rPr>
          <w:color w:val="1F1F1F"/>
          <w:sz w:val="28"/>
          <w:szCs w:val="28"/>
        </w:rPr>
        <w:t>Không là chủ doanh nghiệp tư nhân;</w:t>
      </w:r>
    </w:p>
    <w:p w:rsidR="00BA322C" w:rsidRPr="00BA322C" w:rsidRDefault="006B0309" w:rsidP="006B0309">
      <w:pPr>
        <w:pStyle w:val="NormalWeb"/>
        <w:tabs>
          <w:tab w:val="left" w:pos="8505"/>
        </w:tabs>
        <w:spacing w:before="0" w:beforeAutospacing="0" w:after="96" w:afterAutospacing="0"/>
        <w:ind w:firstLine="709"/>
        <w:jc w:val="both"/>
        <w:rPr>
          <w:color w:val="1F1F1F"/>
          <w:sz w:val="28"/>
          <w:szCs w:val="28"/>
        </w:rPr>
      </w:pPr>
      <w:r>
        <w:rPr>
          <w:color w:val="1F1F1F"/>
          <w:sz w:val="28"/>
          <w:szCs w:val="28"/>
          <w:lang w:val="vi-VN"/>
        </w:rPr>
        <w:t xml:space="preserve">- </w:t>
      </w:r>
      <w:r w:rsidR="00BA322C" w:rsidRPr="00BA322C">
        <w:rPr>
          <w:color w:val="1F1F1F"/>
          <w:sz w:val="28"/>
          <w:szCs w:val="28"/>
        </w:rPr>
        <w:t>Trụ sở thuộc quyền sử dụng hợp pháp của hộ kinh doanh và được sử dụng đúng mục đích theo quy định của pháp luật (hộ kinh doanh chỉ cam kết trong trường hợp kinh doanh tại trụ sở);</w:t>
      </w:r>
    </w:p>
    <w:p w:rsidR="00BA322C" w:rsidRDefault="006B0309" w:rsidP="006B0309">
      <w:pPr>
        <w:pStyle w:val="NormalWeb"/>
        <w:tabs>
          <w:tab w:val="left" w:pos="8505"/>
        </w:tabs>
        <w:spacing w:before="0" w:beforeAutospacing="0" w:after="96" w:afterAutospacing="0"/>
        <w:ind w:firstLine="709"/>
        <w:rPr>
          <w:color w:val="1F1F1F"/>
          <w:sz w:val="28"/>
          <w:szCs w:val="28"/>
          <w:lang w:val="vi-VN"/>
        </w:rPr>
      </w:pPr>
      <w:r>
        <w:rPr>
          <w:color w:val="1F1F1F"/>
          <w:sz w:val="28"/>
          <w:szCs w:val="28"/>
          <w:lang w:val="vi-VN"/>
        </w:rPr>
        <w:t xml:space="preserve">- </w:t>
      </w:r>
      <w:r w:rsidR="00BA322C" w:rsidRPr="00BA322C">
        <w:rPr>
          <w:color w:val="1F1F1F"/>
          <w:sz w:val="28"/>
          <w:szCs w:val="28"/>
        </w:rPr>
        <w:t>Hoàn toàn chịu trách nhiệm trước pháp luật về tính hợp pháp, chính xác và trung thực của nội dung đăng ký trên.</w:t>
      </w:r>
    </w:p>
    <w:tbl>
      <w:tblPr>
        <w:tblStyle w:val="TableGrid"/>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33"/>
        <w:gridCol w:w="5173"/>
      </w:tblGrid>
      <w:tr w:rsidR="006B0309" w:rsidTr="006B0309">
        <w:tc>
          <w:tcPr>
            <w:tcW w:w="4433" w:type="dxa"/>
          </w:tcPr>
          <w:p w:rsidR="006B0309" w:rsidRDefault="006B0309" w:rsidP="006B0309">
            <w:pPr>
              <w:pStyle w:val="NormalWeb"/>
              <w:tabs>
                <w:tab w:val="left" w:pos="8505"/>
              </w:tabs>
              <w:spacing w:before="0" w:beforeAutospacing="0" w:after="96" w:afterAutospacing="0"/>
              <w:rPr>
                <w:color w:val="1F1F1F"/>
                <w:sz w:val="28"/>
                <w:szCs w:val="28"/>
                <w:lang w:val="vi-VN"/>
              </w:rPr>
            </w:pPr>
          </w:p>
        </w:tc>
        <w:tc>
          <w:tcPr>
            <w:tcW w:w="5173" w:type="dxa"/>
          </w:tcPr>
          <w:p w:rsidR="006B0309" w:rsidRPr="006B0309" w:rsidRDefault="006B0309" w:rsidP="006B0309">
            <w:pPr>
              <w:pStyle w:val="NormalWeb"/>
              <w:tabs>
                <w:tab w:val="left" w:pos="8505"/>
              </w:tabs>
              <w:spacing w:before="0" w:beforeAutospacing="0" w:after="0" w:afterAutospacing="0"/>
              <w:jc w:val="center"/>
              <w:rPr>
                <w:b/>
                <w:bCs/>
                <w:color w:val="1F1F1F"/>
                <w:sz w:val="28"/>
                <w:szCs w:val="28"/>
              </w:rPr>
            </w:pPr>
            <w:r w:rsidRPr="006B0309">
              <w:rPr>
                <w:b/>
                <w:bCs/>
                <w:color w:val="1F1F1F"/>
                <w:sz w:val="28"/>
                <w:szCs w:val="28"/>
              </w:rPr>
              <w:t>CHỦ HỘ KINH DOANH</w:t>
            </w:r>
          </w:p>
          <w:p w:rsidR="006B0309" w:rsidRDefault="006B0309" w:rsidP="006B0309">
            <w:pPr>
              <w:pStyle w:val="NormalWeb"/>
              <w:tabs>
                <w:tab w:val="left" w:pos="8505"/>
              </w:tabs>
              <w:spacing w:before="0" w:beforeAutospacing="0" w:after="0" w:afterAutospacing="0"/>
              <w:jc w:val="center"/>
              <w:rPr>
                <w:color w:val="1F1F1F"/>
                <w:sz w:val="28"/>
                <w:szCs w:val="28"/>
                <w:lang w:val="vi-VN"/>
              </w:rPr>
            </w:pPr>
            <w:r w:rsidRPr="00BA322C">
              <w:rPr>
                <w:color w:val="1F1F1F"/>
                <w:sz w:val="28"/>
                <w:szCs w:val="28"/>
              </w:rPr>
              <w:t>(Ký và ghi họ tên)</w:t>
            </w:r>
          </w:p>
          <w:p w:rsidR="006B0309" w:rsidRDefault="006B0309" w:rsidP="006B0309">
            <w:pPr>
              <w:pStyle w:val="NormalWeb"/>
              <w:tabs>
                <w:tab w:val="left" w:pos="8505"/>
              </w:tabs>
              <w:spacing w:before="0" w:beforeAutospacing="0" w:after="96"/>
              <w:jc w:val="center"/>
              <w:rPr>
                <w:color w:val="1F1F1F"/>
                <w:sz w:val="28"/>
                <w:szCs w:val="28"/>
                <w:lang w:val="vi-VN"/>
              </w:rPr>
            </w:pPr>
          </w:p>
          <w:p w:rsidR="006B0309" w:rsidRDefault="006B0309" w:rsidP="006B0309">
            <w:pPr>
              <w:pStyle w:val="NormalWeb"/>
              <w:tabs>
                <w:tab w:val="left" w:pos="8505"/>
              </w:tabs>
              <w:spacing w:before="0" w:beforeAutospacing="0" w:after="96"/>
              <w:jc w:val="center"/>
              <w:rPr>
                <w:color w:val="1F1F1F"/>
                <w:sz w:val="28"/>
                <w:szCs w:val="28"/>
                <w:lang w:val="vi-VN"/>
              </w:rPr>
            </w:pPr>
          </w:p>
          <w:p w:rsidR="006B0309" w:rsidRDefault="006B0309" w:rsidP="006B0309">
            <w:pPr>
              <w:pStyle w:val="NormalWeb"/>
              <w:tabs>
                <w:tab w:val="left" w:pos="8505"/>
              </w:tabs>
              <w:spacing w:before="0" w:beforeAutospacing="0" w:after="96"/>
              <w:jc w:val="center"/>
              <w:rPr>
                <w:color w:val="1F1F1F"/>
                <w:sz w:val="28"/>
                <w:szCs w:val="28"/>
                <w:lang w:val="vi-VN"/>
              </w:rPr>
            </w:pPr>
          </w:p>
          <w:p w:rsidR="006B0309" w:rsidRPr="006B0309" w:rsidRDefault="006B0309" w:rsidP="006B0309">
            <w:pPr>
              <w:pStyle w:val="NormalWeb"/>
              <w:tabs>
                <w:tab w:val="left" w:pos="8505"/>
              </w:tabs>
              <w:spacing w:before="0" w:beforeAutospacing="0" w:after="96"/>
              <w:jc w:val="center"/>
              <w:rPr>
                <w:color w:val="1F1F1F"/>
                <w:sz w:val="28"/>
                <w:szCs w:val="28"/>
                <w:lang w:val="vi-VN"/>
              </w:rPr>
            </w:pPr>
          </w:p>
          <w:p w:rsidR="006B0309" w:rsidRPr="006B0309" w:rsidRDefault="006B0309" w:rsidP="006B0309">
            <w:pPr>
              <w:pStyle w:val="NormalWeb"/>
              <w:tabs>
                <w:tab w:val="left" w:pos="8505"/>
              </w:tabs>
              <w:spacing w:before="0" w:beforeAutospacing="0" w:after="96"/>
              <w:jc w:val="center"/>
              <w:rPr>
                <w:b/>
                <w:bCs/>
                <w:color w:val="1F1F1F"/>
                <w:sz w:val="28"/>
                <w:szCs w:val="28"/>
              </w:rPr>
            </w:pPr>
            <w:r w:rsidRPr="006B0309">
              <w:rPr>
                <w:b/>
                <w:bCs/>
                <w:color w:val="1F1F1F"/>
                <w:sz w:val="28"/>
                <w:szCs w:val="28"/>
              </w:rPr>
              <w:t>NGUYỄN VĂN A</w:t>
            </w:r>
          </w:p>
          <w:p w:rsidR="006B0309" w:rsidRDefault="006B0309" w:rsidP="006B0309">
            <w:pPr>
              <w:pStyle w:val="NormalWeb"/>
              <w:tabs>
                <w:tab w:val="left" w:pos="8505"/>
              </w:tabs>
              <w:spacing w:before="0" w:beforeAutospacing="0" w:after="96" w:afterAutospacing="0"/>
              <w:rPr>
                <w:color w:val="1F1F1F"/>
                <w:sz w:val="28"/>
                <w:szCs w:val="28"/>
                <w:lang w:val="vi-VN"/>
              </w:rPr>
            </w:pPr>
          </w:p>
        </w:tc>
      </w:tr>
    </w:tbl>
    <w:p w:rsidR="006B0309" w:rsidRPr="006B0309" w:rsidRDefault="006B0309" w:rsidP="006B0309">
      <w:pPr>
        <w:pStyle w:val="NormalWeb"/>
        <w:tabs>
          <w:tab w:val="left" w:pos="8505"/>
        </w:tabs>
        <w:spacing w:before="0" w:beforeAutospacing="0" w:after="96" w:afterAutospacing="0"/>
        <w:ind w:firstLine="709"/>
        <w:rPr>
          <w:color w:val="1F1F1F"/>
          <w:sz w:val="28"/>
          <w:szCs w:val="28"/>
          <w:lang w:val="vi-VN"/>
        </w:rPr>
      </w:pPr>
    </w:p>
    <w:p w:rsidR="00583BBC" w:rsidRPr="00BA322C" w:rsidRDefault="00583BBC" w:rsidP="00BA322C">
      <w:pPr>
        <w:tabs>
          <w:tab w:val="left" w:pos="8505"/>
        </w:tabs>
        <w:spacing w:after="96"/>
        <w:rPr>
          <w:rFonts w:ascii="Times New Roman" w:hAnsi="Times New Roman" w:cs="Times New Roman"/>
          <w:sz w:val="28"/>
          <w:szCs w:val="28"/>
        </w:rPr>
      </w:pPr>
    </w:p>
    <w:sectPr w:rsidR="00583BBC" w:rsidRPr="00BA322C" w:rsidSect="006B0309">
      <w:pgSz w:w="12240" w:h="15840"/>
      <w:pgMar w:top="1440" w:right="1792" w:bottom="145" w:left="179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82507" w:rsidRDefault="00482507" w:rsidP="00911044">
      <w:pPr>
        <w:spacing w:before="0" w:after="96" w:line="240" w:lineRule="auto"/>
      </w:pPr>
      <w:r>
        <w:separator/>
      </w:r>
    </w:p>
  </w:endnote>
  <w:endnote w:type="continuationSeparator" w:id="0">
    <w:p w:rsidR="00482507" w:rsidRDefault="00482507" w:rsidP="00911044">
      <w:pPr>
        <w:spacing w:before="0" w:after="96"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A3"/>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82507" w:rsidRDefault="00482507" w:rsidP="00911044">
      <w:pPr>
        <w:spacing w:before="0" w:after="96" w:line="240" w:lineRule="auto"/>
      </w:pPr>
      <w:r>
        <w:separator/>
      </w:r>
    </w:p>
  </w:footnote>
  <w:footnote w:type="continuationSeparator" w:id="0">
    <w:p w:rsidR="00482507" w:rsidRDefault="00482507" w:rsidP="00911044">
      <w:pPr>
        <w:spacing w:before="0" w:after="96" w:line="240" w:lineRule="auto"/>
      </w:pPr>
      <w:r>
        <w:continuationSeparator/>
      </w:r>
    </w:p>
  </w:footnote>
  <w:footnote w:id="1">
    <w:p w:rsidR="00911044" w:rsidRDefault="00911044">
      <w:pPr>
        <w:pStyle w:val="FootnoteText"/>
        <w:spacing w:after="96"/>
        <w:rPr>
          <w:lang w:val="vi-VN"/>
        </w:rPr>
      </w:pPr>
      <w:r>
        <w:rPr>
          <w:rStyle w:val="FootnoteReference"/>
        </w:rPr>
        <w:footnoteRef/>
      </w:r>
      <w:r>
        <w:t xml:space="preserve"> </w:t>
      </w:r>
      <w:r w:rsidRPr="00911044">
        <w:t>Hộ kinh doanh có quyền tự do kinh doanh trong những ngành, nghề mà luật không cấm.</w:t>
      </w:r>
    </w:p>
    <w:p w:rsidR="00911044" w:rsidRPr="00911044" w:rsidRDefault="00911044" w:rsidP="00911044">
      <w:pPr>
        <w:pStyle w:val="FootnoteText"/>
        <w:spacing w:after="96"/>
        <w:rPr>
          <w:lang w:val="vi-VN"/>
        </w:rPr>
      </w:pPr>
      <w:r w:rsidRPr="00911044">
        <w:rPr>
          <w:lang w:val="vi-VN"/>
        </w:rPr>
        <w:t>- Các ngành, nghề cấm đầu tư kinh doanh quy định tại Điều 6 Luật Đầu tư;</w:t>
      </w:r>
    </w:p>
    <w:p w:rsidR="00911044" w:rsidRPr="00911044" w:rsidRDefault="00911044" w:rsidP="00911044">
      <w:pPr>
        <w:pStyle w:val="FootnoteText"/>
        <w:spacing w:after="96"/>
        <w:rPr>
          <w:lang w:val="vi-VN"/>
        </w:rPr>
      </w:pPr>
      <w:r w:rsidRPr="00911044">
        <w:rPr>
          <w:lang w:val="vi-VN"/>
        </w:rPr>
        <w:t>- Đối với những ngành, nghề đầu tư kinh doanh có điều kiện được quy định tại các văn bản quy phạm pháp luật khác, ngành, nghề</w:t>
      </w:r>
      <w:r>
        <w:rPr>
          <w:lang w:val="vi-VN"/>
        </w:rPr>
        <w:t xml:space="preserve"> </w:t>
      </w:r>
      <w:r w:rsidRPr="00911044">
        <w:rPr>
          <w:lang w:val="vi-VN"/>
        </w:rPr>
        <w:t>kinh doanh được ghi theo ngành, nghề quy định tại các văn bản quy phạm pháp luật đó. Hộ kinh doanh chỉ được kinh doanh khi</w:t>
      </w:r>
      <w:r>
        <w:rPr>
          <w:lang w:val="vi-VN"/>
        </w:rPr>
        <w:t xml:space="preserve"> </w:t>
      </w:r>
      <w:r w:rsidRPr="00911044">
        <w:rPr>
          <w:lang w:val="vi-VN"/>
        </w:rPr>
        <w:t>có đủ điều kiện theo quy định</w:t>
      </w:r>
      <w:r>
        <w:rPr>
          <w:lang w:val="vi-VN"/>
        </w:rPr>
        <w:t>.</w:t>
      </w:r>
    </w:p>
  </w:footnote>
  <w:footnote w:id="2">
    <w:p w:rsidR="00911044" w:rsidRPr="00911044" w:rsidRDefault="00911044">
      <w:pPr>
        <w:pStyle w:val="FootnoteText"/>
        <w:spacing w:after="96"/>
        <w:rPr>
          <w:lang w:val="vi-VN"/>
        </w:rPr>
      </w:pPr>
      <w:r>
        <w:rPr>
          <w:rStyle w:val="FootnoteReference"/>
        </w:rPr>
        <w:footnoteRef/>
      </w:r>
      <w:r>
        <w:t xml:space="preserve"> </w:t>
      </w:r>
      <w:r w:rsidRPr="00911044">
        <w:t>Ghi tên ngành và mã ngành cấp bốn trong Hệ thống ngành kinh tế Việt Nam đối với ngành, nghề kinh doanh chính. Đối với các ngành, nghề kinh doanh khác, hộ kinh doanh được ghi tự do và không cần ghi mã ngành cấp bốn</w:t>
      </w:r>
    </w:p>
  </w:footnote>
  <w:footnote w:id="3">
    <w:p w:rsidR="00911044" w:rsidRPr="00911044" w:rsidRDefault="00911044">
      <w:pPr>
        <w:pStyle w:val="FootnoteText"/>
        <w:spacing w:after="96"/>
        <w:rPr>
          <w:lang w:val="vi-VN"/>
        </w:rPr>
      </w:pPr>
      <w:r>
        <w:rPr>
          <w:rStyle w:val="FootnoteReference"/>
        </w:rPr>
        <w:footnoteRef/>
      </w:r>
      <w:r>
        <w:t xml:space="preserve"> </w:t>
      </w:r>
      <w:r w:rsidRPr="00911044">
        <w:t>Đánh dấu X để chọn một trong các ngành, nghề đã kê khai làm ngành, nghề kinh doanh chính.</w:t>
      </w:r>
    </w:p>
  </w:footnote>
  <w:footnote w:id="4">
    <w:p w:rsidR="006B0309" w:rsidRPr="006B0309" w:rsidRDefault="006B0309" w:rsidP="006B0309">
      <w:pPr>
        <w:pStyle w:val="FootnoteText"/>
        <w:spacing w:after="96"/>
      </w:pPr>
      <w:r>
        <w:rPr>
          <w:rStyle w:val="FootnoteReference"/>
        </w:rPr>
        <w:footnoteRef/>
      </w:r>
      <w:r>
        <w:t xml:space="preserve"> </w:t>
      </w:r>
      <w:r>
        <w:t>Trường hợp hộ kinh doanh được cấp Giấy chứng nhận đăng ký hộ kinh doanh sau ngày bắt đầu hoạt động đã kê khai thì ngày</w:t>
      </w:r>
      <w:r>
        <w:rPr>
          <w:lang w:val="vi-VN"/>
        </w:rPr>
        <w:t xml:space="preserve"> </w:t>
      </w:r>
      <w:r>
        <w:t>bắt đầu hoạt động là ngày hộ kinh doanh được cấp Giấy chứng nhận đăng ký hộ</w:t>
      </w:r>
      <w:r>
        <w:rPr>
          <w:lang w:val="vi-VN"/>
        </w:rPr>
        <w:t xml:space="preserve"> </w:t>
      </w:r>
      <w:r>
        <w:t>kinh doanh.</w:t>
      </w:r>
    </w:p>
  </w:footnote>
  <w:footnote w:id="5">
    <w:p w:rsidR="006B0309" w:rsidRPr="006B0309" w:rsidRDefault="006B0309" w:rsidP="006B0309">
      <w:pPr>
        <w:pStyle w:val="FootnoteText"/>
        <w:spacing w:after="96"/>
        <w:rPr>
          <w:lang w:val="vi-VN"/>
        </w:rPr>
      </w:pPr>
      <w:r>
        <w:rPr>
          <w:rStyle w:val="FootnoteReference"/>
        </w:rPr>
        <w:footnoteRef/>
      </w:r>
      <w:r>
        <w:t xml:space="preserve"> </w:t>
      </w:r>
      <w:r>
        <w:t>- Chỉ kê khai trong trường hợp chủ thể thành lập hộ kinh doanh là các thành viên hộ gia đình và kê khai cả thông tin của chủ</w:t>
      </w:r>
      <w:r>
        <w:rPr>
          <w:lang w:val="vi-VN"/>
        </w:rPr>
        <w:t xml:space="preserve"> </w:t>
      </w:r>
      <w:r>
        <w:t>hộ</w:t>
      </w:r>
      <w:r>
        <w:rPr>
          <w:lang w:val="vi-VN"/>
        </w:rPr>
        <w:t xml:space="preserve"> </w:t>
      </w:r>
      <w:r>
        <w:t>tại Bảng này;</w:t>
      </w:r>
    </w:p>
    <w:p w:rsidR="006B0309" w:rsidRPr="006B0309" w:rsidRDefault="006B0309" w:rsidP="006B0309">
      <w:pPr>
        <w:pStyle w:val="FootnoteText"/>
        <w:spacing w:after="96"/>
        <w:rPr>
          <w:lang w:val="vi-VN"/>
        </w:rPr>
      </w:pPr>
      <w:r>
        <w:t>-</w:t>
      </w:r>
      <w:r>
        <w:rPr>
          <w:lang w:val="vi-VN"/>
        </w:rPr>
        <w:t xml:space="preserve"> </w:t>
      </w:r>
      <w:r>
        <w:t>Trường</w:t>
      </w:r>
      <w:r>
        <w:rPr>
          <w:lang w:val="vi-VN"/>
        </w:rPr>
        <w:t xml:space="preserve"> </w:t>
      </w:r>
      <w:r>
        <w:t>hợp chủ</w:t>
      </w:r>
      <w:r>
        <w:rPr>
          <w:lang w:val="vi-VN"/>
        </w:rPr>
        <w:t xml:space="preserve"> </w:t>
      </w:r>
      <w:r>
        <w:t>hộ</w:t>
      </w:r>
      <w:r>
        <w:rPr>
          <w:lang w:val="vi-VN"/>
        </w:rPr>
        <w:t xml:space="preserve"> </w:t>
      </w:r>
      <w:r>
        <w:t>kinh doanh và các thành viên hộ</w:t>
      </w:r>
      <w:r>
        <w:rPr>
          <w:lang w:val="vi-VN"/>
        </w:rPr>
        <w:t xml:space="preserve"> </w:t>
      </w:r>
      <w:r>
        <w:t>gia đình đăng ký hộ</w:t>
      </w:r>
      <w:r>
        <w:rPr>
          <w:lang w:val="vi-VN"/>
        </w:rPr>
        <w:t xml:space="preserve"> </w:t>
      </w:r>
      <w:r>
        <w:t>kinh doanh kê khai số</w:t>
      </w:r>
      <w:r>
        <w:rPr>
          <w:lang w:val="vi-VN"/>
        </w:rPr>
        <w:t xml:space="preserve"> </w:t>
      </w:r>
      <w:r>
        <w:t>định danh cá nhân thì chỉ kê khai</w:t>
      </w:r>
      <w:r>
        <w:rPr>
          <w:lang w:val="vi-VN"/>
        </w:rPr>
        <w:t xml:space="preserve"> </w:t>
      </w:r>
      <w:r>
        <w:t>các cột số 1, 2, 3, 4, 5, 10, không phải kê khai các cột số 6, 7, 8, 9 của Bảng này, trừ trường hợp việc kết nối giữa Cơ sở dữ liệu về</w:t>
      </w:r>
      <w:r>
        <w:rPr>
          <w:lang w:val="vi-VN"/>
        </w:rPr>
        <w:t xml:space="preserve"> </w:t>
      </w:r>
      <w:r>
        <w:t>đăng ký hộ</w:t>
      </w:r>
      <w:r>
        <w:rPr>
          <w:lang w:val="vi-VN"/>
        </w:rPr>
        <w:t xml:space="preserve"> </w:t>
      </w:r>
      <w:r>
        <w:t>kinh doanh với Cơ sở dữ</w:t>
      </w:r>
      <w:r>
        <w:rPr>
          <w:lang w:val="vi-VN"/>
        </w:rPr>
        <w:t xml:space="preserve"> </w:t>
      </w:r>
      <w:r>
        <w:t>liệu quốc gia về dân cư bị gián đoạn.</w:t>
      </w:r>
      <w:r>
        <w:rPr>
          <w:lang w:val="vi-VN"/>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32D0E4F"/>
    <w:multiLevelType w:val="multilevel"/>
    <w:tmpl w:val="33BC2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946C40"/>
    <w:multiLevelType w:val="multilevel"/>
    <w:tmpl w:val="54D4DB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FB9700E"/>
    <w:multiLevelType w:val="multilevel"/>
    <w:tmpl w:val="52E23A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B040C0"/>
    <w:multiLevelType w:val="multilevel"/>
    <w:tmpl w:val="86481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B7B7D76"/>
    <w:multiLevelType w:val="multilevel"/>
    <w:tmpl w:val="E0E06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B66CF9"/>
    <w:multiLevelType w:val="multilevel"/>
    <w:tmpl w:val="B0EE4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510B9F"/>
    <w:multiLevelType w:val="multilevel"/>
    <w:tmpl w:val="17D469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9F02636"/>
    <w:multiLevelType w:val="multilevel"/>
    <w:tmpl w:val="35AA3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845973"/>
    <w:multiLevelType w:val="multilevel"/>
    <w:tmpl w:val="B2725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0299364">
    <w:abstractNumId w:val="8"/>
  </w:num>
  <w:num w:numId="2" w16cid:durableId="1666278956">
    <w:abstractNumId w:val="6"/>
  </w:num>
  <w:num w:numId="3" w16cid:durableId="491989717">
    <w:abstractNumId w:val="5"/>
  </w:num>
  <w:num w:numId="4" w16cid:durableId="704528175">
    <w:abstractNumId w:val="4"/>
  </w:num>
  <w:num w:numId="5" w16cid:durableId="668487236">
    <w:abstractNumId w:val="7"/>
  </w:num>
  <w:num w:numId="6" w16cid:durableId="811408352">
    <w:abstractNumId w:val="3"/>
  </w:num>
  <w:num w:numId="7" w16cid:durableId="218129024">
    <w:abstractNumId w:val="2"/>
  </w:num>
  <w:num w:numId="8" w16cid:durableId="1719620014">
    <w:abstractNumId w:val="1"/>
  </w:num>
  <w:num w:numId="9" w16cid:durableId="1174421287">
    <w:abstractNumId w:val="0"/>
  </w:num>
  <w:num w:numId="10" w16cid:durableId="378477254">
    <w:abstractNumId w:val="10"/>
  </w:num>
  <w:num w:numId="11" w16cid:durableId="2032954272">
    <w:abstractNumId w:val="16"/>
  </w:num>
  <w:num w:numId="12" w16cid:durableId="257643328">
    <w:abstractNumId w:val="12"/>
  </w:num>
  <w:num w:numId="13" w16cid:durableId="1180658874">
    <w:abstractNumId w:val="9"/>
  </w:num>
  <w:num w:numId="14" w16cid:durableId="1691644335">
    <w:abstractNumId w:val="17"/>
  </w:num>
  <w:num w:numId="15" w16cid:durableId="945816309">
    <w:abstractNumId w:val="11"/>
  </w:num>
  <w:num w:numId="16" w16cid:durableId="1214120851">
    <w:abstractNumId w:val="14"/>
  </w:num>
  <w:num w:numId="17" w16cid:durableId="2134980032">
    <w:abstractNumId w:val="13"/>
  </w:num>
  <w:num w:numId="18" w16cid:durableId="208649213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defaultTabStop w:val="737"/>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333C"/>
    <w:rsid w:val="00003644"/>
    <w:rsid w:val="00034616"/>
    <w:rsid w:val="0006063C"/>
    <w:rsid w:val="000B5DB3"/>
    <w:rsid w:val="0015074B"/>
    <w:rsid w:val="0029639D"/>
    <w:rsid w:val="00326F90"/>
    <w:rsid w:val="00482507"/>
    <w:rsid w:val="00583BBC"/>
    <w:rsid w:val="006B0309"/>
    <w:rsid w:val="00911044"/>
    <w:rsid w:val="00960DB5"/>
    <w:rsid w:val="00AA1D8D"/>
    <w:rsid w:val="00B47730"/>
    <w:rsid w:val="00BA322C"/>
    <w:rsid w:val="00BC0703"/>
    <w:rsid w:val="00C95B7B"/>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FA508FB"/>
  <w14:defaultImageDpi w14:val="300"/>
  <w15:docId w15:val="{7777B19D-CD2F-9C4F-B0C5-888B95062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before="80" w:afterLines="40" w:after="40" w:line="26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BA322C"/>
    <w:pPr>
      <w:spacing w:before="100" w:beforeAutospacing="1" w:afterLines="0" w:after="100" w:afterAutospacing="1" w:line="240" w:lineRule="auto"/>
    </w:pPr>
    <w:rPr>
      <w:rFonts w:ascii="Times New Roman" w:eastAsia="Times New Roman" w:hAnsi="Times New Roman" w:cs="Times New Roman"/>
      <w:sz w:val="24"/>
      <w:szCs w:val="24"/>
      <w:lang w:val="en-VN"/>
    </w:rPr>
  </w:style>
  <w:style w:type="paragraph" w:styleId="FootnoteText">
    <w:name w:val="footnote text"/>
    <w:basedOn w:val="Normal"/>
    <w:link w:val="FootnoteTextChar"/>
    <w:uiPriority w:val="99"/>
    <w:semiHidden/>
    <w:unhideWhenUsed/>
    <w:rsid w:val="00911044"/>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911044"/>
    <w:rPr>
      <w:sz w:val="20"/>
      <w:szCs w:val="20"/>
    </w:rPr>
  </w:style>
  <w:style w:type="character" w:styleId="FootnoteReference">
    <w:name w:val="footnote reference"/>
    <w:basedOn w:val="DefaultParagraphFont"/>
    <w:uiPriority w:val="99"/>
    <w:semiHidden/>
    <w:unhideWhenUsed/>
    <w:rsid w:val="0091104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4</Pages>
  <Words>598</Words>
  <Characters>3412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4002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Nguyen Thien Phuoc</cp:lastModifiedBy>
  <cp:revision>5</cp:revision>
  <cp:lastPrinted>2025-11-24T06:57:00Z</cp:lastPrinted>
  <dcterms:created xsi:type="dcterms:W3CDTF">2013-12-23T23:15:00Z</dcterms:created>
  <dcterms:modified xsi:type="dcterms:W3CDTF">2025-11-24T07:46:00Z</dcterms:modified>
  <cp:category/>
</cp:coreProperties>
</file>