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632"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2"/>
        <w:gridCol w:w="6520"/>
      </w:tblGrid>
      <w:tr w:rsidR="001105D8" w:rsidRPr="00960DB5" w:rsidTr="007F796A">
        <w:tc>
          <w:tcPr>
            <w:tcW w:w="4112" w:type="dxa"/>
          </w:tcPr>
          <w:p w:rsidR="001105D8" w:rsidRPr="00960DB5" w:rsidRDefault="001105D8" w:rsidP="007F796A">
            <w:pPr>
              <w:spacing w:after="96" w:line="276" w:lineRule="auto"/>
              <w:jc w:val="center"/>
              <w:rPr>
                <w:rFonts w:ascii="Times New Roman" w:hAnsi="Times New Roman" w:cs="Times New Roman"/>
                <w:b/>
                <w:bCs/>
                <w:sz w:val="28"/>
                <w:szCs w:val="28"/>
              </w:rPr>
            </w:pPr>
            <w:r w:rsidRPr="00960DB5">
              <w:rPr>
                <w:rFonts w:ascii="Times New Roman" w:hAnsi="Times New Roman" w:cs="Times New Roman"/>
                <w:b/>
                <w:bCs/>
                <w:sz w:val="28"/>
                <w:szCs w:val="28"/>
              </w:rPr>
              <w:t>HỘ KINH DOANH</w:t>
            </w:r>
          </w:p>
          <w:p w:rsidR="001105D8" w:rsidRPr="0000333C" w:rsidRDefault="001105D8" w:rsidP="007F796A">
            <w:pPr>
              <w:spacing w:after="96" w:line="276" w:lineRule="auto"/>
              <w:jc w:val="center"/>
              <w:rPr>
                <w:rFonts w:ascii="Times New Roman" w:hAnsi="Times New Roman" w:cs="Times New Roman"/>
                <w:b/>
                <w:bCs/>
                <w:sz w:val="28"/>
                <w:szCs w:val="28"/>
                <w:lang w:val="vi-VN"/>
              </w:rPr>
            </w:pPr>
            <w:r w:rsidRPr="00960DB5">
              <w:rPr>
                <w:rFonts w:ascii="Times New Roman" w:hAnsi="Times New Roman" w:cs="Times New Roman"/>
                <w:b/>
                <w:bCs/>
                <w:sz w:val="28"/>
                <w:szCs w:val="28"/>
              </w:rPr>
              <w:t>…………………………………..</w:t>
            </w:r>
          </w:p>
        </w:tc>
        <w:tc>
          <w:tcPr>
            <w:tcW w:w="6520" w:type="dxa"/>
          </w:tcPr>
          <w:p w:rsidR="001105D8" w:rsidRPr="00960DB5" w:rsidRDefault="001105D8" w:rsidP="007F796A">
            <w:pPr>
              <w:spacing w:after="96" w:line="276" w:lineRule="auto"/>
              <w:jc w:val="center"/>
              <w:rPr>
                <w:rFonts w:ascii="Times New Roman" w:hAnsi="Times New Roman" w:cs="Times New Roman"/>
                <w:b/>
                <w:bCs/>
                <w:sz w:val="28"/>
                <w:szCs w:val="28"/>
              </w:rPr>
            </w:pPr>
            <w:r w:rsidRPr="00960DB5">
              <w:rPr>
                <w:rFonts w:ascii="Times New Roman" w:hAnsi="Times New Roman" w:cs="Times New Roman"/>
                <w:b/>
                <w:bCs/>
                <w:sz w:val="28"/>
                <w:szCs w:val="28"/>
              </w:rPr>
              <w:t>CỘNG HÒA XÃ HỘI CHỦ NGHĨA VIỆT NAM</w:t>
            </w:r>
          </w:p>
          <w:p w:rsidR="001105D8" w:rsidRPr="0000333C" w:rsidRDefault="001105D8" w:rsidP="007F796A">
            <w:pPr>
              <w:spacing w:after="96" w:line="276" w:lineRule="auto"/>
              <w:jc w:val="center"/>
              <w:rPr>
                <w:rFonts w:ascii="Times New Roman" w:hAnsi="Times New Roman" w:cs="Times New Roman"/>
                <w:b/>
                <w:bCs/>
                <w:sz w:val="28"/>
                <w:szCs w:val="28"/>
                <w:lang w:val="vi-VN"/>
              </w:rPr>
            </w:pPr>
            <w:r w:rsidRPr="00960DB5">
              <w:rPr>
                <w:rFonts w:ascii="Times New Roman" w:hAnsi="Times New Roman" w:cs="Times New Roman"/>
                <w:noProof/>
                <w:sz w:val="28"/>
                <w:szCs w:val="28"/>
                <w:lang w:val="vi-VN"/>
              </w:rPr>
              <mc:AlternateContent>
                <mc:Choice Requires="wps">
                  <w:drawing>
                    <wp:anchor distT="0" distB="0" distL="114300" distR="114300" simplePos="0" relativeHeight="251661312" behindDoc="0" locked="0" layoutInCell="1" allowOverlap="1" wp14:anchorId="53CC5699" wp14:editId="61231AB3">
                      <wp:simplePos x="0" y="0"/>
                      <wp:positionH relativeFrom="column">
                        <wp:posOffset>1256583</wp:posOffset>
                      </wp:positionH>
                      <wp:positionV relativeFrom="paragraph">
                        <wp:posOffset>277981</wp:posOffset>
                      </wp:positionV>
                      <wp:extent cx="1479665" cy="0"/>
                      <wp:effectExtent l="0" t="0" r="6350" b="12700"/>
                      <wp:wrapNone/>
                      <wp:docPr id="1116952915" name="Straight Connector 1"/>
                      <wp:cNvGraphicFramePr/>
                      <a:graphic xmlns:a="http://schemas.openxmlformats.org/drawingml/2006/main">
                        <a:graphicData uri="http://schemas.microsoft.com/office/word/2010/wordprocessingShape">
                          <wps:wsp>
                            <wps:cNvCnPr/>
                            <wps:spPr>
                              <a:xfrm>
                                <a:off x="0" y="0"/>
                                <a:ext cx="14796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E76570" id="Straight Connector 1"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8.95pt,21.9pt" to="215.45pt,2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" strokecolor="black [3040]"/>
                  </w:pict>
                </mc:Fallback>
              </mc:AlternateContent>
            </w:r>
            <w:r w:rsidRPr="00960DB5">
              <w:rPr>
                <w:rFonts w:ascii="Times New Roman" w:hAnsi="Times New Roman" w:cs="Times New Roman"/>
                <w:b/>
                <w:bCs/>
                <w:sz w:val="28"/>
                <w:szCs w:val="28"/>
              </w:rPr>
              <w:t>Độc lập - Tự do - Hạnh phúc</w:t>
            </w:r>
          </w:p>
          <w:p w:rsidR="001105D8" w:rsidRPr="00960DB5" w:rsidRDefault="001105D8" w:rsidP="007F796A">
            <w:pPr>
              <w:spacing w:after="96" w:line="276" w:lineRule="auto"/>
              <w:jc w:val="right"/>
              <w:rPr>
                <w:rFonts w:ascii="Times New Roman" w:hAnsi="Times New Roman" w:cs="Times New Roman"/>
                <w:i/>
                <w:iCs/>
                <w:sz w:val="28"/>
                <w:szCs w:val="28"/>
                <w:lang w:val="vi-VN"/>
              </w:rPr>
            </w:pPr>
            <w:r w:rsidRPr="00960DB5">
              <w:rPr>
                <w:rFonts w:ascii="Times New Roman" w:hAnsi="Times New Roman" w:cs="Times New Roman"/>
                <w:i/>
                <w:iCs/>
                <w:sz w:val="28"/>
                <w:szCs w:val="28"/>
              </w:rPr>
              <w:t>Xuân</w:t>
            </w:r>
            <w:r w:rsidRPr="00960DB5">
              <w:rPr>
                <w:rFonts w:ascii="Times New Roman" w:hAnsi="Times New Roman" w:cs="Times New Roman"/>
                <w:i/>
                <w:iCs/>
                <w:sz w:val="28"/>
                <w:szCs w:val="28"/>
                <w:lang w:val="vi-VN"/>
              </w:rPr>
              <w:t xml:space="preserve"> Lộc</w:t>
            </w:r>
            <w:r w:rsidRPr="00960DB5">
              <w:rPr>
                <w:rFonts w:ascii="Times New Roman" w:hAnsi="Times New Roman" w:cs="Times New Roman"/>
                <w:i/>
                <w:iCs/>
                <w:sz w:val="28"/>
                <w:szCs w:val="28"/>
              </w:rPr>
              <w:t>, ngày 10 tháng 8 năm 2025</w:t>
            </w:r>
          </w:p>
        </w:tc>
      </w:tr>
    </w:tbl>
    <w:p w:rsidR="00BA322C" w:rsidRPr="00BA322C" w:rsidRDefault="00BA322C" w:rsidP="00BA322C">
      <w:pPr>
        <w:tabs>
          <w:tab w:val="left" w:pos="8505"/>
        </w:tabs>
        <w:spacing w:after="96"/>
        <w:rPr>
          <w:rFonts w:ascii="Times New Roman" w:hAnsi="Times New Roman" w:cs="Times New Roman"/>
          <w:sz w:val="28"/>
          <w:szCs w:val="28"/>
          <w:lang w:val="vi-VN"/>
        </w:rPr>
      </w:pPr>
    </w:p>
    <w:p w:rsidR="001105D8" w:rsidRPr="001105D8" w:rsidRDefault="001105D8" w:rsidP="001105D8">
      <w:pPr>
        <w:pStyle w:val="NormalWeb"/>
        <w:tabs>
          <w:tab w:val="left" w:pos="8505"/>
        </w:tabs>
        <w:spacing w:before="0" w:beforeAutospacing="0" w:after="0" w:afterAutospacing="0"/>
        <w:jc w:val="center"/>
        <w:rPr>
          <w:rFonts w:eastAsiaTheme="majorEastAsia"/>
          <w:b/>
          <w:bCs/>
          <w:color w:val="1F1F1F"/>
          <w:sz w:val="28"/>
          <w:szCs w:val="28"/>
          <w:lang w:val="en-US"/>
        </w:rPr>
      </w:pPr>
      <w:r w:rsidRPr="001105D8">
        <w:rPr>
          <w:rFonts w:eastAsiaTheme="majorEastAsia"/>
          <w:b/>
          <w:bCs/>
          <w:color w:val="1F1F1F"/>
          <w:sz w:val="28"/>
          <w:szCs w:val="28"/>
          <w:lang w:val="en-US"/>
        </w:rPr>
        <w:t>GIẤY ĐỀ NGHỊ</w:t>
      </w:r>
    </w:p>
    <w:p w:rsidR="001105D8" w:rsidRPr="001105D8" w:rsidRDefault="001105D8" w:rsidP="001105D8">
      <w:pPr>
        <w:pStyle w:val="NormalWeb"/>
        <w:tabs>
          <w:tab w:val="left" w:pos="8505"/>
        </w:tabs>
        <w:spacing w:before="0" w:beforeAutospacing="0" w:after="0" w:afterAutospacing="0"/>
        <w:jc w:val="center"/>
        <w:rPr>
          <w:rFonts w:eastAsiaTheme="majorEastAsia"/>
          <w:b/>
          <w:bCs/>
          <w:color w:val="1F1F1F"/>
          <w:sz w:val="28"/>
          <w:szCs w:val="28"/>
          <w:lang w:val="vi-VN"/>
        </w:rPr>
      </w:pPr>
      <w:r w:rsidRPr="001105D8">
        <w:rPr>
          <w:rFonts w:eastAsiaTheme="majorEastAsia"/>
          <w:b/>
          <w:bCs/>
          <w:color w:val="1F1F1F"/>
          <w:sz w:val="28"/>
          <w:szCs w:val="28"/>
          <w:lang w:val="en-US"/>
        </w:rPr>
        <w:t>Đăng ký thay đổi nội dung đăng ký hộ kinh doanh</w:t>
      </w:r>
    </w:p>
    <w:p w:rsidR="001105D8" w:rsidRPr="001105D8" w:rsidRDefault="001105D8" w:rsidP="001105D8">
      <w:pPr>
        <w:pStyle w:val="NormalWeb"/>
        <w:tabs>
          <w:tab w:val="left" w:pos="8505"/>
        </w:tabs>
        <w:spacing w:before="0" w:beforeAutospacing="0" w:after="0" w:afterAutospacing="0"/>
        <w:jc w:val="center"/>
        <w:rPr>
          <w:i/>
          <w:iCs/>
          <w:sz w:val="28"/>
          <w:szCs w:val="28"/>
          <w:lang w:val="vi-VN"/>
        </w:rPr>
      </w:pPr>
      <w:r w:rsidRPr="001105D8">
        <w:rPr>
          <w:i/>
          <w:iCs/>
          <w:sz w:val="28"/>
          <w:szCs w:val="28"/>
        </w:rPr>
        <w:t>(Dùng trong trường hợp đăng ký thay đổi nội dung đăng ký hộ kinh doanh, đăng ký cập nhật, bổ sung, hiệu đính thông tin đăng ký hộ kinh doanh, đăng ký cấp đổi Giấy chứng nhận đăng ký hộ kinh doanh)</w:t>
      </w:r>
    </w:p>
    <w:p w:rsidR="001105D8" w:rsidRPr="001105D8" w:rsidRDefault="001105D8" w:rsidP="001105D8">
      <w:pPr>
        <w:pStyle w:val="NormalWeb"/>
        <w:tabs>
          <w:tab w:val="left" w:pos="8505"/>
        </w:tabs>
        <w:spacing w:before="0" w:beforeAutospacing="0" w:after="0" w:afterAutospacing="0"/>
        <w:jc w:val="center"/>
        <w:rPr>
          <w:rFonts w:eastAsiaTheme="majorEastAsia"/>
          <w:b/>
          <w:bCs/>
          <w:color w:val="1F1F1F"/>
          <w:sz w:val="28"/>
          <w:szCs w:val="28"/>
          <w:lang w:val="vi-VN"/>
        </w:rPr>
      </w:pPr>
    </w:p>
    <w:p w:rsidR="00BA322C" w:rsidRDefault="00BA322C" w:rsidP="001105D8">
      <w:pPr>
        <w:pStyle w:val="NormalWeb"/>
        <w:tabs>
          <w:tab w:val="left" w:pos="8505"/>
        </w:tabs>
        <w:spacing w:before="0" w:beforeAutospacing="0" w:after="96" w:afterAutospacing="0"/>
        <w:jc w:val="center"/>
        <w:rPr>
          <w:color w:val="1F1F1F"/>
          <w:sz w:val="28"/>
          <w:szCs w:val="28"/>
          <w:lang w:val="vi-VN"/>
        </w:rPr>
      </w:pPr>
      <w:r w:rsidRPr="001105D8">
        <w:rPr>
          <w:color w:val="1F1F1F"/>
          <w:sz w:val="28"/>
          <w:szCs w:val="28"/>
          <w:bdr w:val="none" w:sz="0" w:space="0" w:color="auto" w:frame="1"/>
        </w:rPr>
        <w:t>Kính gửi:</w:t>
      </w:r>
      <w:r w:rsidRPr="00BA322C">
        <w:rPr>
          <w:color w:val="1F1F1F"/>
          <w:sz w:val="28"/>
          <w:szCs w:val="28"/>
        </w:rPr>
        <w:t xml:space="preserve"> </w:t>
      </w:r>
      <w:r w:rsidRPr="001105D8">
        <w:rPr>
          <w:b/>
          <w:bCs/>
          <w:color w:val="1F1F1F"/>
          <w:sz w:val="28"/>
          <w:szCs w:val="28"/>
        </w:rPr>
        <w:t>PHÒNG KINH TẾ</w:t>
      </w:r>
      <w:r w:rsidRPr="001105D8">
        <w:rPr>
          <w:b/>
          <w:bCs/>
          <w:color w:val="1F1F1F"/>
          <w:sz w:val="28"/>
          <w:szCs w:val="28"/>
          <w:lang w:val="vi-VN"/>
        </w:rPr>
        <w:t xml:space="preserve"> </w:t>
      </w:r>
      <w:r w:rsidRPr="001105D8">
        <w:rPr>
          <w:b/>
          <w:bCs/>
          <w:color w:val="1F1F1F"/>
          <w:sz w:val="28"/>
          <w:szCs w:val="28"/>
        </w:rPr>
        <w:t>XÃ</w:t>
      </w:r>
      <w:r w:rsidRPr="001105D8">
        <w:rPr>
          <w:b/>
          <w:bCs/>
          <w:color w:val="1F1F1F"/>
          <w:sz w:val="28"/>
          <w:szCs w:val="28"/>
          <w:lang w:val="vi-VN"/>
        </w:rPr>
        <w:t xml:space="preserve"> </w:t>
      </w:r>
      <w:r w:rsidRPr="001105D8">
        <w:rPr>
          <w:b/>
          <w:bCs/>
          <w:color w:val="1F1F1F"/>
          <w:sz w:val="28"/>
          <w:szCs w:val="28"/>
        </w:rPr>
        <w:t>XUÂN</w:t>
      </w:r>
      <w:r w:rsidRPr="001105D8">
        <w:rPr>
          <w:b/>
          <w:bCs/>
          <w:color w:val="1F1F1F"/>
          <w:sz w:val="28"/>
          <w:szCs w:val="28"/>
          <w:lang w:val="vi-VN"/>
        </w:rPr>
        <w:t xml:space="preserve"> LỘC</w:t>
      </w:r>
    </w:p>
    <w:p w:rsidR="00003644" w:rsidRPr="00BA322C" w:rsidRDefault="00003644" w:rsidP="00BA322C">
      <w:pPr>
        <w:pStyle w:val="NormalWeb"/>
        <w:tabs>
          <w:tab w:val="left" w:pos="8505"/>
        </w:tabs>
        <w:spacing w:before="0" w:beforeAutospacing="0" w:after="96" w:afterAutospacing="0"/>
        <w:jc w:val="center"/>
        <w:rPr>
          <w:color w:val="1F1F1F"/>
          <w:sz w:val="28"/>
          <w:szCs w:val="28"/>
          <w:lang w:val="vi-VN"/>
        </w:rPr>
      </w:pPr>
    </w:p>
    <w:p w:rsidR="001105D8" w:rsidRDefault="001105D8" w:rsidP="00BA322C">
      <w:pPr>
        <w:pStyle w:val="NormalWeb"/>
        <w:tabs>
          <w:tab w:val="left" w:pos="8505"/>
        </w:tabs>
        <w:spacing w:before="0" w:beforeAutospacing="0" w:after="96"/>
        <w:ind w:firstLine="709"/>
        <w:rPr>
          <w:b/>
          <w:bCs/>
          <w:color w:val="1F1F1F"/>
          <w:sz w:val="28"/>
          <w:szCs w:val="28"/>
          <w:lang w:val="vi-VN"/>
        </w:rPr>
      </w:pPr>
      <w:r w:rsidRPr="001105D8">
        <w:rPr>
          <w:color w:val="1F1F1F"/>
          <w:sz w:val="28"/>
          <w:szCs w:val="28"/>
        </w:rPr>
        <w:t>Tên hộ kinh doanh</w:t>
      </w:r>
      <w:r w:rsidRPr="001105D8">
        <w:rPr>
          <w:i/>
          <w:iCs/>
          <w:color w:val="1F1F1F"/>
          <w:sz w:val="28"/>
          <w:szCs w:val="28"/>
        </w:rPr>
        <w:t xml:space="preserve"> (ghi bằng chữ in hoa): </w:t>
      </w:r>
      <w:r w:rsidRPr="001105D8">
        <w:rPr>
          <w:b/>
          <w:bCs/>
          <w:color w:val="1F1F1F"/>
          <w:sz w:val="28"/>
          <w:szCs w:val="28"/>
        </w:rPr>
        <w:t>NGUYỄN VĂN A</w:t>
      </w:r>
    </w:p>
    <w:p w:rsidR="001105D8" w:rsidRPr="001105D8" w:rsidRDefault="001105D8" w:rsidP="001105D8">
      <w:pPr>
        <w:pStyle w:val="NormalWeb"/>
        <w:tabs>
          <w:tab w:val="left" w:pos="8505"/>
        </w:tabs>
        <w:spacing w:before="0"/>
        <w:ind w:firstLine="709"/>
        <w:rPr>
          <w:color w:val="1F1F1F"/>
          <w:sz w:val="28"/>
          <w:szCs w:val="28"/>
          <w:lang w:val="vi-VN"/>
        </w:rPr>
      </w:pPr>
      <w:r w:rsidRPr="001105D8">
        <w:rPr>
          <w:color w:val="1F1F1F"/>
          <w:sz w:val="28"/>
          <w:szCs w:val="28"/>
          <w:lang w:val="vi-VN"/>
        </w:rPr>
        <w:t>Mã số hộ kinh doanh/Mã số đăng ký hộ kinh doanh/Mã số thuế:</w:t>
      </w:r>
    </w:p>
    <w:p w:rsidR="001105D8" w:rsidRDefault="001105D8" w:rsidP="001105D8">
      <w:pPr>
        <w:pStyle w:val="NormalWeb"/>
        <w:tabs>
          <w:tab w:val="left" w:pos="8505"/>
        </w:tabs>
        <w:spacing w:before="0" w:beforeAutospacing="0" w:after="96"/>
        <w:ind w:firstLine="709"/>
        <w:rPr>
          <w:b/>
          <w:bCs/>
          <w:color w:val="1F1F1F"/>
          <w:sz w:val="28"/>
          <w:szCs w:val="28"/>
          <w:lang w:val="vi-VN"/>
        </w:rPr>
      </w:pPr>
      <w:r w:rsidRPr="001105D8">
        <w:rPr>
          <w:b/>
          <w:bCs/>
          <w:color w:val="1F1F1F"/>
          <w:sz w:val="28"/>
          <w:szCs w:val="28"/>
          <w:lang w:val="vi-VN"/>
        </w:rPr>
        <w:t>801111111/47A111111</w:t>
      </w:r>
    </w:p>
    <w:p w:rsidR="001105D8" w:rsidRDefault="001105D8" w:rsidP="001105D8">
      <w:pPr>
        <w:pStyle w:val="NormalWeb"/>
        <w:numPr>
          <w:ilvl w:val="0"/>
          <w:numId w:val="19"/>
        </w:numPr>
        <w:tabs>
          <w:tab w:val="left" w:pos="8505"/>
        </w:tabs>
        <w:spacing w:before="0" w:beforeAutospacing="0" w:after="96"/>
        <w:rPr>
          <w:b/>
          <w:bCs/>
          <w:lang w:val="vi-VN"/>
        </w:rPr>
      </w:pPr>
      <w:r w:rsidRPr="001105D8">
        <w:rPr>
          <w:b/>
          <w:bCs/>
        </w:rPr>
        <w:t>ĐĂNG KÝ THAY ĐỔI NỘI DUNG ĐĂNG KÝ HỘ KINH DOANH</w:t>
      </w:r>
    </w:p>
    <w:p w:rsidR="001105D8" w:rsidRPr="001105D8" w:rsidRDefault="001105D8" w:rsidP="001105D8">
      <w:pPr>
        <w:pStyle w:val="NormalWeb"/>
        <w:tabs>
          <w:tab w:val="left" w:pos="8505"/>
        </w:tabs>
        <w:spacing w:before="0" w:beforeAutospacing="0" w:after="96"/>
        <w:rPr>
          <w:b/>
          <w:bCs/>
          <w:color w:val="1F1F1F"/>
          <w:sz w:val="28"/>
          <w:szCs w:val="28"/>
          <w:lang w:val="vi-VN"/>
        </w:rPr>
      </w:pPr>
      <w:r w:rsidRPr="001105D8">
        <w:rPr>
          <w:b/>
          <w:bCs/>
          <w:sz w:val="28"/>
          <w:szCs w:val="28"/>
        </w:rPr>
        <w:t>Hộ kinh doanh đăng ký thay đổi nội dung đăng ký hộ kinh doanh như sau:</w:t>
      </w:r>
    </w:p>
    <w:p w:rsidR="001105D8" w:rsidRPr="001105D8" w:rsidRDefault="001105D8" w:rsidP="001105D8">
      <w:pPr>
        <w:pStyle w:val="NormalWeb"/>
        <w:tabs>
          <w:tab w:val="left" w:pos="8505"/>
        </w:tabs>
        <w:spacing w:before="0"/>
        <w:ind w:firstLine="709"/>
        <w:rPr>
          <w:color w:val="1F1F1F"/>
          <w:sz w:val="28"/>
          <w:szCs w:val="28"/>
          <w:lang w:val="vi-VN"/>
        </w:rPr>
      </w:pPr>
      <w:r w:rsidRPr="001105D8">
        <w:rPr>
          <w:color w:val="1F1F1F"/>
          <w:sz w:val="28"/>
          <w:szCs w:val="28"/>
          <w:lang w:val="vi-VN"/>
        </w:rPr>
        <w:t>Lưu ý:</w:t>
      </w:r>
    </w:p>
    <w:p w:rsidR="001105D8" w:rsidRPr="001105D8" w:rsidRDefault="001105D8" w:rsidP="001105D8">
      <w:pPr>
        <w:pStyle w:val="NormalWeb"/>
        <w:tabs>
          <w:tab w:val="left" w:pos="8505"/>
        </w:tabs>
        <w:spacing w:before="0"/>
        <w:ind w:firstLine="709"/>
        <w:rPr>
          <w:color w:val="1F1F1F"/>
          <w:sz w:val="28"/>
          <w:szCs w:val="28"/>
          <w:lang w:val="vi-VN"/>
        </w:rPr>
      </w:pPr>
      <w:r w:rsidRPr="001105D8">
        <w:rPr>
          <w:color w:val="1F1F1F"/>
          <w:sz w:val="28"/>
          <w:szCs w:val="28"/>
          <w:lang w:val="vi-VN"/>
        </w:rPr>
        <w:t>- Hộ kinh doanh chọn và kê khai vào trang tương ứng với nội dung đăng ký thay đổi</w:t>
      </w:r>
      <w:r>
        <w:rPr>
          <w:color w:val="1F1F1F"/>
          <w:sz w:val="28"/>
          <w:szCs w:val="28"/>
          <w:lang w:val="vi-VN"/>
        </w:rPr>
        <w:t xml:space="preserve"> </w:t>
      </w:r>
      <w:r w:rsidRPr="001105D8">
        <w:rPr>
          <w:color w:val="1F1F1F"/>
          <w:sz w:val="28"/>
          <w:szCs w:val="28"/>
          <w:lang w:val="vi-VN"/>
        </w:rPr>
        <w:t>tại Mục này.</w:t>
      </w:r>
    </w:p>
    <w:p w:rsidR="001105D8" w:rsidRPr="001105D8" w:rsidRDefault="001105D8" w:rsidP="001105D8">
      <w:pPr>
        <w:pStyle w:val="NormalWeb"/>
        <w:tabs>
          <w:tab w:val="left" w:pos="8505"/>
        </w:tabs>
        <w:spacing w:before="0"/>
        <w:ind w:firstLine="709"/>
        <w:rPr>
          <w:color w:val="1F1F1F"/>
          <w:sz w:val="28"/>
          <w:szCs w:val="28"/>
          <w:lang w:val="vi-VN"/>
        </w:rPr>
      </w:pPr>
      <w:r w:rsidRPr="001105D8">
        <w:rPr>
          <w:color w:val="1F1F1F"/>
          <w:sz w:val="28"/>
          <w:szCs w:val="28"/>
          <w:lang w:val="vi-VN"/>
        </w:rPr>
        <w:t>- Trường hợp hộ kinh doanh được cấp giấy chứng nhận đăng ký kinh doanh hoặc</w:t>
      </w:r>
      <w:r>
        <w:rPr>
          <w:color w:val="1F1F1F"/>
          <w:sz w:val="28"/>
          <w:szCs w:val="28"/>
          <w:lang w:val="vi-VN"/>
        </w:rPr>
        <w:t xml:space="preserve"> </w:t>
      </w:r>
      <w:r w:rsidRPr="001105D8">
        <w:rPr>
          <w:color w:val="1F1F1F"/>
          <w:sz w:val="28"/>
          <w:szCs w:val="28"/>
          <w:lang w:val="vi-VN"/>
        </w:rPr>
        <w:t>giấy chứng nhận đăng ký hộ kinh doanh trước ngày Nghị định số 168/2025/NĐ-CP</w:t>
      </w:r>
      <w:r>
        <w:rPr>
          <w:color w:val="1F1F1F"/>
          <w:sz w:val="28"/>
          <w:szCs w:val="28"/>
          <w:lang w:val="vi-VN"/>
        </w:rPr>
        <w:t xml:space="preserve"> </w:t>
      </w:r>
      <w:r w:rsidRPr="001105D8">
        <w:rPr>
          <w:color w:val="1F1F1F"/>
          <w:sz w:val="28"/>
          <w:szCs w:val="28"/>
          <w:lang w:val="vi-VN"/>
        </w:rPr>
        <w:t>ngày 30/6/2025 của Chính phủ về đăng ký doanh nghiệp có hiệu lực thi hành thì</w:t>
      </w:r>
      <w:r>
        <w:rPr>
          <w:color w:val="1F1F1F"/>
          <w:sz w:val="28"/>
          <w:szCs w:val="28"/>
          <w:lang w:val="vi-VN"/>
        </w:rPr>
        <w:t xml:space="preserve"> </w:t>
      </w:r>
      <w:r w:rsidRPr="001105D8">
        <w:rPr>
          <w:color w:val="1F1F1F"/>
          <w:sz w:val="28"/>
          <w:szCs w:val="28"/>
          <w:lang w:val="vi-VN"/>
        </w:rPr>
        <w:t>chọn và kê khai vào trang tương ứng với nội dung đăng ký thay đổi tại Mục này và</w:t>
      </w:r>
      <w:r>
        <w:rPr>
          <w:color w:val="1F1F1F"/>
          <w:sz w:val="28"/>
          <w:szCs w:val="28"/>
          <w:lang w:val="vi-VN"/>
        </w:rPr>
        <w:t xml:space="preserve"> </w:t>
      </w:r>
      <w:r w:rsidRPr="001105D8">
        <w:rPr>
          <w:color w:val="1F1F1F"/>
          <w:sz w:val="28"/>
          <w:szCs w:val="28"/>
          <w:lang w:val="vi-VN"/>
        </w:rPr>
        <w:t>kê khai đầy đủ thông tin tại Mục C của Mẫu này.</w:t>
      </w:r>
    </w:p>
    <w:p w:rsidR="00823FED" w:rsidRDefault="00823FED">
      <w:pPr>
        <w:spacing w:after="96"/>
        <w:rPr>
          <w:rFonts w:ascii="Times New Roman" w:eastAsia="Times New Roman" w:hAnsi="Times New Roman" w:cs="Times New Roman"/>
          <w:color w:val="1F1F1F"/>
          <w:sz w:val="28"/>
          <w:szCs w:val="28"/>
          <w:lang w:val="vi-VN"/>
        </w:rPr>
      </w:pPr>
      <w:r>
        <w:rPr>
          <w:color w:val="1F1F1F"/>
          <w:sz w:val="28"/>
          <w:szCs w:val="28"/>
          <w:lang w:val="vi-VN"/>
        </w:rPr>
        <w:br w:type="page"/>
      </w:r>
    </w:p>
    <w:p w:rsidR="00823FED" w:rsidRDefault="00823FED" w:rsidP="006B0309">
      <w:pPr>
        <w:pStyle w:val="NormalWeb"/>
        <w:tabs>
          <w:tab w:val="left" w:pos="8505"/>
        </w:tabs>
        <w:spacing w:before="0" w:beforeAutospacing="0" w:after="96" w:afterAutospacing="0"/>
        <w:ind w:firstLine="709"/>
        <w:rPr>
          <w:sz w:val="28"/>
          <w:szCs w:val="28"/>
          <w:lang w:val="vi-VN"/>
        </w:rPr>
      </w:pPr>
      <w:r w:rsidRPr="00823FED">
        <w:rPr>
          <w:sz w:val="28"/>
          <w:szCs w:val="28"/>
        </w:rPr>
        <w:lastRenderedPageBreak/>
        <w:t>ĐĂNG KÝ THAY ĐỔI TÊN HỘ KINH DOANH</w:t>
      </w:r>
    </w:p>
    <w:p w:rsidR="00823FED" w:rsidRPr="00823FED" w:rsidRDefault="00823FED" w:rsidP="006B0309">
      <w:pPr>
        <w:pStyle w:val="NormalWeb"/>
        <w:tabs>
          <w:tab w:val="left" w:pos="8505"/>
        </w:tabs>
        <w:spacing w:before="0" w:beforeAutospacing="0" w:after="96" w:afterAutospacing="0"/>
        <w:ind w:firstLine="709"/>
        <w:rPr>
          <w:sz w:val="28"/>
          <w:szCs w:val="28"/>
          <w:lang w:val="vi-VN"/>
        </w:rPr>
      </w:pPr>
      <w:r w:rsidRPr="00823FED">
        <w:rPr>
          <w:sz w:val="28"/>
          <w:szCs w:val="28"/>
        </w:rPr>
        <w:t xml:space="preserve"> </w:t>
      </w:r>
      <w:r>
        <w:rPr>
          <w:sz w:val="28"/>
          <w:szCs w:val="28"/>
        </w:rPr>
        <w:t>T</w:t>
      </w:r>
      <w:r w:rsidRPr="00823FED">
        <w:rPr>
          <w:sz w:val="28"/>
          <w:szCs w:val="28"/>
        </w:rPr>
        <w:t xml:space="preserve">ên hộ kinh doanh viết bằng tiếng Việt sau khi thay đổi </w:t>
      </w:r>
      <w:r w:rsidRPr="00823FED">
        <w:rPr>
          <w:i/>
          <w:iCs/>
          <w:sz w:val="28"/>
          <w:szCs w:val="28"/>
        </w:rPr>
        <w:t>(ghi bằng chữ in hoa):</w:t>
      </w:r>
      <w:r w:rsidRPr="00823FED">
        <w:rPr>
          <w:b/>
          <w:bCs/>
          <w:sz w:val="28"/>
          <w:szCs w:val="28"/>
        </w:rPr>
        <w:t xml:space="preserve"> </w:t>
      </w:r>
      <w:r w:rsidRPr="00823FED">
        <w:rPr>
          <w:b/>
          <w:bCs/>
          <w:sz w:val="28"/>
          <w:szCs w:val="28"/>
        </w:rPr>
        <w:t>AN</w:t>
      </w:r>
      <w:r w:rsidRPr="00823FED">
        <w:rPr>
          <w:b/>
          <w:bCs/>
          <w:sz w:val="28"/>
          <w:szCs w:val="28"/>
          <w:lang w:val="vi-VN"/>
        </w:rPr>
        <w:t xml:space="preserve"> BÌNH</w:t>
      </w:r>
      <w:r>
        <w:rPr>
          <w:b/>
          <w:bCs/>
          <w:sz w:val="28"/>
          <w:szCs w:val="28"/>
          <w:lang w:val="vi-VN"/>
        </w:rPr>
        <w:tab/>
      </w:r>
    </w:p>
    <w:p w:rsidR="00BA322C" w:rsidRDefault="00823FED" w:rsidP="006B0309">
      <w:pPr>
        <w:pStyle w:val="NormalWeb"/>
        <w:tabs>
          <w:tab w:val="left" w:pos="8505"/>
        </w:tabs>
        <w:spacing w:before="0" w:beforeAutospacing="0" w:after="96" w:afterAutospacing="0"/>
        <w:ind w:firstLine="709"/>
        <w:rPr>
          <w:sz w:val="28"/>
          <w:szCs w:val="28"/>
          <w:lang w:val="vi-VN"/>
        </w:rPr>
      </w:pPr>
      <w:r w:rsidRPr="00823FED">
        <w:rPr>
          <w:sz w:val="28"/>
          <w:szCs w:val="28"/>
        </w:rPr>
        <w:t xml:space="preserve">Tên hộ kinh doanh viết bằng tiếng nước ngoài sau khi thay đổi </w:t>
      </w:r>
      <w:r w:rsidRPr="00823FED">
        <w:rPr>
          <w:i/>
          <w:iCs/>
          <w:sz w:val="28"/>
          <w:szCs w:val="28"/>
        </w:rPr>
        <w:t>(nếu có):</w:t>
      </w:r>
      <w:r w:rsidRPr="00823FED">
        <w:rPr>
          <w:sz w:val="28"/>
          <w:szCs w:val="28"/>
        </w:rPr>
        <w:t xml:space="preserve"> ............................................................................................................................. Tên hộ kinh doanh viết tắt sau khi thay đổi </w:t>
      </w:r>
      <w:r w:rsidRPr="00823FED">
        <w:rPr>
          <w:i/>
          <w:iCs/>
          <w:sz w:val="28"/>
          <w:szCs w:val="28"/>
        </w:rPr>
        <w:t>(nếu có):</w:t>
      </w:r>
      <w:r w:rsidRPr="00823FED">
        <w:rPr>
          <w:sz w:val="28"/>
          <w:szCs w:val="28"/>
        </w:rPr>
        <w:t xml:space="preserve"> .............................................................................................................................</w:t>
      </w:r>
    </w:p>
    <w:p w:rsidR="00823FED" w:rsidRDefault="00823FED">
      <w:pPr>
        <w:spacing w:after="96"/>
        <w:rPr>
          <w:rFonts w:ascii="Times New Roman" w:eastAsia="Times New Roman" w:hAnsi="Times New Roman" w:cs="Times New Roman"/>
          <w:color w:val="1F1F1F"/>
          <w:sz w:val="28"/>
          <w:szCs w:val="28"/>
          <w:lang w:val="vi-VN"/>
        </w:rPr>
      </w:pPr>
      <w:r>
        <w:rPr>
          <w:color w:val="1F1F1F"/>
          <w:sz w:val="28"/>
          <w:szCs w:val="28"/>
          <w:lang w:val="vi-VN"/>
        </w:rPr>
        <w:br w:type="page"/>
      </w:r>
    </w:p>
    <w:p w:rsidR="00823FED" w:rsidRPr="00823FED" w:rsidRDefault="00823FED" w:rsidP="00823FED">
      <w:pPr>
        <w:pStyle w:val="NormalWeb"/>
        <w:tabs>
          <w:tab w:val="left" w:pos="8505"/>
        </w:tabs>
        <w:spacing w:before="0"/>
        <w:ind w:firstLine="709"/>
        <w:rPr>
          <w:b/>
          <w:bCs/>
          <w:color w:val="1F1F1F"/>
          <w:sz w:val="28"/>
          <w:szCs w:val="28"/>
          <w:lang w:val="vi-VN"/>
        </w:rPr>
      </w:pPr>
      <w:r w:rsidRPr="00823FED">
        <w:rPr>
          <w:b/>
          <w:bCs/>
          <w:color w:val="1F1F1F"/>
          <w:sz w:val="28"/>
          <w:szCs w:val="28"/>
          <w:lang w:val="vi-VN"/>
        </w:rPr>
        <w:lastRenderedPageBreak/>
        <w:t>ĐĂNG KÝ THAY ĐỔI TRỤ SỞ CỦA HỘ KINH DOANH</w:t>
      </w:r>
    </w:p>
    <w:p w:rsidR="00823FED" w:rsidRPr="00823FED" w:rsidRDefault="00823FED" w:rsidP="00823FED">
      <w:pPr>
        <w:pStyle w:val="NormalWeb"/>
        <w:tabs>
          <w:tab w:val="left" w:pos="8505"/>
        </w:tabs>
        <w:spacing w:before="0"/>
        <w:ind w:firstLine="709"/>
        <w:rPr>
          <w:b/>
          <w:bCs/>
          <w:color w:val="1F1F1F"/>
          <w:sz w:val="28"/>
          <w:szCs w:val="28"/>
          <w:lang w:val="vi-VN"/>
        </w:rPr>
      </w:pPr>
      <w:r w:rsidRPr="00823FED">
        <w:rPr>
          <w:b/>
          <w:bCs/>
          <w:color w:val="1F1F1F"/>
          <w:sz w:val="28"/>
          <w:szCs w:val="28"/>
          <w:lang w:val="vi-VN"/>
        </w:rPr>
        <w:t>Trụ sở của hộ kinh doanh sau khi thay đổi:</w:t>
      </w:r>
    </w:p>
    <w:p w:rsidR="00823FED" w:rsidRPr="00823FED" w:rsidRDefault="00823FED" w:rsidP="00823FED">
      <w:pPr>
        <w:pStyle w:val="NormalWeb"/>
        <w:tabs>
          <w:tab w:val="left" w:pos="8505"/>
        </w:tabs>
        <w:spacing w:before="0"/>
        <w:ind w:firstLine="709"/>
        <w:rPr>
          <w:color w:val="1F1F1F"/>
          <w:sz w:val="28"/>
          <w:szCs w:val="28"/>
          <w:lang w:val="vi-VN"/>
        </w:rPr>
      </w:pPr>
      <w:r w:rsidRPr="00823FED">
        <w:rPr>
          <w:color w:val="1F1F1F"/>
          <w:sz w:val="28"/>
          <w:szCs w:val="28"/>
          <w:lang w:val="vi-VN"/>
        </w:rPr>
        <w:t>Số nhà/phòng, ngách/hẻm, ngõ/kiệt, đường/phố/đại lộ, tổ/xóm/ấp/thôn:</w:t>
      </w:r>
    </w:p>
    <w:p w:rsidR="00823FED" w:rsidRPr="00823FED" w:rsidRDefault="00823FED" w:rsidP="00823FED">
      <w:pPr>
        <w:pStyle w:val="NormalWeb"/>
        <w:tabs>
          <w:tab w:val="left" w:pos="8505"/>
        </w:tabs>
        <w:spacing w:before="0"/>
        <w:ind w:firstLine="709"/>
        <w:rPr>
          <w:b/>
          <w:bCs/>
          <w:color w:val="1F1F1F"/>
          <w:sz w:val="28"/>
          <w:szCs w:val="28"/>
          <w:lang w:val="vi-VN"/>
        </w:rPr>
      </w:pPr>
      <w:r>
        <w:rPr>
          <w:b/>
          <w:bCs/>
          <w:color w:val="1F1F1F"/>
          <w:sz w:val="28"/>
          <w:szCs w:val="28"/>
          <w:lang w:val="vi-VN"/>
        </w:rPr>
        <w:t>321 HÙNG VƯƠNG</w:t>
      </w:r>
    </w:p>
    <w:p w:rsidR="00823FED" w:rsidRPr="00823FED" w:rsidRDefault="00823FED" w:rsidP="00823FED">
      <w:pPr>
        <w:pStyle w:val="NormalWeb"/>
        <w:tabs>
          <w:tab w:val="left" w:pos="8505"/>
        </w:tabs>
        <w:spacing w:before="0"/>
        <w:ind w:firstLine="709"/>
        <w:rPr>
          <w:color w:val="1F1F1F"/>
          <w:sz w:val="28"/>
          <w:szCs w:val="28"/>
          <w:lang w:val="vi-VN"/>
        </w:rPr>
      </w:pPr>
      <w:r w:rsidRPr="00823FED">
        <w:rPr>
          <w:color w:val="1F1F1F"/>
          <w:sz w:val="28"/>
          <w:szCs w:val="28"/>
          <w:lang w:val="vi-VN"/>
        </w:rPr>
        <w:t xml:space="preserve">Xã/Phường/Đặc khu: </w:t>
      </w:r>
      <w:r w:rsidRPr="00823FED">
        <w:rPr>
          <w:b/>
          <w:bCs/>
          <w:color w:val="1F1F1F"/>
          <w:sz w:val="28"/>
          <w:szCs w:val="28"/>
          <w:lang w:val="vi-VN"/>
        </w:rPr>
        <w:t>xã Xuân Lộc</w:t>
      </w:r>
    </w:p>
    <w:p w:rsidR="00823FED" w:rsidRPr="00823FED" w:rsidRDefault="00823FED" w:rsidP="00823FED">
      <w:pPr>
        <w:pStyle w:val="NormalWeb"/>
        <w:tabs>
          <w:tab w:val="left" w:pos="8505"/>
        </w:tabs>
        <w:spacing w:before="0"/>
        <w:ind w:firstLine="709"/>
        <w:rPr>
          <w:color w:val="1F1F1F"/>
          <w:sz w:val="28"/>
          <w:szCs w:val="28"/>
          <w:lang w:val="vi-VN"/>
        </w:rPr>
      </w:pPr>
      <w:r w:rsidRPr="00823FED">
        <w:rPr>
          <w:color w:val="1F1F1F"/>
          <w:sz w:val="28"/>
          <w:szCs w:val="28"/>
          <w:lang w:val="vi-VN"/>
        </w:rPr>
        <w:t xml:space="preserve">Tỉnh/Thành phố trực thuộc trung ương: </w:t>
      </w:r>
      <w:r w:rsidRPr="00823FED">
        <w:rPr>
          <w:b/>
          <w:bCs/>
          <w:color w:val="1F1F1F"/>
          <w:sz w:val="28"/>
          <w:szCs w:val="28"/>
          <w:lang w:val="vi-VN"/>
        </w:rPr>
        <w:t>Đồng Nai</w:t>
      </w:r>
    </w:p>
    <w:p w:rsidR="00823FED" w:rsidRPr="00823FED" w:rsidRDefault="00823FED" w:rsidP="00823FED">
      <w:pPr>
        <w:pStyle w:val="NormalWeb"/>
        <w:tabs>
          <w:tab w:val="left" w:pos="8505"/>
        </w:tabs>
        <w:spacing w:before="0"/>
        <w:ind w:firstLine="709"/>
        <w:rPr>
          <w:color w:val="1F1F1F"/>
          <w:sz w:val="28"/>
          <w:szCs w:val="28"/>
          <w:lang w:val="vi-VN"/>
        </w:rPr>
      </w:pPr>
      <w:r w:rsidRPr="00823FED">
        <w:rPr>
          <w:color w:val="1F1F1F"/>
          <w:sz w:val="28"/>
          <w:szCs w:val="28"/>
          <w:lang w:val="vi-VN"/>
        </w:rPr>
        <w:t xml:space="preserve">Điện thoại: </w:t>
      </w:r>
      <w:r w:rsidRPr="00823FED">
        <w:rPr>
          <w:b/>
          <w:bCs/>
          <w:color w:val="1F1F1F"/>
          <w:sz w:val="28"/>
          <w:szCs w:val="28"/>
          <w:lang w:val="vi-VN"/>
        </w:rPr>
        <w:t>098.111.1111</w:t>
      </w:r>
      <w:r w:rsidRPr="00823FED">
        <w:rPr>
          <w:color w:val="1F1F1F"/>
          <w:sz w:val="28"/>
          <w:szCs w:val="28"/>
          <w:lang w:val="vi-VN"/>
        </w:rPr>
        <w:t xml:space="preserve"> Fax (nếu có):</w:t>
      </w:r>
      <w:r>
        <w:rPr>
          <w:color w:val="1F1F1F"/>
          <w:sz w:val="28"/>
          <w:szCs w:val="28"/>
          <w:lang w:val="vi-VN"/>
        </w:rPr>
        <w:t>………….</w:t>
      </w:r>
    </w:p>
    <w:p w:rsidR="00823FED" w:rsidRDefault="00823FED" w:rsidP="00823FED">
      <w:pPr>
        <w:pStyle w:val="NormalWeb"/>
        <w:tabs>
          <w:tab w:val="left" w:pos="8505"/>
        </w:tabs>
        <w:spacing w:before="0"/>
        <w:ind w:firstLine="709"/>
        <w:rPr>
          <w:color w:val="1F1F1F"/>
          <w:sz w:val="28"/>
          <w:szCs w:val="28"/>
          <w:lang w:val="vi-VN"/>
        </w:rPr>
      </w:pPr>
      <w:r>
        <w:rPr>
          <w:noProof/>
          <w:color w:val="1F1F1F"/>
          <w:sz w:val="28"/>
          <w:szCs w:val="28"/>
          <w:lang w:val="vi-VN"/>
        </w:rPr>
        <mc:AlternateContent>
          <mc:Choice Requires="wps">
            <w:drawing>
              <wp:anchor distT="0" distB="0" distL="114300" distR="114300" simplePos="0" relativeHeight="251662336" behindDoc="0" locked="0" layoutInCell="1" allowOverlap="1">
                <wp:simplePos x="0" y="0"/>
                <wp:positionH relativeFrom="column">
                  <wp:posOffset>390525</wp:posOffset>
                </wp:positionH>
                <wp:positionV relativeFrom="paragraph">
                  <wp:posOffset>371475</wp:posOffset>
                </wp:positionV>
                <wp:extent cx="192405" cy="192405"/>
                <wp:effectExtent l="12700" t="12700" r="10795" b="10795"/>
                <wp:wrapNone/>
                <wp:docPr id="1229956271" name="Rectangle 2"/>
                <wp:cNvGraphicFramePr/>
                <a:graphic xmlns:a="http://schemas.openxmlformats.org/drawingml/2006/main">
                  <a:graphicData uri="http://schemas.microsoft.com/office/word/2010/wordprocessingShape">
                    <wps:wsp>
                      <wps:cNvSpPr/>
                      <wps:spPr>
                        <a:xfrm>
                          <a:off x="0" y="0"/>
                          <a:ext cx="192405" cy="19240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671975" id="Rectangle 2" o:spid="_x0000_s1026" style="position:absolute;margin-left:30.75pt;margin-top:29.25pt;width:15.15pt;height:15.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" fillcolor="white [3201]" strokecolor="black [3200]" strokeweight="2pt"/>
            </w:pict>
          </mc:Fallback>
        </mc:AlternateContent>
      </w:r>
      <w:r w:rsidRPr="00823FED">
        <w:rPr>
          <w:color w:val="1F1F1F"/>
          <w:sz w:val="28"/>
          <w:szCs w:val="28"/>
          <w:lang w:val="vi-VN"/>
        </w:rPr>
        <w:t xml:space="preserve">Thư điện tử </w:t>
      </w:r>
      <w:r w:rsidRPr="00823FED">
        <w:rPr>
          <w:i/>
          <w:iCs/>
          <w:color w:val="1F1F1F"/>
          <w:sz w:val="28"/>
          <w:szCs w:val="28"/>
          <w:lang w:val="vi-VN"/>
        </w:rPr>
        <w:t>(nếu có):</w:t>
      </w:r>
      <w:r w:rsidRPr="00823FED">
        <w:rPr>
          <w:color w:val="1F1F1F"/>
          <w:sz w:val="28"/>
          <w:szCs w:val="28"/>
          <w:lang w:val="vi-VN"/>
        </w:rPr>
        <w:t xml:space="preserve"> ................................... Website </w:t>
      </w:r>
      <w:r w:rsidRPr="00823FED">
        <w:rPr>
          <w:i/>
          <w:iCs/>
          <w:color w:val="1F1F1F"/>
          <w:sz w:val="28"/>
          <w:szCs w:val="28"/>
          <w:lang w:val="vi-VN"/>
        </w:rPr>
        <w:t>(nếu có):</w:t>
      </w:r>
      <w:r w:rsidRPr="00823FED">
        <w:rPr>
          <w:color w:val="1F1F1F"/>
          <w:sz w:val="28"/>
          <w:szCs w:val="28"/>
          <w:lang w:val="vi-VN"/>
        </w:rPr>
        <w:t xml:space="preserve"> ................</w:t>
      </w:r>
    </w:p>
    <w:p w:rsidR="00823FED" w:rsidRPr="00823FED" w:rsidRDefault="00823FED" w:rsidP="00823FED">
      <w:pPr>
        <w:pStyle w:val="NormalWeb"/>
        <w:tabs>
          <w:tab w:val="left" w:pos="8505"/>
        </w:tabs>
        <w:spacing w:before="0"/>
        <w:ind w:firstLine="709"/>
        <w:rPr>
          <w:color w:val="1F1F1F"/>
          <w:sz w:val="28"/>
          <w:szCs w:val="28"/>
          <w:lang w:val="vi-VN"/>
        </w:rPr>
      </w:pPr>
      <w:r>
        <w:rPr>
          <w:color w:val="1F1F1F"/>
          <w:sz w:val="28"/>
          <w:szCs w:val="28"/>
          <w:lang w:val="vi-VN"/>
        </w:rPr>
        <w:t xml:space="preserve">    </w:t>
      </w:r>
      <w:r w:rsidRPr="00823FED">
        <w:rPr>
          <w:color w:val="1F1F1F"/>
          <w:sz w:val="28"/>
          <w:szCs w:val="28"/>
          <w:lang w:val="vi-VN"/>
        </w:rPr>
        <w:t xml:space="preserve">Không kinh doanh tại trụ sở </w:t>
      </w:r>
      <w:r w:rsidRPr="00823FED">
        <w:rPr>
          <w:i/>
          <w:iCs/>
          <w:color w:val="1F1F1F"/>
          <w:sz w:val="28"/>
          <w:szCs w:val="28"/>
          <w:lang w:val="vi-VN"/>
        </w:rPr>
        <w:t>(đánh dấu X vào ô này nếu hộ kinh doanh</w:t>
      </w:r>
    </w:p>
    <w:p w:rsidR="00823FED" w:rsidRPr="00823FED" w:rsidRDefault="00823FED" w:rsidP="00823FED">
      <w:pPr>
        <w:pStyle w:val="NormalWeb"/>
        <w:tabs>
          <w:tab w:val="left" w:pos="8505"/>
        </w:tabs>
        <w:spacing w:before="0"/>
        <w:rPr>
          <w:i/>
          <w:iCs/>
          <w:color w:val="1F1F1F"/>
          <w:sz w:val="28"/>
          <w:szCs w:val="28"/>
          <w:lang w:val="vi-VN"/>
        </w:rPr>
      </w:pPr>
      <w:r w:rsidRPr="00823FED">
        <w:rPr>
          <w:i/>
          <w:iCs/>
          <w:color w:val="1F1F1F"/>
          <w:sz w:val="28"/>
          <w:szCs w:val="28"/>
          <w:lang w:val="vi-VN"/>
        </w:rPr>
        <w:t>không có địa điểm kinh doanh cố định)</w:t>
      </w:r>
      <w:r>
        <w:rPr>
          <w:i/>
          <w:iCs/>
          <w:color w:val="1F1F1F"/>
          <w:sz w:val="28"/>
          <w:szCs w:val="28"/>
          <w:lang w:val="vi-VN"/>
        </w:rPr>
        <w:t>.</w:t>
      </w:r>
    </w:p>
    <w:p w:rsidR="00823FED" w:rsidRDefault="00823FED" w:rsidP="00823FED">
      <w:pPr>
        <w:pStyle w:val="NormalWeb"/>
        <w:tabs>
          <w:tab w:val="left" w:pos="8505"/>
        </w:tabs>
        <w:spacing w:before="0"/>
        <w:ind w:firstLine="709"/>
        <w:jc w:val="both"/>
        <w:rPr>
          <w:color w:val="1F1F1F"/>
          <w:sz w:val="28"/>
          <w:szCs w:val="28"/>
          <w:lang w:val="vi-VN"/>
        </w:rPr>
      </w:pPr>
      <w:r w:rsidRPr="00823FED">
        <w:rPr>
          <w:color w:val="1F1F1F"/>
          <w:sz w:val="28"/>
          <w:szCs w:val="28"/>
          <w:lang w:val="vi-VN"/>
        </w:rPr>
        <w:t>Hộ kinh doanh cam kết trụ sở của hộ kinh doanh thuộc quyền sử dụng hợp</w:t>
      </w:r>
      <w:r>
        <w:rPr>
          <w:color w:val="1F1F1F"/>
          <w:sz w:val="28"/>
          <w:szCs w:val="28"/>
          <w:lang w:val="vi-VN"/>
        </w:rPr>
        <w:t xml:space="preserve"> </w:t>
      </w:r>
      <w:r w:rsidRPr="00823FED">
        <w:rPr>
          <w:color w:val="1F1F1F"/>
          <w:sz w:val="28"/>
          <w:szCs w:val="28"/>
          <w:lang w:val="vi-VN"/>
        </w:rPr>
        <w:t>pháp của hộ kinh doanh và được sử dụng đúng mục đích theo quy định của pháp</w:t>
      </w:r>
      <w:r>
        <w:rPr>
          <w:color w:val="1F1F1F"/>
          <w:sz w:val="28"/>
          <w:szCs w:val="28"/>
          <w:lang w:val="vi-VN"/>
        </w:rPr>
        <w:t xml:space="preserve"> </w:t>
      </w:r>
      <w:r w:rsidRPr="00823FED">
        <w:rPr>
          <w:color w:val="1F1F1F"/>
          <w:sz w:val="28"/>
          <w:szCs w:val="28"/>
          <w:lang w:val="vi-VN"/>
        </w:rPr>
        <w:t>luật (hộ kinh doanh chỉ cam kết trong trường hợp kinh doanh tại trụ sở).</w:t>
      </w:r>
    </w:p>
    <w:p w:rsidR="00823FED" w:rsidRDefault="00823FED">
      <w:pPr>
        <w:spacing w:after="96"/>
        <w:rPr>
          <w:color w:val="1F1F1F"/>
          <w:sz w:val="28"/>
          <w:szCs w:val="28"/>
          <w:lang w:val="vi-VN"/>
        </w:rPr>
      </w:pPr>
      <w:r>
        <w:rPr>
          <w:color w:val="1F1F1F"/>
          <w:sz w:val="28"/>
          <w:szCs w:val="28"/>
          <w:lang w:val="vi-VN"/>
        </w:rPr>
        <w:br w:type="page"/>
      </w:r>
      <w:r>
        <w:rPr>
          <w:color w:val="1F1F1F"/>
          <w:sz w:val="28"/>
          <w:szCs w:val="28"/>
          <w:lang w:val="vi-VN"/>
        </w:rPr>
        <w:lastRenderedPageBreak/>
        <w:br w:type="page"/>
      </w:r>
    </w:p>
    <w:p w:rsidR="00583BBC" w:rsidRDefault="00823FED" w:rsidP="00823FED">
      <w:pPr>
        <w:spacing w:after="96"/>
        <w:jc w:val="center"/>
        <w:rPr>
          <w:rFonts w:ascii="Times New Roman" w:eastAsia="Times New Roman" w:hAnsi="Times New Roman" w:cs="Times New Roman"/>
          <w:b/>
          <w:bCs/>
          <w:color w:val="1F1F1F"/>
          <w:sz w:val="28"/>
          <w:szCs w:val="28"/>
          <w:lang w:val="vi-VN"/>
        </w:rPr>
      </w:pPr>
      <w:r w:rsidRPr="00823FED">
        <w:rPr>
          <w:rFonts w:ascii="Times New Roman" w:eastAsia="Times New Roman" w:hAnsi="Times New Roman" w:cs="Times New Roman"/>
          <w:b/>
          <w:bCs/>
          <w:color w:val="1F1F1F"/>
          <w:sz w:val="28"/>
          <w:szCs w:val="28"/>
          <w:lang w:val="vi-VN"/>
        </w:rPr>
        <w:lastRenderedPageBreak/>
        <w:t>ĐĂNG KÝ THAY ĐỔI CHỦ HỘ KINH DOANH</w:t>
      </w:r>
    </w:p>
    <w:p w:rsidR="00823FED" w:rsidRDefault="00823FED" w:rsidP="00823FED">
      <w:pPr>
        <w:spacing w:after="96"/>
        <w:jc w:val="center"/>
        <w:rPr>
          <w:rFonts w:ascii="Times New Roman" w:eastAsia="Times New Roman" w:hAnsi="Times New Roman" w:cs="Times New Roman"/>
          <w:i/>
          <w:iCs/>
          <w:color w:val="1F1F1F"/>
          <w:sz w:val="28"/>
          <w:szCs w:val="28"/>
          <w:lang w:val="vi-VN"/>
        </w:rPr>
      </w:pPr>
      <w:r w:rsidRPr="00823FED">
        <w:rPr>
          <w:rFonts w:ascii="Times New Roman" w:eastAsia="Times New Roman" w:hAnsi="Times New Roman" w:cs="Times New Roman"/>
          <w:color w:val="1F1F1F"/>
          <w:sz w:val="28"/>
          <w:szCs w:val="28"/>
          <w:lang w:val="vi-VN"/>
        </w:rPr>
        <w:t xml:space="preserve">Thay đổi chủ hộ kinh doanh do </w:t>
      </w:r>
      <w:r w:rsidRPr="00823FED">
        <w:rPr>
          <w:rFonts w:ascii="Times New Roman" w:eastAsia="Times New Roman" w:hAnsi="Times New Roman" w:cs="Times New Roman"/>
          <w:i/>
          <w:iCs/>
          <w:color w:val="1F1F1F"/>
          <w:sz w:val="28"/>
          <w:szCs w:val="28"/>
          <w:lang w:val="vi-VN"/>
        </w:rPr>
        <w:t>(đánh dấu X vào ô thích hợp):</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5"/>
        <w:gridCol w:w="992"/>
      </w:tblGrid>
      <w:tr w:rsidR="00823FED" w:rsidTr="00143B02">
        <w:tc>
          <w:tcPr>
            <w:tcW w:w="7035" w:type="dxa"/>
          </w:tcPr>
          <w:p w:rsidR="00823FED" w:rsidRPr="00823FED" w:rsidRDefault="00823FED" w:rsidP="00143B02">
            <w:pPr>
              <w:spacing w:after="96"/>
              <w:jc w:val="both"/>
              <w:rPr>
                <w:rFonts w:ascii="Times New Roman" w:eastAsia="Times New Roman" w:hAnsi="Times New Roman" w:cs="Times New Roman"/>
                <w:color w:val="1F1F1F"/>
                <w:sz w:val="28"/>
                <w:szCs w:val="28"/>
                <w:lang w:val="vi-VN"/>
              </w:rPr>
            </w:pPr>
            <w:r w:rsidRPr="00823FED">
              <w:rPr>
                <w:rFonts w:ascii="Times New Roman" w:eastAsia="Times New Roman" w:hAnsi="Times New Roman" w:cs="Times New Roman"/>
                <w:color w:val="1F1F1F"/>
                <w:sz w:val="28"/>
                <w:szCs w:val="28"/>
                <w:lang w:val="vi-VN"/>
              </w:rPr>
              <w:t>Thành viên hộ gia đình uỷ quyền cho thành</w:t>
            </w:r>
            <w:r>
              <w:rPr>
                <w:rFonts w:ascii="Times New Roman" w:eastAsia="Times New Roman" w:hAnsi="Times New Roman" w:cs="Times New Roman"/>
                <w:color w:val="1F1F1F"/>
                <w:sz w:val="28"/>
                <w:szCs w:val="28"/>
                <w:lang w:val="vi-VN"/>
              </w:rPr>
              <w:t xml:space="preserve"> </w:t>
            </w:r>
            <w:r w:rsidRPr="00823FED">
              <w:rPr>
                <w:rFonts w:ascii="Times New Roman" w:eastAsia="Times New Roman" w:hAnsi="Times New Roman" w:cs="Times New Roman"/>
                <w:color w:val="1F1F1F"/>
                <w:sz w:val="28"/>
                <w:szCs w:val="28"/>
                <w:lang w:val="vi-VN"/>
              </w:rPr>
              <w:t>viên khác làm chủ hộ kinh doanh</w:t>
            </w:r>
          </w:p>
        </w:tc>
        <w:tc>
          <w:tcPr>
            <w:tcW w:w="992" w:type="dxa"/>
          </w:tcPr>
          <w:p w:rsidR="00823FED" w:rsidRDefault="00823FED" w:rsidP="00823FED">
            <w:pPr>
              <w:spacing w:after="96"/>
              <w:jc w:val="center"/>
              <w:rPr>
                <w:rFonts w:ascii="Times New Roman" w:eastAsia="Times New Roman" w:hAnsi="Times New Roman" w:cs="Times New Roman"/>
                <w:i/>
                <w:iCs/>
                <w:color w:val="1F1F1F"/>
                <w:sz w:val="28"/>
                <w:szCs w:val="28"/>
                <w:lang w:val="vi-VN"/>
              </w:rPr>
            </w:pPr>
            <w:r>
              <w:rPr>
                <w:rFonts w:ascii="Times New Roman" w:eastAsia="Times New Roman" w:hAnsi="Times New Roman" w:cs="Times New Roman"/>
                <w:i/>
                <w:iCs/>
                <w:noProof/>
                <w:color w:val="1F1F1F"/>
                <w:sz w:val="28"/>
                <w:szCs w:val="28"/>
                <w:lang w:val="vi-VN"/>
              </w:rPr>
              <mc:AlternateContent>
                <mc:Choice Requires="wps">
                  <w:drawing>
                    <wp:anchor distT="0" distB="0" distL="114300" distR="114300" simplePos="0" relativeHeight="251663360" behindDoc="0" locked="0" layoutInCell="1" allowOverlap="1">
                      <wp:simplePos x="0" y="0"/>
                      <wp:positionH relativeFrom="column">
                        <wp:posOffset>72390</wp:posOffset>
                      </wp:positionH>
                      <wp:positionV relativeFrom="paragraph">
                        <wp:posOffset>94815</wp:posOffset>
                      </wp:positionV>
                      <wp:extent cx="288758" cy="272716"/>
                      <wp:effectExtent l="12700" t="12700" r="16510" b="6985"/>
                      <wp:wrapNone/>
                      <wp:docPr id="2121033397" name="Rectangle 3"/>
                      <wp:cNvGraphicFramePr/>
                      <a:graphic xmlns:a="http://schemas.openxmlformats.org/drawingml/2006/main">
                        <a:graphicData uri="http://schemas.microsoft.com/office/word/2010/wordprocessingShape">
                          <wps:wsp>
                            <wps:cNvSpPr/>
                            <wps:spPr>
                              <a:xfrm>
                                <a:off x="0" y="0"/>
                                <a:ext cx="288758" cy="272716"/>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E948A6" id="Rectangle 3" o:spid="_x0000_s1026" style="position:absolute;margin-left:5.7pt;margin-top:7.45pt;width:22.75pt;height:21.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" fillcolor="white [3201]" strokecolor="black [3200]" strokeweight="2pt"/>
                  </w:pict>
                </mc:Fallback>
              </mc:AlternateContent>
            </w:r>
          </w:p>
        </w:tc>
      </w:tr>
      <w:tr w:rsidR="00823FED" w:rsidTr="00143B02">
        <w:tc>
          <w:tcPr>
            <w:tcW w:w="7035" w:type="dxa"/>
          </w:tcPr>
          <w:p w:rsidR="00823FED" w:rsidRDefault="00143B02" w:rsidP="00143B02">
            <w:pPr>
              <w:spacing w:after="96"/>
              <w:jc w:val="both"/>
              <w:rPr>
                <w:rFonts w:ascii="Times New Roman" w:eastAsia="Times New Roman" w:hAnsi="Times New Roman" w:cs="Times New Roman"/>
                <w:i/>
                <w:iCs/>
                <w:color w:val="1F1F1F"/>
                <w:sz w:val="28"/>
                <w:szCs w:val="28"/>
                <w:lang w:val="vi-VN"/>
              </w:rPr>
            </w:pPr>
            <w:r w:rsidRPr="00143B02">
              <w:rPr>
                <w:rFonts w:ascii="Times New Roman" w:eastAsia="Times New Roman" w:hAnsi="Times New Roman" w:cs="Times New Roman"/>
                <w:color w:val="1F1F1F"/>
                <w:sz w:val="28"/>
                <w:szCs w:val="28"/>
                <w:lang w:val="vi-VN"/>
              </w:rPr>
              <w:t>Chủ hộ kinh doanh chết hoặc bị Tòa án tuyên bố đã chết, mất tích, bị hạn chế hoặc mất năng lực hành vi dân sự, có khó khăn trong nhận thức, làm chủ hành vi</w:t>
            </w:r>
            <w:r>
              <w:rPr>
                <w:rFonts w:ascii="Times New Roman" w:eastAsia="Times New Roman" w:hAnsi="Times New Roman" w:cs="Times New Roman"/>
                <w:color w:val="1F1F1F"/>
                <w:sz w:val="28"/>
                <w:szCs w:val="28"/>
                <w:lang w:val="vi-VN"/>
              </w:rPr>
              <w:t>.</w:t>
            </w:r>
          </w:p>
        </w:tc>
        <w:tc>
          <w:tcPr>
            <w:tcW w:w="992" w:type="dxa"/>
          </w:tcPr>
          <w:p w:rsidR="00823FED" w:rsidRDefault="00823FED" w:rsidP="00823FED">
            <w:pPr>
              <w:spacing w:after="96"/>
              <w:jc w:val="center"/>
              <w:rPr>
                <w:rFonts w:ascii="Times New Roman" w:eastAsia="Times New Roman" w:hAnsi="Times New Roman" w:cs="Times New Roman"/>
                <w:i/>
                <w:iCs/>
                <w:color w:val="1F1F1F"/>
                <w:sz w:val="28"/>
                <w:szCs w:val="28"/>
                <w:lang w:val="vi-VN"/>
              </w:rPr>
            </w:pPr>
            <w:r>
              <w:rPr>
                <w:rFonts w:ascii="Times New Roman" w:eastAsia="Times New Roman" w:hAnsi="Times New Roman" w:cs="Times New Roman"/>
                <w:i/>
                <w:iCs/>
                <w:noProof/>
                <w:color w:val="1F1F1F"/>
                <w:sz w:val="28"/>
                <w:szCs w:val="28"/>
                <w:lang w:val="vi-VN"/>
              </w:rPr>
              <mc:AlternateContent>
                <mc:Choice Requires="wps">
                  <w:drawing>
                    <wp:anchor distT="0" distB="0" distL="114300" distR="114300" simplePos="0" relativeHeight="251665408" behindDoc="0" locked="0" layoutInCell="1" allowOverlap="1" wp14:anchorId="0EDA877D" wp14:editId="708C875F">
                      <wp:simplePos x="0" y="0"/>
                      <wp:positionH relativeFrom="column">
                        <wp:posOffset>67945</wp:posOffset>
                      </wp:positionH>
                      <wp:positionV relativeFrom="paragraph">
                        <wp:posOffset>131111</wp:posOffset>
                      </wp:positionV>
                      <wp:extent cx="288758" cy="272716"/>
                      <wp:effectExtent l="12700" t="12700" r="16510" b="6985"/>
                      <wp:wrapNone/>
                      <wp:docPr id="1107490458" name="Rectangle 3"/>
                      <wp:cNvGraphicFramePr/>
                      <a:graphic xmlns:a="http://schemas.openxmlformats.org/drawingml/2006/main">
                        <a:graphicData uri="http://schemas.microsoft.com/office/word/2010/wordprocessingShape">
                          <wps:wsp>
                            <wps:cNvSpPr/>
                            <wps:spPr>
                              <a:xfrm>
                                <a:off x="0" y="0"/>
                                <a:ext cx="288758" cy="272716"/>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32B22E" id="Rectangle 3" o:spid="_x0000_s1026" style="position:absolute;margin-left:5.35pt;margin-top:10.3pt;width:22.75pt;height:21.4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" fillcolor="white [3201]" strokecolor="black [3200]" strokeweight="2pt"/>
                  </w:pict>
                </mc:Fallback>
              </mc:AlternateContent>
            </w:r>
          </w:p>
        </w:tc>
      </w:tr>
    </w:tbl>
    <w:p w:rsidR="00823FED" w:rsidRDefault="00143B02" w:rsidP="00143B02">
      <w:pPr>
        <w:spacing w:after="96"/>
        <w:ind w:firstLine="709"/>
        <w:rPr>
          <w:rFonts w:ascii="Times New Roman" w:eastAsia="Times New Roman" w:hAnsi="Times New Roman" w:cs="Times New Roman"/>
          <w:b/>
          <w:bCs/>
          <w:color w:val="1F1F1F"/>
          <w:sz w:val="28"/>
          <w:szCs w:val="28"/>
          <w:lang w:val="vi-VN"/>
        </w:rPr>
      </w:pPr>
      <w:r w:rsidRPr="00143B02">
        <w:rPr>
          <w:rFonts w:ascii="Times New Roman" w:eastAsia="Times New Roman" w:hAnsi="Times New Roman" w:cs="Times New Roman"/>
          <w:b/>
          <w:bCs/>
          <w:color w:val="1F1F1F"/>
          <w:sz w:val="28"/>
          <w:szCs w:val="28"/>
          <w:lang w:val="vi-VN"/>
        </w:rPr>
        <w:t>1. Chủ hộ kinh doanh trước khi thay đổi:</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Họ và tên </w:t>
      </w:r>
      <w:r w:rsidRPr="00143B02">
        <w:rPr>
          <w:rFonts w:ascii="Times New Roman" w:eastAsia="Times New Roman" w:hAnsi="Times New Roman" w:cs="Times New Roman"/>
          <w:i/>
          <w:iCs/>
          <w:color w:val="1F1F1F"/>
          <w:sz w:val="28"/>
          <w:szCs w:val="28"/>
          <w:lang w:val="vi-VN"/>
        </w:rPr>
        <w:t>(ghi họ tên bằng chữ in hoa):</w:t>
      </w:r>
      <w:r w:rsidRPr="00143B02">
        <w:rPr>
          <w:rFonts w:ascii="Times New Roman" w:eastAsia="Times New Roman" w:hAnsi="Times New Roman" w:cs="Times New Roman"/>
          <w:color w:val="1F1F1F"/>
          <w:sz w:val="28"/>
          <w:szCs w:val="28"/>
          <w:lang w:val="vi-VN"/>
        </w:rPr>
        <w:t xml:space="preserve"> ..............................</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Sinh ngày: ...../ ..... /.......</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Giới tính: ………..</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Số định danh cá nhân </w:t>
      </w:r>
      <w:r w:rsidRPr="00143B02">
        <w:rPr>
          <w:rFonts w:ascii="Times New Roman" w:eastAsia="Times New Roman" w:hAnsi="Times New Roman" w:cs="Times New Roman"/>
          <w:i/>
          <w:iCs/>
          <w:color w:val="1F1F1F"/>
          <w:sz w:val="28"/>
          <w:szCs w:val="28"/>
          <w:lang w:val="vi-VN"/>
        </w:rPr>
        <w:t>(nếu có):</w:t>
      </w:r>
      <w:r w:rsidRPr="00143B02">
        <w:rPr>
          <w:rFonts w:ascii="Times New Roman" w:eastAsia="Times New Roman" w:hAnsi="Times New Roman" w:cs="Times New Roman"/>
          <w:color w:val="1F1F1F"/>
          <w:sz w:val="28"/>
          <w:szCs w:val="28"/>
          <w:lang w:val="vi-VN"/>
        </w:rPr>
        <w:t xml:space="preserve"> ……………………………………………</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Điện thoại </w:t>
      </w:r>
      <w:r w:rsidRPr="00143B02">
        <w:rPr>
          <w:rFonts w:ascii="Times New Roman" w:eastAsia="Times New Roman" w:hAnsi="Times New Roman" w:cs="Times New Roman"/>
          <w:i/>
          <w:iCs/>
          <w:color w:val="1F1F1F"/>
          <w:sz w:val="28"/>
          <w:szCs w:val="28"/>
          <w:lang w:val="vi-VN"/>
        </w:rPr>
        <w:t>(nếu có):</w:t>
      </w:r>
      <w:r w:rsidRPr="00143B02">
        <w:rPr>
          <w:rFonts w:ascii="Times New Roman" w:eastAsia="Times New Roman" w:hAnsi="Times New Roman" w:cs="Times New Roman"/>
          <w:color w:val="1F1F1F"/>
          <w:sz w:val="28"/>
          <w:szCs w:val="28"/>
          <w:lang w:val="vi-VN"/>
        </w:rPr>
        <w:t xml:space="preserve"> …………… Thư điện tử </w:t>
      </w:r>
      <w:r w:rsidRPr="00143B02">
        <w:rPr>
          <w:rFonts w:ascii="Times New Roman" w:eastAsia="Times New Roman" w:hAnsi="Times New Roman" w:cs="Times New Roman"/>
          <w:i/>
          <w:iCs/>
          <w:color w:val="1F1F1F"/>
          <w:sz w:val="28"/>
          <w:szCs w:val="28"/>
          <w:lang w:val="vi-VN"/>
        </w:rPr>
        <w:t xml:space="preserve">(nếu có): </w:t>
      </w:r>
      <w:r w:rsidRPr="00143B02">
        <w:rPr>
          <w:rFonts w:ascii="Times New Roman" w:eastAsia="Times New Roman" w:hAnsi="Times New Roman" w:cs="Times New Roman"/>
          <w:color w:val="1F1F1F"/>
          <w:sz w:val="28"/>
          <w:szCs w:val="28"/>
          <w:lang w:val="vi-VN"/>
        </w:rPr>
        <w:t>………………….</w:t>
      </w:r>
    </w:p>
    <w:p w:rsid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Trường hợp không có số định danh cá nhân hoặc việc kết nối giữa Cơ sở</w:t>
      </w:r>
      <w:r>
        <w:rPr>
          <w:rFonts w:ascii="Times New Roman" w:eastAsia="Times New Roman" w:hAnsi="Times New Roman" w:cs="Times New Roman"/>
          <w:color w:val="1F1F1F"/>
          <w:sz w:val="28"/>
          <w:szCs w:val="28"/>
          <w:lang w:val="vi-VN"/>
        </w:rPr>
        <w:t xml:space="preserve"> </w:t>
      </w:r>
      <w:r w:rsidRPr="00143B02">
        <w:rPr>
          <w:rFonts w:ascii="Times New Roman" w:eastAsia="Times New Roman" w:hAnsi="Times New Roman" w:cs="Times New Roman"/>
          <w:color w:val="1F1F1F"/>
          <w:sz w:val="28"/>
          <w:szCs w:val="28"/>
          <w:lang w:val="vi-VN"/>
        </w:rPr>
        <w:t>dữ liệu về đăng ký hộ kinh doanh với Cơ sở dữ liệu quốc gia về dân cư bị gián</w:t>
      </w:r>
      <w:r>
        <w:rPr>
          <w:rFonts w:ascii="Times New Roman" w:eastAsia="Times New Roman" w:hAnsi="Times New Roman" w:cs="Times New Roman"/>
          <w:color w:val="1F1F1F"/>
          <w:sz w:val="28"/>
          <w:szCs w:val="28"/>
          <w:lang w:val="vi-VN"/>
        </w:rPr>
        <w:t xml:space="preserve"> </w:t>
      </w:r>
      <w:r w:rsidRPr="00143B02">
        <w:rPr>
          <w:rFonts w:ascii="Times New Roman" w:eastAsia="Times New Roman" w:hAnsi="Times New Roman" w:cs="Times New Roman"/>
          <w:color w:val="1F1F1F"/>
          <w:sz w:val="28"/>
          <w:szCs w:val="28"/>
          <w:lang w:val="vi-VN"/>
        </w:rPr>
        <w:t>đoạn thì đề nghị kê khai thêm các thông tin cá nhân dưới đây:</w:t>
      </w:r>
    </w:p>
    <w:tbl>
      <w:tblPr>
        <w:tblStyle w:val="TableGrid"/>
        <w:tblW w:w="0" w:type="auto"/>
        <w:tblLook w:val="04A0" w:firstRow="1" w:lastRow="0" w:firstColumn="1" w:lastColumn="0" w:noHBand="0" w:noVBand="1"/>
      </w:tblPr>
      <w:tblGrid>
        <w:gridCol w:w="9288"/>
      </w:tblGrid>
      <w:tr w:rsidR="00143B02">
        <w:tc>
          <w:tcPr>
            <w:tcW w:w="9288" w:type="dxa"/>
          </w:tcPr>
          <w:p w:rsidR="00143B02" w:rsidRP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Dân tộc: ……………. Quốc tịch: …………...</w:t>
            </w:r>
          </w:p>
          <w:p w:rsidR="00143B02" w:rsidRP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Nơi thường trú:</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Số nhà/phòng, ngách/hẻm, ngõ/kiệt, đường/phố/đại lộ, tổ/xóm/ấp/thôn: ……</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Xã/Phường/Đặc khu: ………………………………………………</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Tỉnh/Thành phố trực thuộc trung ương: ………………………………</w:t>
            </w:r>
          </w:p>
          <w:p w:rsidR="00143B02" w:rsidRP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Nơi ở hiện tại:</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Số nhà/phòng, ngách/hẻm, ngõ/kiệt, đường/phố/đại lộ, tổ/xóm/ấp/thôn: ……</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Xã/Phường/Đặc khu: ………………………………………………</w:t>
            </w:r>
          </w:p>
          <w:p w:rsid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Tỉnh/Thành phố trực thuộc trung ương: ………………………………</w:t>
            </w:r>
          </w:p>
        </w:tc>
      </w:tr>
    </w:tbl>
    <w:p w:rsidR="00143B02" w:rsidRDefault="00143B02" w:rsidP="00143B02">
      <w:pPr>
        <w:spacing w:after="96"/>
        <w:rPr>
          <w:rFonts w:ascii="Times New Roman" w:eastAsia="Times New Roman" w:hAnsi="Times New Roman" w:cs="Times New Roman"/>
          <w:color w:val="1F1F1F"/>
          <w:sz w:val="28"/>
          <w:szCs w:val="28"/>
          <w:lang w:val="vi-VN"/>
        </w:rPr>
      </w:pPr>
    </w:p>
    <w:p w:rsidR="00143B02" w:rsidRDefault="00143B02">
      <w:pPr>
        <w:spacing w:after="96"/>
        <w:rPr>
          <w:rFonts w:ascii="Times New Roman" w:eastAsia="Times New Roman" w:hAnsi="Times New Roman" w:cs="Times New Roman"/>
          <w:color w:val="1F1F1F"/>
          <w:sz w:val="28"/>
          <w:szCs w:val="28"/>
          <w:lang w:val="vi-VN"/>
        </w:rPr>
      </w:pPr>
      <w:r>
        <w:rPr>
          <w:rFonts w:ascii="Times New Roman" w:eastAsia="Times New Roman" w:hAnsi="Times New Roman" w:cs="Times New Roman"/>
          <w:color w:val="1F1F1F"/>
          <w:sz w:val="28"/>
          <w:szCs w:val="28"/>
          <w:lang w:val="vi-VN"/>
        </w:rPr>
        <w:br w:type="page"/>
      </w:r>
    </w:p>
    <w:p w:rsidR="00143B02" w:rsidRPr="00143B02" w:rsidRDefault="00143B02" w:rsidP="00143B02">
      <w:pPr>
        <w:spacing w:after="96"/>
        <w:ind w:firstLine="709"/>
        <w:rPr>
          <w:rFonts w:ascii="Times New Roman" w:eastAsia="Times New Roman" w:hAnsi="Times New Roman" w:cs="Times New Roman"/>
          <w:b/>
          <w:bCs/>
          <w:color w:val="1F1F1F"/>
          <w:sz w:val="28"/>
          <w:szCs w:val="28"/>
          <w:lang w:val="vi-VN"/>
        </w:rPr>
      </w:pPr>
      <w:r w:rsidRPr="00143B02">
        <w:rPr>
          <w:rFonts w:ascii="Times New Roman" w:eastAsia="Times New Roman" w:hAnsi="Times New Roman" w:cs="Times New Roman"/>
          <w:b/>
          <w:bCs/>
          <w:color w:val="1F1F1F"/>
          <w:sz w:val="28"/>
          <w:szCs w:val="28"/>
          <w:lang w:val="vi-VN"/>
        </w:rPr>
        <w:lastRenderedPageBreak/>
        <w:t>2. Chủ hộ kinh doanh sau khi thay đổi:</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Họ và tên </w:t>
      </w:r>
      <w:r w:rsidRPr="00143B02">
        <w:rPr>
          <w:rFonts w:ascii="Times New Roman" w:eastAsia="Times New Roman" w:hAnsi="Times New Roman" w:cs="Times New Roman"/>
          <w:i/>
          <w:iCs/>
          <w:color w:val="1F1F1F"/>
          <w:sz w:val="28"/>
          <w:szCs w:val="28"/>
          <w:lang w:val="vi-VN"/>
        </w:rPr>
        <w:t>(ghi họ tên bằng chữ in hoa):</w:t>
      </w:r>
      <w:r w:rsidRPr="00143B02">
        <w:rPr>
          <w:rFonts w:ascii="Times New Roman" w:eastAsia="Times New Roman" w:hAnsi="Times New Roman" w:cs="Times New Roman"/>
          <w:color w:val="1F1F1F"/>
          <w:sz w:val="28"/>
          <w:szCs w:val="28"/>
          <w:lang w:val="vi-VN"/>
        </w:rPr>
        <w:t xml:space="preserve"> </w:t>
      </w:r>
      <w:r w:rsidRPr="00143B02">
        <w:rPr>
          <w:rFonts w:ascii="Times New Roman" w:eastAsia="Times New Roman" w:hAnsi="Times New Roman" w:cs="Times New Roman"/>
          <w:b/>
          <w:bCs/>
          <w:color w:val="1F1F1F"/>
          <w:sz w:val="28"/>
          <w:szCs w:val="28"/>
          <w:lang w:val="vi-VN"/>
        </w:rPr>
        <w:t>Nguyễn Văn A</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Sinh ngày: </w:t>
      </w:r>
      <w:r w:rsidRPr="00143B02">
        <w:rPr>
          <w:rFonts w:ascii="Times New Roman" w:eastAsia="Times New Roman" w:hAnsi="Times New Roman" w:cs="Times New Roman"/>
          <w:b/>
          <w:bCs/>
          <w:color w:val="1F1F1F"/>
          <w:sz w:val="28"/>
          <w:szCs w:val="28"/>
          <w:lang w:val="vi-VN"/>
        </w:rPr>
        <w:t>20/12/1991</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Giới tính: </w:t>
      </w:r>
      <w:r w:rsidRPr="00143B02">
        <w:rPr>
          <w:rFonts w:ascii="Times New Roman" w:eastAsia="Times New Roman" w:hAnsi="Times New Roman" w:cs="Times New Roman"/>
          <w:b/>
          <w:bCs/>
          <w:color w:val="1F1F1F"/>
          <w:sz w:val="28"/>
          <w:szCs w:val="28"/>
          <w:lang w:val="vi-VN"/>
        </w:rPr>
        <w:t>Nam</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Số định danh cá nhân (nếu có): </w:t>
      </w:r>
      <w:r w:rsidRPr="00143B02">
        <w:rPr>
          <w:rFonts w:ascii="Times New Roman" w:eastAsia="Times New Roman" w:hAnsi="Times New Roman" w:cs="Times New Roman"/>
          <w:b/>
          <w:bCs/>
          <w:color w:val="1F1F1F"/>
          <w:sz w:val="28"/>
          <w:szCs w:val="28"/>
          <w:lang w:val="vi-VN"/>
        </w:rPr>
        <w:t>062100000000</w:t>
      </w:r>
    </w:p>
    <w:p w:rsidR="00143B02" w:rsidRP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 xml:space="preserve">Điện thoại (nếu có): </w:t>
      </w:r>
      <w:r w:rsidRPr="00143B02">
        <w:rPr>
          <w:rFonts w:ascii="Times New Roman" w:eastAsia="Times New Roman" w:hAnsi="Times New Roman" w:cs="Times New Roman"/>
          <w:b/>
          <w:bCs/>
          <w:color w:val="1F1F1F"/>
          <w:sz w:val="28"/>
          <w:szCs w:val="28"/>
          <w:lang w:val="vi-VN"/>
        </w:rPr>
        <w:t>0981111111</w:t>
      </w:r>
      <w:r w:rsidRPr="00143B02">
        <w:rPr>
          <w:rFonts w:ascii="Times New Roman" w:eastAsia="Times New Roman" w:hAnsi="Times New Roman" w:cs="Times New Roman"/>
          <w:color w:val="1F1F1F"/>
          <w:sz w:val="28"/>
          <w:szCs w:val="28"/>
          <w:lang w:val="vi-VN"/>
        </w:rPr>
        <w:t xml:space="preserve"> Thư điện tử (nếu có): ………………….</w:t>
      </w:r>
    </w:p>
    <w:p w:rsidR="00143B02" w:rsidRDefault="00143B02" w:rsidP="00143B02">
      <w:pPr>
        <w:spacing w:after="96"/>
        <w:ind w:firstLine="709"/>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Trường hợp việc kết nối giữa Cơ sở dữ liệu về đăng ký hộ kinh doanh với</w:t>
      </w:r>
      <w:r>
        <w:rPr>
          <w:rFonts w:ascii="Times New Roman" w:eastAsia="Times New Roman" w:hAnsi="Times New Roman" w:cs="Times New Roman"/>
          <w:color w:val="1F1F1F"/>
          <w:sz w:val="28"/>
          <w:szCs w:val="28"/>
          <w:lang w:val="vi-VN"/>
        </w:rPr>
        <w:t xml:space="preserve"> </w:t>
      </w:r>
      <w:r w:rsidRPr="00143B02">
        <w:rPr>
          <w:rFonts w:ascii="Times New Roman" w:eastAsia="Times New Roman" w:hAnsi="Times New Roman" w:cs="Times New Roman"/>
          <w:color w:val="1F1F1F"/>
          <w:sz w:val="28"/>
          <w:szCs w:val="28"/>
          <w:lang w:val="vi-VN"/>
        </w:rPr>
        <w:t>Cơ sở dữ liệu quốc gia về dân cư bị gián đoạn thì đề nghị kê khai thêm các thông</w:t>
      </w:r>
      <w:r>
        <w:rPr>
          <w:rFonts w:ascii="Times New Roman" w:eastAsia="Times New Roman" w:hAnsi="Times New Roman" w:cs="Times New Roman"/>
          <w:color w:val="1F1F1F"/>
          <w:sz w:val="28"/>
          <w:szCs w:val="28"/>
          <w:lang w:val="vi-VN"/>
        </w:rPr>
        <w:t xml:space="preserve"> </w:t>
      </w:r>
      <w:r w:rsidRPr="00143B02">
        <w:rPr>
          <w:rFonts w:ascii="Times New Roman" w:eastAsia="Times New Roman" w:hAnsi="Times New Roman" w:cs="Times New Roman"/>
          <w:color w:val="1F1F1F"/>
          <w:sz w:val="28"/>
          <w:szCs w:val="28"/>
          <w:lang w:val="vi-VN"/>
        </w:rPr>
        <w:t>tin cá nhân dưới đây:</w:t>
      </w:r>
    </w:p>
    <w:tbl>
      <w:tblPr>
        <w:tblStyle w:val="TableGrid"/>
        <w:tblW w:w="0" w:type="auto"/>
        <w:tblLook w:val="04A0" w:firstRow="1" w:lastRow="0" w:firstColumn="1" w:lastColumn="0" w:noHBand="0" w:noVBand="1"/>
      </w:tblPr>
      <w:tblGrid>
        <w:gridCol w:w="9288"/>
      </w:tblGrid>
      <w:tr w:rsidR="00143B02">
        <w:tc>
          <w:tcPr>
            <w:tcW w:w="9288" w:type="dxa"/>
          </w:tcPr>
          <w:p w:rsidR="00143B02" w:rsidRP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Dân tộc: ……………. Quốc tịch: …………...</w:t>
            </w:r>
          </w:p>
          <w:p w:rsidR="00143B02" w:rsidRP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Nơi thường trú:</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Số nhà/phòng, ngách/hẻm, ngõ/kiệt, đường/phố/đại lộ, tổ/xóm/ấp/thôn: ……</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Xã/Phường/Đặc khu: ………………………………………………</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Tỉnh/Thành phố trực thuộc trung ương: ………………………………</w:t>
            </w:r>
          </w:p>
          <w:p w:rsidR="00143B02" w:rsidRP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Nơi ở hiện tại:</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Số nhà/phòng, ngách/hẻm, ngõ/kiệt, đường/phố/đại lộ, tổ/xóm/ấp/thôn: ……</w:t>
            </w:r>
          </w:p>
          <w:p w:rsidR="00143B02" w:rsidRPr="00143B02" w:rsidRDefault="00143B02" w:rsidP="00143B02">
            <w:pPr>
              <w:spacing w:after="96"/>
              <w:ind w:firstLine="42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Xã/Phường/Đặc khu: ………………………………………………</w:t>
            </w:r>
          </w:p>
          <w:p w:rsidR="00143B02" w:rsidRDefault="00143B02" w:rsidP="00143B02">
            <w:pPr>
              <w:spacing w:after="96"/>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Tỉnh/Thành phố trực thuộc trung ương: ………………………………</w:t>
            </w:r>
          </w:p>
        </w:tc>
      </w:tr>
    </w:tbl>
    <w:p w:rsidR="00143B02" w:rsidRDefault="00143B02" w:rsidP="00143B02">
      <w:pPr>
        <w:spacing w:after="96"/>
        <w:ind w:firstLine="709"/>
        <w:rPr>
          <w:rFonts w:ascii="Times New Roman" w:eastAsia="Times New Roman" w:hAnsi="Times New Roman" w:cs="Times New Roman"/>
          <w:color w:val="1F1F1F"/>
          <w:sz w:val="28"/>
          <w:szCs w:val="28"/>
          <w:lang w:val="vi-VN"/>
        </w:rPr>
      </w:pPr>
    </w:p>
    <w:p w:rsidR="00143B02" w:rsidRDefault="00143B02">
      <w:pPr>
        <w:spacing w:after="96"/>
        <w:rPr>
          <w:rFonts w:ascii="Times New Roman" w:eastAsia="Times New Roman" w:hAnsi="Times New Roman" w:cs="Times New Roman"/>
          <w:color w:val="1F1F1F"/>
          <w:sz w:val="28"/>
          <w:szCs w:val="28"/>
          <w:lang w:val="vi-VN"/>
        </w:rPr>
      </w:pPr>
      <w:r>
        <w:rPr>
          <w:rFonts w:ascii="Times New Roman" w:eastAsia="Times New Roman" w:hAnsi="Times New Roman" w:cs="Times New Roman"/>
          <w:color w:val="1F1F1F"/>
          <w:sz w:val="28"/>
          <w:szCs w:val="28"/>
          <w:lang w:val="vi-VN"/>
        </w:rPr>
        <w:br w:type="page"/>
      </w:r>
    </w:p>
    <w:p w:rsidR="00143B02" w:rsidRPr="00143B02" w:rsidRDefault="00143B02" w:rsidP="00143B02">
      <w:pPr>
        <w:spacing w:after="96"/>
        <w:ind w:firstLine="709"/>
        <w:jc w:val="center"/>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lastRenderedPageBreak/>
        <w:t>ĐĂNG KÝ THAY ĐỔI THÀNH VIÊN HỘ GIA ĐÌNH</w:t>
      </w:r>
    </w:p>
    <w:p w:rsidR="00143B02" w:rsidRPr="00143B02" w:rsidRDefault="00143B02" w:rsidP="00143B02">
      <w:pPr>
        <w:spacing w:after="96"/>
        <w:ind w:firstLine="709"/>
        <w:jc w:val="center"/>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ĐĂNG KÝ HỘ KINH DOANH</w:t>
      </w:r>
    </w:p>
    <w:p w:rsidR="00143B02" w:rsidRDefault="00143B02" w:rsidP="00143B02">
      <w:pPr>
        <w:spacing w:after="96"/>
        <w:ind w:firstLine="284"/>
        <w:rPr>
          <w:rFonts w:ascii="Times New Roman" w:eastAsia="Times New Roman" w:hAnsi="Times New Roman" w:cs="Times New Roman"/>
          <w:color w:val="1F1F1F"/>
          <w:sz w:val="28"/>
          <w:szCs w:val="28"/>
          <w:lang w:val="vi-VN"/>
        </w:rPr>
      </w:pPr>
      <w:r w:rsidRPr="00143B02">
        <w:rPr>
          <w:rFonts w:ascii="Times New Roman" w:eastAsia="Times New Roman" w:hAnsi="Times New Roman" w:cs="Times New Roman"/>
          <w:color w:val="1F1F1F"/>
          <w:sz w:val="28"/>
          <w:szCs w:val="28"/>
          <w:lang w:val="vi-VN"/>
        </w:rPr>
        <w:t>Danh sách các thành viên hộ gia đình đăng ký hộ kinh doanh sau khi thay đổi</w:t>
      </w:r>
      <w:r>
        <w:rPr>
          <w:rStyle w:val="FootnoteReference"/>
          <w:rFonts w:ascii="Times New Roman" w:eastAsia="Times New Roman" w:hAnsi="Times New Roman" w:cs="Times New Roman"/>
          <w:color w:val="1F1F1F"/>
          <w:sz w:val="28"/>
          <w:szCs w:val="28"/>
          <w:lang w:val="vi-VN"/>
        </w:rPr>
        <w:footnoteReference w:id="1"/>
      </w:r>
      <w:r w:rsidRPr="00143B02">
        <w:rPr>
          <w:rFonts w:ascii="Times New Roman" w:eastAsia="Times New Roman" w:hAnsi="Times New Roman" w:cs="Times New Roman"/>
          <w:color w:val="1F1F1F"/>
          <w:sz w:val="28"/>
          <w:szCs w:val="28"/>
          <w:lang w:val="vi-VN"/>
        </w:rPr>
        <w:t>:</w:t>
      </w:r>
    </w:p>
    <w:tbl>
      <w:tblPr>
        <w:tblStyle w:val="TableGrid"/>
        <w:tblW w:w="0" w:type="auto"/>
        <w:tblLook w:val="04A0" w:firstRow="1" w:lastRow="0" w:firstColumn="1" w:lastColumn="0" w:noHBand="0" w:noVBand="1"/>
      </w:tblPr>
      <w:tblGrid>
        <w:gridCol w:w="644"/>
        <w:gridCol w:w="641"/>
        <w:gridCol w:w="1393"/>
        <w:gridCol w:w="1276"/>
        <w:gridCol w:w="810"/>
        <w:gridCol w:w="892"/>
        <w:gridCol w:w="747"/>
        <w:gridCol w:w="1179"/>
        <w:gridCol w:w="968"/>
        <w:gridCol w:w="738"/>
      </w:tblGrid>
      <w:tr w:rsidR="00143B02" w:rsidRPr="00143B02" w:rsidTr="00143B02">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eastAsia="Times New Roman" w:hAnsi="Times New Roman" w:cs="Times New Roman"/>
                <w:color w:val="1F1F1F"/>
                <w:sz w:val="24"/>
                <w:szCs w:val="24"/>
                <w:lang w:val="vi-VN"/>
              </w:rPr>
              <w:t>STT</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eastAsia="Times New Roman" w:hAnsi="Times New Roman" w:cs="Times New Roman"/>
                <w:color w:val="1F1F1F"/>
                <w:sz w:val="24"/>
                <w:szCs w:val="24"/>
                <w:lang w:val="vi-VN"/>
              </w:rPr>
              <w:t>Họ tên</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Ngày, tháng, năm sinh</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Số định danh cá nhân</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Giới tính</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Quốc tịch</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Dân tộc</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Nơi thường trú</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Nơi ở hiện tại</w:t>
            </w:r>
          </w:p>
        </w:tc>
        <w:tc>
          <w:tcPr>
            <w:tcW w:w="0" w:type="auto"/>
          </w:tcPr>
          <w:p w:rsidR="00143B02" w:rsidRPr="00143B02" w:rsidRDefault="00143B02" w:rsidP="00143B02">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Chữ ký</w:t>
            </w:r>
          </w:p>
        </w:tc>
      </w:tr>
      <w:tr w:rsidR="00143B02" w:rsidRPr="00143B02" w:rsidTr="00143B02">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1</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2</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3</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4</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5</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6</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7</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8</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9</w:t>
            </w:r>
          </w:p>
        </w:tc>
        <w:tc>
          <w:tcPr>
            <w:tcW w:w="0" w:type="auto"/>
          </w:tcPr>
          <w:p w:rsidR="00143B02" w:rsidRPr="00143B02" w:rsidRDefault="00143B02" w:rsidP="00143B02">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10</w:t>
            </w:r>
          </w:p>
        </w:tc>
      </w:tr>
      <w:tr w:rsidR="00143B02" w:rsidTr="00143B02">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r>
      <w:tr w:rsidR="00143B02" w:rsidTr="00143B02">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c>
          <w:tcPr>
            <w:tcW w:w="0" w:type="auto"/>
          </w:tcPr>
          <w:p w:rsidR="00143B02" w:rsidRDefault="00143B02" w:rsidP="00143B02">
            <w:pPr>
              <w:spacing w:after="96"/>
              <w:rPr>
                <w:rFonts w:ascii="Times New Roman" w:eastAsia="Times New Roman" w:hAnsi="Times New Roman" w:cs="Times New Roman"/>
                <w:color w:val="1F1F1F"/>
                <w:sz w:val="28"/>
                <w:szCs w:val="28"/>
                <w:lang w:val="vi-VN"/>
              </w:rPr>
            </w:pPr>
          </w:p>
        </w:tc>
      </w:tr>
    </w:tbl>
    <w:p w:rsidR="00AF1FCA" w:rsidRDefault="00AF1FCA" w:rsidP="00143B02">
      <w:pPr>
        <w:spacing w:after="96"/>
        <w:ind w:firstLine="284"/>
        <w:rPr>
          <w:rFonts w:ascii="Times New Roman" w:eastAsia="Times New Roman" w:hAnsi="Times New Roman" w:cs="Times New Roman"/>
          <w:color w:val="1F1F1F"/>
          <w:sz w:val="28"/>
          <w:szCs w:val="28"/>
          <w:lang w:val="vi-VN"/>
        </w:rPr>
      </w:pPr>
    </w:p>
    <w:p w:rsidR="00AF1FCA" w:rsidRDefault="00AF1FCA">
      <w:pPr>
        <w:spacing w:after="96"/>
        <w:rPr>
          <w:rFonts w:ascii="Times New Roman" w:eastAsia="Times New Roman" w:hAnsi="Times New Roman" w:cs="Times New Roman"/>
          <w:color w:val="1F1F1F"/>
          <w:sz w:val="28"/>
          <w:szCs w:val="28"/>
          <w:lang w:val="vi-VN"/>
        </w:rPr>
      </w:pPr>
      <w:r>
        <w:rPr>
          <w:rFonts w:ascii="Times New Roman" w:eastAsia="Times New Roman" w:hAnsi="Times New Roman" w:cs="Times New Roman"/>
          <w:color w:val="1F1F1F"/>
          <w:sz w:val="28"/>
          <w:szCs w:val="28"/>
          <w:lang w:val="vi-VN"/>
        </w:rPr>
        <w:br w:type="page"/>
      </w:r>
    </w:p>
    <w:p w:rsidR="00AF1FCA" w:rsidRPr="00AF1FCA" w:rsidRDefault="00AF1FCA" w:rsidP="00AF1FCA">
      <w:pPr>
        <w:spacing w:after="96"/>
        <w:ind w:firstLine="284"/>
        <w:jc w:val="center"/>
        <w:rPr>
          <w:rFonts w:ascii="Times New Roman" w:eastAsia="Times New Roman" w:hAnsi="Times New Roman" w:cs="Times New Roman"/>
          <w:color w:val="1F1F1F"/>
          <w:sz w:val="28"/>
          <w:szCs w:val="28"/>
          <w:lang w:val="vi-VN"/>
        </w:rPr>
      </w:pPr>
      <w:r w:rsidRPr="00AF1FCA">
        <w:rPr>
          <w:rFonts w:ascii="Times New Roman" w:eastAsia="Times New Roman" w:hAnsi="Times New Roman" w:cs="Times New Roman"/>
          <w:color w:val="1F1F1F"/>
          <w:sz w:val="28"/>
          <w:szCs w:val="28"/>
          <w:lang w:val="vi-VN"/>
        </w:rPr>
        <w:lastRenderedPageBreak/>
        <w:t>ĐĂNG KÝ THAY ĐỔI VỐN KINH DOANH</w:t>
      </w:r>
    </w:p>
    <w:p w:rsidR="00AF1FCA" w:rsidRPr="00AF1FCA" w:rsidRDefault="00AF1FCA" w:rsidP="00AF1FCA">
      <w:pPr>
        <w:spacing w:after="96"/>
        <w:ind w:firstLine="284"/>
        <w:rPr>
          <w:rFonts w:ascii="Times New Roman" w:eastAsia="Times New Roman" w:hAnsi="Times New Roman" w:cs="Times New Roman"/>
          <w:b/>
          <w:bCs/>
          <w:color w:val="1F1F1F"/>
          <w:sz w:val="28"/>
          <w:szCs w:val="28"/>
          <w:lang w:val="vi-VN"/>
        </w:rPr>
      </w:pPr>
      <w:r w:rsidRPr="00AF1FCA">
        <w:rPr>
          <w:rFonts w:ascii="Times New Roman" w:eastAsia="Times New Roman" w:hAnsi="Times New Roman" w:cs="Times New Roman"/>
          <w:color w:val="1F1F1F"/>
          <w:sz w:val="28"/>
          <w:szCs w:val="28"/>
          <w:lang w:val="vi-VN"/>
        </w:rPr>
        <w:t xml:space="preserve">Vốn kinh doanh sau khi thay </w:t>
      </w:r>
      <w:r w:rsidRPr="00AF1FCA">
        <w:rPr>
          <w:rFonts w:ascii="Times New Roman" w:eastAsia="Times New Roman" w:hAnsi="Times New Roman" w:cs="Times New Roman"/>
          <w:i/>
          <w:iCs/>
          <w:color w:val="1F1F1F"/>
          <w:sz w:val="28"/>
          <w:szCs w:val="28"/>
          <w:lang w:val="vi-VN"/>
        </w:rPr>
        <w:t>đổi (bằng số, bằng chữ, VNĐ):</w:t>
      </w:r>
      <w:r w:rsidRPr="00AF1FCA">
        <w:rPr>
          <w:rFonts w:ascii="Times New Roman" w:eastAsia="Times New Roman" w:hAnsi="Times New Roman" w:cs="Times New Roman"/>
          <w:b/>
          <w:bCs/>
          <w:color w:val="1F1F1F"/>
          <w:sz w:val="28"/>
          <w:szCs w:val="28"/>
          <w:lang w:val="vi-VN"/>
        </w:rPr>
        <w:t xml:space="preserve"> 50.000.000đ</w:t>
      </w:r>
    </w:p>
    <w:p w:rsidR="00AF1FCA" w:rsidRPr="00AF1FCA" w:rsidRDefault="00AF1FCA" w:rsidP="00AF1FCA">
      <w:pPr>
        <w:spacing w:after="96"/>
        <w:ind w:firstLine="284"/>
        <w:rPr>
          <w:rFonts w:ascii="Times New Roman" w:eastAsia="Times New Roman" w:hAnsi="Times New Roman" w:cs="Times New Roman"/>
          <w:color w:val="1F1F1F"/>
          <w:sz w:val="28"/>
          <w:szCs w:val="28"/>
          <w:lang w:val="vi-VN"/>
        </w:rPr>
      </w:pPr>
      <w:r w:rsidRPr="00AF1FCA">
        <w:rPr>
          <w:rFonts w:ascii="Times New Roman" w:eastAsia="Times New Roman" w:hAnsi="Times New Roman" w:cs="Times New Roman"/>
          <w:color w:val="1F1F1F"/>
          <w:sz w:val="28"/>
          <w:szCs w:val="28"/>
          <w:lang w:val="vi-VN"/>
        </w:rPr>
        <w:t>Thời điểm thay đổi vốn: .....................................................................................</w:t>
      </w:r>
    </w:p>
    <w:p w:rsidR="00143B02" w:rsidRDefault="00AF1FCA" w:rsidP="00AF1FCA">
      <w:pPr>
        <w:spacing w:after="96"/>
        <w:ind w:firstLine="284"/>
        <w:rPr>
          <w:rFonts w:ascii="Times New Roman" w:eastAsia="Times New Roman" w:hAnsi="Times New Roman" w:cs="Times New Roman"/>
          <w:color w:val="1F1F1F"/>
          <w:sz w:val="28"/>
          <w:szCs w:val="28"/>
          <w:lang w:val="vi-VN"/>
        </w:rPr>
      </w:pPr>
      <w:r w:rsidRPr="00AF1FCA">
        <w:rPr>
          <w:rFonts w:ascii="Times New Roman" w:eastAsia="Times New Roman" w:hAnsi="Times New Roman" w:cs="Times New Roman"/>
          <w:color w:val="1F1F1F"/>
          <w:sz w:val="28"/>
          <w:szCs w:val="28"/>
          <w:lang w:val="vi-VN"/>
        </w:rPr>
        <w:t>Hình thức tăng, giảm vốn:</w:t>
      </w:r>
      <w:r>
        <w:rPr>
          <w:rFonts w:ascii="Times New Roman" w:eastAsia="Times New Roman" w:hAnsi="Times New Roman" w:cs="Times New Roman"/>
          <w:color w:val="1F1F1F"/>
          <w:sz w:val="28"/>
          <w:szCs w:val="28"/>
          <w:lang w:val="vi-VN"/>
        </w:rPr>
        <w:t xml:space="preserve"> .</w:t>
      </w:r>
      <w:r w:rsidRPr="00AF1FCA">
        <w:rPr>
          <w:rFonts w:ascii="Times New Roman" w:eastAsia="Times New Roman" w:hAnsi="Times New Roman" w:cs="Times New Roman"/>
          <w:color w:val="1F1F1F"/>
          <w:sz w:val="28"/>
          <w:szCs w:val="28"/>
          <w:lang w:val="vi-VN"/>
        </w:rPr>
        <w:t>.................................................................................</w:t>
      </w:r>
    </w:p>
    <w:p w:rsidR="00AF1FCA" w:rsidRDefault="00AF1FCA">
      <w:pPr>
        <w:spacing w:after="96"/>
        <w:rPr>
          <w:rFonts w:ascii="Times New Roman" w:eastAsia="Times New Roman" w:hAnsi="Times New Roman" w:cs="Times New Roman"/>
          <w:color w:val="1F1F1F"/>
          <w:sz w:val="28"/>
          <w:szCs w:val="28"/>
          <w:lang w:val="vi-VN"/>
        </w:rPr>
      </w:pPr>
      <w:r>
        <w:rPr>
          <w:rFonts w:ascii="Times New Roman" w:eastAsia="Times New Roman" w:hAnsi="Times New Roman" w:cs="Times New Roman"/>
          <w:color w:val="1F1F1F"/>
          <w:sz w:val="28"/>
          <w:szCs w:val="28"/>
          <w:lang w:val="vi-VN"/>
        </w:rPr>
        <w:br w:type="page"/>
      </w:r>
    </w:p>
    <w:p w:rsidR="00AF1FCA" w:rsidRPr="00AF1FCA" w:rsidRDefault="00AF1FCA" w:rsidP="00AF1FCA">
      <w:pPr>
        <w:spacing w:after="96"/>
        <w:ind w:firstLine="284"/>
        <w:rPr>
          <w:rFonts w:ascii="Times New Roman" w:eastAsia="Times New Roman" w:hAnsi="Times New Roman" w:cs="Times New Roman"/>
          <w:color w:val="1F1F1F"/>
          <w:sz w:val="28"/>
          <w:szCs w:val="28"/>
          <w:lang w:val="vi-VN"/>
        </w:rPr>
      </w:pPr>
      <w:r w:rsidRPr="00AF1FCA">
        <w:rPr>
          <w:rFonts w:ascii="Times New Roman" w:eastAsia="Times New Roman" w:hAnsi="Times New Roman" w:cs="Times New Roman"/>
          <w:color w:val="1F1F1F"/>
          <w:sz w:val="28"/>
          <w:szCs w:val="28"/>
          <w:lang w:val="vi-VN"/>
        </w:rPr>
        <w:lastRenderedPageBreak/>
        <w:t>ĐĂNG KÝ THAY ĐỔI NGÀNH, NGHỀ KINH DOANH</w:t>
      </w:r>
      <w:r>
        <w:rPr>
          <w:rStyle w:val="FootnoteReference"/>
          <w:rFonts w:ascii="Times New Roman" w:eastAsia="Times New Roman" w:hAnsi="Times New Roman" w:cs="Times New Roman"/>
          <w:color w:val="1F1F1F"/>
          <w:sz w:val="28"/>
          <w:szCs w:val="28"/>
          <w:lang w:val="vi-VN"/>
        </w:rPr>
        <w:footnoteReference w:id="2"/>
      </w:r>
    </w:p>
    <w:p w:rsidR="00AF1FCA" w:rsidRDefault="00AF1FCA" w:rsidP="00AF1FCA">
      <w:pPr>
        <w:spacing w:after="96"/>
        <w:ind w:firstLine="284"/>
        <w:jc w:val="both"/>
        <w:rPr>
          <w:rFonts w:ascii="Times New Roman" w:eastAsia="Times New Roman" w:hAnsi="Times New Roman" w:cs="Times New Roman"/>
          <w:i/>
          <w:iCs/>
          <w:color w:val="1F1F1F"/>
          <w:sz w:val="28"/>
          <w:szCs w:val="28"/>
          <w:lang w:val="vi-VN"/>
        </w:rPr>
      </w:pPr>
      <w:r w:rsidRPr="00AF1FCA">
        <w:rPr>
          <w:rFonts w:ascii="Times New Roman" w:eastAsia="Times New Roman" w:hAnsi="Times New Roman" w:cs="Times New Roman"/>
          <w:b/>
          <w:bCs/>
          <w:color w:val="1F1F1F"/>
          <w:sz w:val="28"/>
          <w:szCs w:val="28"/>
          <w:lang w:val="vi-VN"/>
        </w:rPr>
        <w:t>1. Bổ sung ngành, nghề kinh doanh sau</w:t>
      </w:r>
      <w:r w:rsidRPr="00AF1FCA">
        <w:rPr>
          <w:rFonts w:ascii="Times New Roman" w:eastAsia="Times New Roman" w:hAnsi="Times New Roman" w:cs="Times New Roman"/>
          <w:color w:val="1F1F1F"/>
          <w:sz w:val="28"/>
          <w:szCs w:val="28"/>
          <w:lang w:val="vi-VN"/>
        </w:rPr>
        <w:t xml:space="preserve"> </w:t>
      </w:r>
      <w:r w:rsidRPr="00AF1FCA">
        <w:rPr>
          <w:rFonts w:ascii="Times New Roman" w:eastAsia="Times New Roman" w:hAnsi="Times New Roman" w:cs="Times New Roman"/>
          <w:i/>
          <w:iCs/>
          <w:color w:val="1F1F1F"/>
          <w:sz w:val="28"/>
          <w:szCs w:val="28"/>
          <w:lang w:val="vi-VN"/>
        </w:rPr>
        <w:t>(kê khai trong trường hợp hộ kinh</w:t>
      </w:r>
      <w:r>
        <w:rPr>
          <w:rFonts w:ascii="Times New Roman" w:eastAsia="Times New Roman" w:hAnsi="Times New Roman" w:cs="Times New Roman"/>
          <w:i/>
          <w:iCs/>
          <w:color w:val="1F1F1F"/>
          <w:sz w:val="28"/>
          <w:szCs w:val="28"/>
          <w:lang w:val="vi-VN"/>
        </w:rPr>
        <w:t xml:space="preserve"> </w:t>
      </w:r>
      <w:r w:rsidRPr="00AF1FCA">
        <w:rPr>
          <w:rFonts w:ascii="Times New Roman" w:eastAsia="Times New Roman" w:hAnsi="Times New Roman" w:cs="Times New Roman"/>
          <w:i/>
          <w:iCs/>
          <w:color w:val="1F1F1F"/>
          <w:sz w:val="28"/>
          <w:szCs w:val="28"/>
          <w:lang w:val="vi-VN"/>
        </w:rPr>
        <w:t>doanh đăng ký bổ sung ngành, nghề kinh doanh vào danh sách ngành, nghề kinh</w:t>
      </w:r>
      <w:r>
        <w:rPr>
          <w:rFonts w:ascii="Times New Roman" w:eastAsia="Times New Roman" w:hAnsi="Times New Roman" w:cs="Times New Roman"/>
          <w:i/>
          <w:iCs/>
          <w:color w:val="1F1F1F"/>
          <w:sz w:val="28"/>
          <w:szCs w:val="28"/>
          <w:lang w:val="vi-VN"/>
        </w:rPr>
        <w:t xml:space="preserve"> </w:t>
      </w:r>
      <w:r w:rsidRPr="00AF1FCA">
        <w:rPr>
          <w:rFonts w:ascii="Times New Roman" w:eastAsia="Times New Roman" w:hAnsi="Times New Roman" w:cs="Times New Roman"/>
          <w:i/>
          <w:iCs/>
          <w:color w:val="1F1F1F"/>
          <w:sz w:val="28"/>
          <w:szCs w:val="28"/>
          <w:lang w:val="vi-VN"/>
        </w:rPr>
        <w:t>doanh đã đăng ký với cơ quan đăng ký kinh doanh):</w:t>
      </w:r>
    </w:p>
    <w:tbl>
      <w:tblPr>
        <w:tblStyle w:val="TableGrid"/>
        <w:tblW w:w="0" w:type="auto"/>
        <w:tblLook w:val="04A0" w:firstRow="1" w:lastRow="0" w:firstColumn="1" w:lastColumn="0" w:noHBand="0" w:noVBand="1"/>
      </w:tblPr>
      <w:tblGrid>
        <w:gridCol w:w="643"/>
        <w:gridCol w:w="2727"/>
        <w:gridCol w:w="991"/>
        <w:gridCol w:w="4927"/>
      </w:tblGrid>
      <w:tr w:rsidR="00AF1FCA" w:rsidTr="00AF1FCA">
        <w:tc>
          <w:tcPr>
            <w:tcW w:w="0" w:type="auto"/>
          </w:tcPr>
          <w:p w:rsidR="00AF1FCA" w:rsidRPr="00D60936" w:rsidRDefault="00AF1FCA" w:rsidP="00AF1FCA">
            <w:pPr>
              <w:spacing w:after="96"/>
              <w:jc w:val="center"/>
              <w:rPr>
                <w:rFonts w:ascii="Times New Roman" w:eastAsia="Times New Roman" w:hAnsi="Times New Roman" w:cs="Times New Roman"/>
                <w:color w:val="1F1F1F"/>
                <w:sz w:val="24"/>
                <w:szCs w:val="24"/>
                <w:lang w:val="vi-VN"/>
              </w:rPr>
            </w:pPr>
            <w:r w:rsidRPr="00D60936">
              <w:rPr>
                <w:rFonts w:ascii="Times New Roman" w:hAnsi="Times New Roman" w:cs="Times New Roman"/>
                <w:sz w:val="24"/>
                <w:szCs w:val="24"/>
              </w:rPr>
              <w:t>STT</w:t>
            </w:r>
          </w:p>
        </w:tc>
        <w:tc>
          <w:tcPr>
            <w:tcW w:w="0" w:type="auto"/>
          </w:tcPr>
          <w:p w:rsidR="00AF1FCA" w:rsidRPr="00D60936" w:rsidRDefault="00AF1FCA" w:rsidP="00AF1FCA">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Tên ngành, nghề kinh doanh được bổ sung</w:t>
            </w:r>
          </w:p>
        </w:tc>
        <w:tc>
          <w:tcPr>
            <w:tcW w:w="991" w:type="dxa"/>
          </w:tcPr>
          <w:p w:rsidR="00AF1FCA" w:rsidRPr="00D60936" w:rsidRDefault="00AF1FCA" w:rsidP="00AF1FCA">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Mã ngành</w:t>
            </w:r>
            <w:r w:rsidRPr="00D60936">
              <w:rPr>
                <w:rStyle w:val="FootnoteReference"/>
                <w:rFonts w:ascii="Times New Roman" w:hAnsi="Times New Roman" w:cs="Times New Roman"/>
                <w:sz w:val="24"/>
                <w:szCs w:val="24"/>
              </w:rPr>
              <w:footnoteReference w:id="3"/>
            </w:r>
          </w:p>
        </w:tc>
        <w:tc>
          <w:tcPr>
            <w:tcW w:w="4927" w:type="dxa"/>
          </w:tcPr>
          <w:p w:rsidR="00AF1FCA" w:rsidRPr="00D60936" w:rsidRDefault="00AF1FCA" w:rsidP="00AF1FCA">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Ngành, nghề kinh doanh chính (Trường hợp một trong các ngành, nghề kinh doanh được bổ sung là ngành, nghề kinh doanh chính thì đánh dấu X vào ô này)</w:t>
            </w:r>
          </w:p>
        </w:tc>
      </w:tr>
      <w:tr w:rsidR="00AF1FCA" w:rsidTr="00AF1FCA">
        <w:tc>
          <w:tcPr>
            <w:tcW w:w="0" w:type="auto"/>
          </w:tcPr>
          <w:p w:rsidR="00AF1FCA" w:rsidRDefault="00AF1FCA" w:rsidP="00AF1FCA">
            <w:pPr>
              <w:spacing w:after="96"/>
              <w:jc w:val="both"/>
              <w:rPr>
                <w:rFonts w:ascii="Times New Roman" w:eastAsia="Times New Roman" w:hAnsi="Times New Roman" w:cs="Times New Roman"/>
                <w:i/>
                <w:iCs/>
                <w:color w:val="1F1F1F"/>
                <w:sz w:val="28"/>
                <w:szCs w:val="28"/>
                <w:lang w:val="vi-VN"/>
              </w:rPr>
            </w:pPr>
          </w:p>
        </w:tc>
        <w:tc>
          <w:tcPr>
            <w:tcW w:w="0" w:type="auto"/>
          </w:tcPr>
          <w:p w:rsidR="00AF1FCA" w:rsidRPr="00AF1FCA" w:rsidRDefault="00AF1FCA" w:rsidP="00AF1FCA">
            <w:pPr>
              <w:spacing w:after="96"/>
              <w:jc w:val="center"/>
              <w:rPr>
                <w:rFonts w:ascii="Times New Roman" w:eastAsia="Times New Roman" w:hAnsi="Times New Roman" w:cs="Times New Roman"/>
                <w:b/>
                <w:bCs/>
                <w:i/>
                <w:iCs/>
                <w:color w:val="1F1F1F"/>
                <w:sz w:val="28"/>
                <w:szCs w:val="28"/>
                <w:lang w:val="vi-VN"/>
              </w:rPr>
            </w:pPr>
            <w:r w:rsidRPr="00AF1FCA">
              <w:rPr>
                <w:rFonts w:ascii="Times New Roman" w:hAnsi="Times New Roman" w:cs="Times New Roman"/>
                <w:b/>
                <w:bCs/>
                <w:sz w:val="28"/>
                <w:szCs w:val="28"/>
              </w:rPr>
              <w:t>Dịch vụ lưu trú ngắn hạn Chi tiết: Cho thuê phòng trọ (5 PHÒNG)</w:t>
            </w:r>
          </w:p>
        </w:tc>
        <w:tc>
          <w:tcPr>
            <w:tcW w:w="991" w:type="dxa"/>
          </w:tcPr>
          <w:p w:rsidR="00AF1FCA" w:rsidRPr="00AF1FCA" w:rsidRDefault="00AF1FCA" w:rsidP="00AF1FCA">
            <w:pPr>
              <w:spacing w:after="96"/>
              <w:jc w:val="center"/>
              <w:rPr>
                <w:rFonts w:ascii="Times New Roman" w:eastAsia="Times New Roman" w:hAnsi="Times New Roman" w:cs="Times New Roman"/>
                <w:b/>
                <w:bCs/>
                <w:i/>
                <w:iCs/>
                <w:color w:val="1F1F1F"/>
                <w:sz w:val="28"/>
                <w:szCs w:val="28"/>
                <w:lang w:val="vi-VN"/>
              </w:rPr>
            </w:pPr>
            <w:r w:rsidRPr="00AF1FCA">
              <w:rPr>
                <w:rFonts w:ascii="Times New Roman" w:hAnsi="Times New Roman" w:cs="Times New Roman"/>
                <w:b/>
                <w:bCs/>
                <w:sz w:val="28"/>
                <w:szCs w:val="28"/>
              </w:rPr>
              <w:t>5510</w:t>
            </w:r>
          </w:p>
        </w:tc>
        <w:tc>
          <w:tcPr>
            <w:tcW w:w="4927" w:type="dxa"/>
          </w:tcPr>
          <w:p w:rsidR="00AF1FCA" w:rsidRPr="00AF1FCA" w:rsidRDefault="00AF1FCA" w:rsidP="00AF1FCA">
            <w:pPr>
              <w:spacing w:after="96"/>
              <w:jc w:val="center"/>
              <w:rPr>
                <w:rFonts w:ascii="Times New Roman" w:eastAsia="Times New Roman" w:hAnsi="Times New Roman" w:cs="Times New Roman"/>
                <w:b/>
                <w:bCs/>
                <w:color w:val="1F1F1F"/>
                <w:sz w:val="28"/>
                <w:szCs w:val="28"/>
                <w:lang w:val="vi-VN"/>
              </w:rPr>
            </w:pPr>
            <w:r w:rsidRPr="00AF1FCA">
              <w:rPr>
                <w:rFonts w:ascii="Times New Roman" w:hAnsi="Times New Roman" w:cs="Times New Roman"/>
                <w:b/>
                <w:bCs/>
                <w:sz w:val="28"/>
                <w:szCs w:val="28"/>
              </w:rPr>
              <w:t>X</w:t>
            </w:r>
          </w:p>
        </w:tc>
      </w:tr>
    </w:tbl>
    <w:p w:rsidR="00AF1FCA" w:rsidRDefault="00AF1FCA" w:rsidP="00AF1FCA">
      <w:pPr>
        <w:spacing w:after="96"/>
        <w:ind w:firstLine="284"/>
        <w:jc w:val="both"/>
        <w:rPr>
          <w:rFonts w:ascii="Times New Roman" w:hAnsi="Times New Roman" w:cs="Times New Roman"/>
          <w:i/>
          <w:iCs/>
          <w:sz w:val="28"/>
          <w:szCs w:val="28"/>
          <w:lang w:val="vi-VN"/>
        </w:rPr>
      </w:pPr>
      <w:r w:rsidRPr="00AF1FCA">
        <w:rPr>
          <w:rFonts w:ascii="Times New Roman" w:hAnsi="Times New Roman" w:cs="Times New Roman"/>
          <w:b/>
          <w:bCs/>
          <w:sz w:val="28"/>
          <w:szCs w:val="28"/>
        </w:rPr>
        <w:t>2. Bỏ ngành, nghề kinh doanh sau</w:t>
      </w:r>
      <w:r w:rsidRPr="00AF1FCA">
        <w:rPr>
          <w:rFonts w:ascii="Times New Roman" w:hAnsi="Times New Roman" w:cs="Times New Roman"/>
          <w:sz w:val="28"/>
          <w:szCs w:val="28"/>
        </w:rPr>
        <w:t xml:space="preserve"> </w:t>
      </w:r>
      <w:r w:rsidRPr="00AF1FCA">
        <w:rPr>
          <w:rFonts w:ascii="Times New Roman" w:hAnsi="Times New Roman" w:cs="Times New Roman"/>
          <w:i/>
          <w:iCs/>
          <w:sz w:val="28"/>
          <w:szCs w:val="28"/>
        </w:rPr>
        <w:t>(kê khai trong trường hợp hộ kinh doanh đăng ký bỏ ngành, nghề kinh doanh khỏi danh sách ngành, nghề kinh doanh đã đăng ký với cơ quan đăng ký kinh doanh):</w:t>
      </w:r>
    </w:p>
    <w:tbl>
      <w:tblPr>
        <w:tblStyle w:val="TableGrid"/>
        <w:tblW w:w="0" w:type="auto"/>
        <w:tblLook w:val="04A0" w:firstRow="1" w:lastRow="0" w:firstColumn="1" w:lastColumn="0" w:noHBand="0" w:noVBand="1"/>
      </w:tblPr>
      <w:tblGrid>
        <w:gridCol w:w="643"/>
        <w:gridCol w:w="2727"/>
        <w:gridCol w:w="991"/>
        <w:gridCol w:w="4927"/>
      </w:tblGrid>
      <w:tr w:rsidR="00AF1FCA" w:rsidTr="007F796A">
        <w:tc>
          <w:tcPr>
            <w:tcW w:w="0" w:type="auto"/>
          </w:tcPr>
          <w:p w:rsidR="00AF1FCA" w:rsidRPr="00D60936" w:rsidRDefault="00AF1FCA" w:rsidP="007F796A">
            <w:pPr>
              <w:spacing w:after="96"/>
              <w:jc w:val="center"/>
              <w:rPr>
                <w:rFonts w:ascii="Times New Roman" w:eastAsia="Times New Roman" w:hAnsi="Times New Roman" w:cs="Times New Roman"/>
                <w:color w:val="1F1F1F"/>
                <w:sz w:val="24"/>
                <w:szCs w:val="24"/>
                <w:lang w:val="vi-VN"/>
              </w:rPr>
            </w:pPr>
            <w:r w:rsidRPr="00D60936">
              <w:rPr>
                <w:rFonts w:ascii="Times New Roman" w:hAnsi="Times New Roman" w:cs="Times New Roman"/>
                <w:sz w:val="24"/>
                <w:szCs w:val="24"/>
              </w:rPr>
              <w:t>STT</w:t>
            </w:r>
          </w:p>
        </w:tc>
        <w:tc>
          <w:tcPr>
            <w:tcW w:w="0" w:type="auto"/>
          </w:tcPr>
          <w:p w:rsidR="00AF1FCA" w:rsidRPr="00D60936" w:rsidRDefault="00AF1FCA" w:rsidP="007F796A">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Tên ngành, nghề kinh doanh được bỏ khỏi danh sách đã đăng ký</w:t>
            </w:r>
          </w:p>
        </w:tc>
        <w:tc>
          <w:tcPr>
            <w:tcW w:w="991" w:type="dxa"/>
          </w:tcPr>
          <w:p w:rsidR="00AF1FCA" w:rsidRPr="00D60936" w:rsidRDefault="00AF1FCA" w:rsidP="007F796A">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Mã ngành</w:t>
            </w:r>
            <w:r w:rsidRPr="00D60936">
              <w:rPr>
                <w:rStyle w:val="FootnoteReference"/>
                <w:rFonts w:ascii="Times New Roman" w:hAnsi="Times New Roman" w:cs="Times New Roman"/>
                <w:sz w:val="24"/>
                <w:szCs w:val="24"/>
              </w:rPr>
              <w:footnoteReference w:id="4"/>
            </w:r>
          </w:p>
        </w:tc>
        <w:tc>
          <w:tcPr>
            <w:tcW w:w="4927" w:type="dxa"/>
          </w:tcPr>
          <w:p w:rsidR="00AF1FCA" w:rsidRPr="00D60936" w:rsidRDefault="00AF1FCA" w:rsidP="007F796A">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Ngành, nghề kinh doanh chính (Trường hợp một trong các ngành, nghề kinh doanh được bổ sung là ngành, nghề kinh doanh chính thì đánh dấu X vào ô này)</w:t>
            </w:r>
          </w:p>
        </w:tc>
      </w:tr>
      <w:tr w:rsidR="00AF1FCA" w:rsidTr="007F796A">
        <w:tc>
          <w:tcPr>
            <w:tcW w:w="0" w:type="auto"/>
          </w:tcPr>
          <w:p w:rsidR="00AF1FCA" w:rsidRDefault="00AF1FCA" w:rsidP="007F796A">
            <w:pPr>
              <w:spacing w:after="96"/>
              <w:jc w:val="both"/>
              <w:rPr>
                <w:rFonts w:ascii="Times New Roman" w:eastAsia="Times New Roman" w:hAnsi="Times New Roman" w:cs="Times New Roman"/>
                <w:i/>
                <w:iCs/>
                <w:color w:val="1F1F1F"/>
                <w:sz w:val="28"/>
                <w:szCs w:val="28"/>
                <w:lang w:val="vi-VN"/>
              </w:rPr>
            </w:pPr>
          </w:p>
        </w:tc>
        <w:tc>
          <w:tcPr>
            <w:tcW w:w="0" w:type="auto"/>
          </w:tcPr>
          <w:p w:rsidR="00AF1FCA" w:rsidRPr="00AF1FCA" w:rsidRDefault="00AF1FCA" w:rsidP="007F796A">
            <w:pPr>
              <w:spacing w:after="96"/>
              <w:jc w:val="center"/>
              <w:rPr>
                <w:rFonts w:ascii="Times New Roman" w:eastAsia="Times New Roman" w:hAnsi="Times New Roman" w:cs="Times New Roman"/>
                <w:b/>
                <w:bCs/>
                <w:i/>
                <w:iCs/>
                <w:color w:val="1F1F1F"/>
                <w:sz w:val="28"/>
                <w:szCs w:val="28"/>
                <w:lang w:val="vi-VN"/>
              </w:rPr>
            </w:pPr>
            <w:r w:rsidRPr="00AF1FCA">
              <w:rPr>
                <w:rFonts w:ascii="Times New Roman" w:hAnsi="Times New Roman" w:cs="Times New Roman"/>
                <w:b/>
                <w:bCs/>
                <w:sz w:val="28"/>
                <w:szCs w:val="28"/>
              </w:rPr>
              <w:t>Bán tạp hoá</w:t>
            </w:r>
          </w:p>
        </w:tc>
        <w:tc>
          <w:tcPr>
            <w:tcW w:w="991" w:type="dxa"/>
          </w:tcPr>
          <w:p w:rsidR="00AF1FCA" w:rsidRPr="00AF1FCA" w:rsidRDefault="00AF1FCA" w:rsidP="007F796A">
            <w:pPr>
              <w:spacing w:after="96"/>
              <w:jc w:val="center"/>
              <w:rPr>
                <w:rFonts w:ascii="Times New Roman" w:eastAsia="Times New Roman" w:hAnsi="Times New Roman" w:cs="Times New Roman"/>
                <w:b/>
                <w:bCs/>
                <w:i/>
                <w:iCs/>
                <w:color w:val="1F1F1F"/>
                <w:sz w:val="28"/>
                <w:szCs w:val="28"/>
                <w:lang w:val="vi-VN"/>
              </w:rPr>
            </w:pPr>
            <w:r w:rsidRPr="00AF1FCA">
              <w:rPr>
                <w:rFonts w:ascii="Times New Roman" w:hAnsi="Times New Roman" w:cs="Times New Roman"/>
                <w:b/>
                <w:bCs/>
                <w:sz w:val="28"/>
                <w:szCs w:val="28"/>
              </w:rPr>
              <w:t>4719</w:t>
            </w:r>
          </w:p>
        </w:tc>
        <w:tc>
          <w:tcPr>
            <w:tcW w:w="4927" w:type="dxa"/>
          </w:tcPr>
          <w:p w:rsidR="00AF1FCA" w:rsidRPr="00AF1FCA" w:rsidRDefault="00AF1FCA" w:rsidP="007F796A">
            <w:pPr>
              <w:spacing w:after="96"/>
              <w:jc w:val="center"/>
              <w:rPr>
                <w:rFonts w:ascii="Times New Roman" w:eastAsia="Times New Roman" w:hAnsi="Times New Roman" w:cs="Times New Roman"/>
                <w:b/>
                <w:bCs/>
                <w:color w:val="1F1F1F"/>
                <w:sz w:val="28"/>
                <w:szCs w:val="28"/>
                <w:lang w:val="vi-VN"/>
              </w:rPr>
            </w:pPr>
            <w:r w:rsidRPr="00AF1FCA">
              <w:rPr>
                <w:rFonts w:ascii="Times New Roman" w:hAnsi="Times New Roman" w:cs="Times New Roman"/>
                <w:b/>
                <w:bCs/>
                <w:sz w:val="28"/>
                <w:szCs w:val="28"/>
              </w:rPr>
              <w:t>X</w:t>
            </w:r>
          </w:p>
        </w:tc>
      </w:tr>
    </w:tbl>
    <w:p w:rsidR="00AF1FCA" w:rsidRDefault="00AF1FCA" w:rsidP="00AF1FCA">
      <w:pPr>
        <w:spacing w:after="96"/>
        <w:ind w:firstLine="284"/>
        <w:jc w:val="both"/>
        <w:rPr>
          <w:rFonts w:ascii="Times New Roman" w:hAnsi="Times New Roman" w:cs="Times New Roman"/>
          <w:i/>
          <w:iCs/>
          <w:sz w:val="28"/>
          <w:szCs w:val="28"/>
          <w:lang w:val="vi-VN"/>
        </w:rPr>
      </w:pPr>
      <w:r w:rsidRPr="00AF1FCA">
        <w:rPr>
          <w:rFonts w:ascii="Times New Roman" w:hAnsi="Times New Roman" w:cs="Times New Roman"/>
          <w:b/>
          <w:bCs/>
          <w:sz w:val="28"/>
          <w:szCs w:val="28"/>
        </w:rPr>
        <w:t>3. Sửa đổi ngành, nghề kinh doanh chính</w:t>
      </w:r>
      <w:r>
        <w:rPr>
          <w:rStyle w:val="FootnoteReference"/>
          <w:rFonts w:ascii="Times New Roman" w:hAnsi="Times New Roman" w:cs="Times New Roman"/>
          <w:b/>
          <w:bCs/>
          <w:sz w:val="28"/>
          <w:szCs w:val="28"/>
        </w:rPr>
        <w:footnoteReference w:id="5"/>
      </w:r>
      <w:r w:rsidRPr="00AF1FCA">
        <w:rPr>
          <w:rFonts w:ascii="Times New Roman" w:hAnsi="Times New Roman" w:cs="Times New Roman"/>
          <w:sz w:val="28"/>
          <w:szCs w:val="28"/>
        </w:rPr>
        <w:t xml:space="preserve"> </w:t>
      </w:r>
      <w:r w:rsidRPr="00AF1FCA">
        <w:rPr>
          <w:rFonts w:ascii="Times New Roman" w:hAnsi="Times New Roman" w:cs="Times New Roman"/>
          <w:i/>
          <w:iCs/>
          <w:sz w:val="28"/>
          <w:szCs w:val="28"/>
        </w:rPr>
        <w:t>(kê khai trong trường hợp hộ kinh doanh chọn một trong các ngành, nghề kinh doanh đã đăng ký với cơ quan đăng ký kinh doanh làm ngành, nghề kinh doanh chính và trong trường hợp đăng ký thay đổi nội dung chi tiết của ngành, nghề kinh doanh chính):</w:t>
      </w:r>
    </w:p>
    <w:tbl>
      <w:tblPr>
        <w:tblStyle w:val="TableGrid"/>
        <w:tblW w:w="0" w:type="auto"/>
        <w:tblLook w:val="04A0" w:firstRow="1" w:lastRow="0" w:firstColumn="1" w:lastColumn="0" w:noHBand="0" w:noVBand="1"/>
      </w:tblPr>
      <w:tblGrid>
        <w:gridCol w:w="3096"/>
        <w:gridCol w:w="3096"/>
        <w:gridCol w:w="3096"/>
      </w:tblGrid>
      <w:tr w:rsidR="00D60936">
        <w:tc>
          <w:tcPr>
            <w:tcW w:w="3096" w:type="dxa"/>
          </w:tcPr>
          <w:p w:rsidR="00D60936" w:rsidRPr="00D60936" w:rsidRDefault="00D60936" w:rsidP="00D60936">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STT</w:t>
            </w:r>
          </w:p>
        </w:tc>
        <w:tc>
          <w:tcPr>
            <w:tcW w:w="3096" w:type="dxa"/>
          </w:tcPr>
          <w:p w:rsidR="00D60936" w:rsidRPr="00D60936" w:rsidRDefault="00D60936" w:rsidP="00D60936">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Tên ngành, nghề kinh doanh</w:t>
            </w:r>
          </w:p>
        </w:tc>
        <w:tc>
          <w:tcPr>
            <w:tcW w:w="3096" w:type="dxa"/>
          </w:tcPr>
          <w:p w:rsidR="00D60936" w:rsidRPr="00D60936" w:rsidRDefault="00D60936" w:rsidP="00D60936">
            <w:pPr>
              <w:spacing w:after="96"/>
              <w:jc w:val="center"/>
              <w:rPr>
                <w:rFonts w:ascii="Times New Roman" w:eastAsia="Times New Roman" w:hAnsi="Times New Roman" w:cs="Times New Roman"/>
                <w:i/>
                <w:iCs/>
                <w:color w:val="1F1F1F"/>
                <w:sz w:val="24"/>
                <w:szCs w:val="24"/>
                <w:lang w:val="vi-VN"/>
              </w:rPr>
            </w:pPr>
            <w:r w:rsidRPr="00D60936">
              <w:rPr>
                <w:rFonts w:ascii="Times New Roman" w:hAnsi="Times New Roman" w:cs="Times New Roman"/>
                <w:sz w:val="24"/>
                <w:szCs w:val="24"/>
              </w:rPr>
              <w:t>Mã ngành</w:t>
            </w:r>
          </w:p>
        </w:tc>
      </w:tr>
      <w:tr w:rsidR="00D60936" w:rsidTr="00D60936">
        <w:trPr>
          <w:trHeight w:val="495"/>
        </w:trPr>
        <w:tc>
          <w:tcPr>
            <w:tcW w:w="3096" w:type="dxa"/>
          </w:tcPr>
          <w:p w:rsidR="00D60936" w:rsidRDefault="00D60936" w:rsidP="00AF1FCA">
            <w:pPr>
              <w:spacing w:after="96"/>
              <w:jc w:val="both"/>
              <w:rPr>
                <w:rFonts w:ascii="Times New Roman" w:eastAsia="Times New Roman" w:hAnsi="Times New Roman" w:cs="Times New Roman"/>
                <w:i/>
                <w:iCs/>
                <w:color w:val="1F1F1F"/>
                <w:sz w:val="36"/>
                <w:szCs w:val="36"/>
                <w:lang w:val="vi-VN"/>
              </w:rPr>
            </w:pPr>
          </w:p>
        </w:tc>
        <w:tc>
          <w:tcPr>
            <w:tcW w:w="3096" w:type="dxa"/>
          </w:tcPr>
          <w:p w:rsidR="00D60936" w:rsidRDefault="00D60936" w:rsidP="00AF1FCA">
            <w:pPr>
              <w:spacing w:after="96"/>
              <w:jc w:val="both"/>
              <w:rPr>
                <w:rFonts w:ascii="Times New Roman" w:eastAsia="Times New Roman" w:hAnsi="Times New Roman" w:cs="Times New Roman"/>
                <w:i/>
                <w:iCs/>
                <w:color w:val="1F1F1F"/>
                <w:sz w:val="36"/>
                <w:szCs w:val="36"/>
                <w:lang w:val="vi-VN"/>
              </w:rPr>
            </w:pPr>
          </w:p>
        </w:tc>
        <w:tc>
          <w:tcPr>
            <w:tcW w:w="3096" w:type="dxa"/>
          </w:tcPr>
          <w:p w:rsidR="00D60936" w:rsidRDefault="00D60936" w:rsidP="00AF1FCA">
            <w:pPr>
              <w:spacing w:after="96"/>
              <w:jc w:val="both"/>
              <w:rPr>
                <w:rFonts w:ascii="Times New Roman" w:eastAsia="Times New Roman" w:hAnsi="Times New Roman" w:cs="Times New Roman"/>
                <w:i/>
                <w:iCs/>
                <w:color w:val="1F1F1F"/>
                <w:sz w:val="36"/>
                <w:szCs w:val="36"/>
                <w:lang w:val="vi-VN"/>
              </w:rPr>
            </w:pPr>
          </w:p>
        </w:tc>
      </w:tr>
    </w:tbl>
    <w:p w:rsidR="00D60936" w:rsidRDefault="00D60936" w:rsidP="00D60936">
      <w:pPr>
        <w:spacing w:after="96"/>
        <w:ind w:firstLine="709"/>
        <w:jc w:val="both"/>
        <w:rPr>
          <w:rFonts w:ascii="Times New Roman" w:hAnsi="Times New Roman" w:cs="Times New Roman"/>
          <w:sz w:val="28"/>
          <w:szCs w:val="28"/>
        </w:rPr>
      </w:pPr>
      <w:r w:rsidRPr="00D60936">
        <w:rPr>
          <w:rFonts w:ascii="Times New Roman" w:hAnsi="Times New Roman" w:cs="Times New Roman"/>
          <w:b/>
          <w:bCs/>
          <w:sz w:val="28"/>
          <w:szCs w:val="28"/>
        </w:rPr>
        <w:t xml:space="preserve">Lưu ý: </w:t>
      </w:r>
      <w:r w:rsidRPr="00D60936">
        <w:rPr>
          <w:rFonts w:ascii="Times New Roman" w:hAnsi="Times New Roman" w:cs="Times New Roman"/>
          <w:sz w:val="28"/>
          <w:szCs w:val="28"/>
        </w:rPr>
        <w:t>Trường hợp hộ kinh doanh thay đổi ngành, nghề kinh doanh từ ngành này sang ngành khác, hộ kinh doanh kê khai đồng thời tại Mục 1, 2 nêu trên, cụ thể như sau: kê khai ngành, nghề kinh doanh được bổ sung tại Mục 1; kê khai ngành, nghề kinh doanh được bỏ tại Mục 2.</w:t>
      </w:r>
    </w:p>
    <w:p w:rsidR="00D60936" w:rsidRPr="00D60936" w:rsidRDefault="00D60936" w:rsidP="00D60936">
      <w:pPr>
        <w:spacing w:after="96"/>
        <w:jc w:val="center"/>
        <w:rPr>
          <w:rFonts w:ascii="Times New Roman" w:hAnsi="Times New Roman" w:cs="Times New Roman"/>
          <w:sz w:val="28"/>
          <w:szCs w:val="28"/>
          <w:lang w:val="vi-VN"/>
        </w:rPr>
      </w:pPr>
      <w:r w:rsidRPr="00D60936">
        <w:rPr>
          <w:rFonts w:ascii="Times New Roman" w:hAnsi="Times New Roman" w:cs="Times New Roman"/>
          <w:sz w:val="28"/>
          <w:szCs w:val="28"/>
          <w:lang w:val="vi-VN"/>
        </w:rPr>
        <w:lastRenderedPageBreak/>
        <w:t>ĐĂNG KÝ THAY ĐỔI NỘI DUNG ĐĂNG KÝ THUẾ</w:t>
      </w:r>
    </w:p>
    <w:p w:rsidR="00D60936" w:rsidRDefault="00D60936" w:rsidP="00D60936">
      <w:pPr>
        <w:spacing w:after="96"/>
        <w:jc w:val="both"/>
        <w:rPr>
          <w:rFonts w:ascii="Times New Roman" w:eastAsia="Times New Roman" w:hAnsi="Times New Roman" w:cs="Times New Roman"/>
          <w:color w:val="1F1F1F"/>
          <w:sz w:val="28"/>
          <w:szCs w:val="28"/>
          <w:lang w:val="vi-VN"/>
        </w:rPr>
      </w:pPr>
      <w:r w:rsidRPr="00D60936">
        <w:rPr>
          <w:rFonts w:ascii="Times New Roman" w:eastAsia="Times New Roman" w:hAnsi="Times New Roman" w:cs="Times New Roman"/>
          <w:color w:val="1F1F1F"/>
          <w:sz w:val="28"/>
          <w:szCs w:val="28"/>
          <w:lang w:val="vi-VN"/>
        </w:rPr>
        <w:t>Đăng ký bổ sung, thay đổi các chỉ tiêu đăng ký thuế như sau:</w:t>
      </w:r>
    </w:p>
    <w:tbl>
      <w:tblPr>
        <w:tblStyle w:val="TableGrid"/>
        <w:tblW w:w="0" w:type="auto"/>
        <w:tblLook w:val="04A0" w:firstRow="1" w:lastRow="0" w:firstColumn="1" w:lastColumn="0" w:noHBand="0" w:noVBand="1"/>
      </w:tblPr>
      <w:tblGrid>
        <w:gridCol w:w="3096"/>
        <w:gridCol w:w="3096"/>
        <w:gridCol w:w="3096"/>
      </w:tblGrid>
      <w:tr w:rsidR="00D60936" w:rsidRPr="000D4F9A">
        <w:tc>
          <w:tcPr>
            <w:tcW w:w="3096" w:type="dxa"/>
          </w:tcPr>
          <w:p w:rsidR="00D60936" w:rsidRPr="000D4F9A" w:rsidRDefault="00D60936" w:rsidP="00D60936">
            <w:pPr>
              <w:spacing w:after="96"/>
              <w:jc w:val="both"/>
              <w:rPr>
                <w:rFonts w:ascii="Times New Roman" w:eastAsia="Times New Roman" w:hAnsi="Times New Roman" w:cs="Times New Roman"/>
                <w:color w:val="1F1F1F"/>
                <w:sz w:val="28"/>
                <w:szCs w:val="28"/>
                <w:lang w:val="vi-VN"/>
              </w:rPr>
            </w:pPr>
            <w:r w:rsidRPr="000D4F9A">
              <w:rPr>
                <w:rFonts w:ascii="Times New Roman" w:hAnsi="Times New Roman" w:cs="Times New Roman"/>
                <w:sz w:val="28"/>
                <w:szCs w:val="28"/>
              </w:rPr>
              <w:t>Chỉ tiêu</w:t>
            </w:r>
          </w:p>
        </w:tc>
        <w:tc>
          <w:tcPr>
            <w:tcW w:w="3096" w:type="dxa"/>
          </w:tcPr>
          <w:p w:rsidR="00D60936" w:rsidRPr="000D4F9A" w:rsidRDefault="00D60936" w:rsidP="00D60936">
            <w:pPr>
              <w:spacing w:after="96"/>
              <w:jc w:val="both"/>
              <w:rPr>
                <w:rFonts w:ascii="Times New Roman" w:eastAsia="Times New Roman" w:hAnsi="Times New Roman" w:cs="Times New Roman"/>
                <w:color w:val="1F1F1F"/>
                <w:sz w:val="28"/>
                <w:szCs w:val="28"/>
                <w:lang w:val="vi-VN"/>
              </w:rPr>
            </w:pPr>
            <w:r w:rsidRPr="000D4F9A">
              <w:rPr>
                <w:rFonts w:ascii="Times New Roman" w:hAnsi="Times New Roman" w:cs="Times New Roman"/>
                <w:sz w:val="28"/>
                <w:szCs w:val="28"/>
              </w:rPr>
              <w:t>Thông tin đăng ký cũ</w:t>
            </w:r>
          </w:p>
        </w:tc>
        <w:tc>
          <w:tcPr>
            <w:tcW w:w="3096" w:type="dxa"/>
          </w:tcPr>
          <w:p w:rsidR="00D60936" w:rsidRPr="000D4F9A" w:rsidRDefault="00D60936" w:rsidP="00D60936">
            <w:pPr>
              <w:spacing w:after="96"/>
              <w:jc w:val="both"/>
              <w:rPr>
                <w:rFonts w:ascii="Times New Roman" w:eastAsia="Times New Roman" w:hAnsi="Times New Roman" w:cs="Times New Roman"/>
                <w:color w:val="1F1F1F"/>
                <w:sz w:val="28"/>
                <w:szCs w:val="28"/>
                <w:lang w:val="vi-VN"/>
              </w:rPr>
            </w:pPr>
            <w:r w:rsidRPr="000D4F9A">
              <w:rPr>
                <w:rFonts w:ascii="Times New Roman" w:hAnsi="Times New Roman" w:cs="Times New Roman"/>
                <w:sz w:val="28"/>
                <w:szCs w:val="28"/>
              </w:rPr>
              <w:t>Thông tin đăng ký mới</w:t>
            </w:r>
          </w:p>
        </w:tc>
      </w:tr>
      <w:tr w:rsidR="00D60936" w:rsidRPr="000D4F9A">
        <w:tc>
          <w:tcPr>
            <w:tcW w:w="3096" w:type="dxa"/>
          </w:tcPr>
          <w:p w:rsidR="00D60936" w:rsidRPr="000D4F9A" w:rsidRDefault="00D60936" w:rsidP="00D60936">
            <w:pPr>
              <w:spacing w:after="96"/>
              <w:jc w:val="both"/>
              <w:rPr>
                <w:rFonts w:ascii="Times New Roman" w:hAnsi="Times New Roman" w:cs="Times New Roman"/>
                <w:sz w:val="28"/>
                <w:szCs w:val="28"/>
                <w:lang w:val="vi-VN"/>
              </w:rPr>
            </w:pPr>
            <w:r w:rsidRPr="000D4F9A">
              <w:rPr>
                <w:rFonts w:ascii="Times New Roman" w:hAnsi="Times New Roman" w:cs="Times New Roman"/>
                <w:sz w:val="28"/>
                <w:szCs w:val="28"/>
              </w:rPr>
              <w:t xml:space="preserve">- Chỉ tiêu 5.1: Địa chỉ nhận thông báo thuế </w:t>
            </w:r>
          </w:p>
          <w:p w:rsidR="00D60936" w:rsidRPr="000D4F9A" w:rsidRDefault="00D60936" w:rsidP="00D60936">
            <w:pPr>
              <w:spacing w:after="96"/>
              <w:jc w:val="both"/>
              <w:rPr>
                <w:rFonts w:ascii="Times New Roman" w:eastAsia="Times New Roman" w:hAnsi="Times New Roman" w:cs="Times New Roman"/>
                <w:color w:val="1F1F1F"/>
                <w:sz w:val="28"/>
                <w:szCs w:val="28"/>
                <w:lang w:val="vi-VN"/>
              </w:rPr>
            </w:pPr>
            <w:r w:rsidRPr="000D4F9A">
              <w:rPr>
                <w:rFonts w:ascii="Times New Roman" w:hAnsi="Times New Roman" w:cs="Times New Roman"/>
                <w:sz w:val="28"/>
                <w:szCs w:val="28"/>
              </w:rPr>
              <w:t>-…..</w:t>
            </w:r>
          </w:p>
        </w:tc>
        <w:tc>
          <w:tcPr>
            <w:tcW w:w="3096" w:type="dxa"/>
          </w:tcPr>
          <w:p w:rsidR="00D60936" w:rsidRPr="000D4F9A" w:rsidRDefault="00D60936" w:rsidP="00D60936">
            <w:pPr>
              <w:spacing w:after="96"/>
              <w:jc w:val="both"/>
              <w:rPr>
                <w:rFonts w:ascii="Times New Roman" w:eastAsia="Times New Roman" w:hAnsi="Times New Roman" w:cs="Times New Roman"/>
                <w:b/>
                <w:bCs/>
                <w:color w:val="1F1F1F"/>
                <w:sz w:val="28"/>
                <w:szCs w:val="28"/>
                <w:lang w:val="vi-VN"/>
              </w:rPr>
            </w:pPr>
            <w:r w:rsidRPr="000D4F9A">
              <w:rPr>
                <w:rFonts w:ascii="Times New Roman" w:hAnsi="Times New Roman" w:cs="Times New Roman"/>
                <w:b/>
                <w:bCs/>
                <w:sz w:val="28"/>
                <w:szCs w:val="28"/>
                <w:lang w:val="vi-VN"/>
              </w:rPr>
              <w:t>123 đường Hùng Vương</w:t>
            </w:r>
            <w:r w:rsidRPr="000D4F9A">
              <w:rPr>
                <w:rFonts w:ascii="Times New Roman" w:hAnsi="Times New Roman" w:cs="Times New Roman"/>
                <w:b/>
                <w:bCs/>
                <w:sz w:val="28"/>
                <w:szCs w:val="28"/>
              </w:rPr>
              <w:t xml:space="preserve">, KP 1, </w:t>
            </w:r>
            <w:r w:rsidRPr="000D4F9A">
              <w:rPr>
                <w:rFonts w:ascii="Times New Roman" w:hAnsi="Times New Roman" w:cs="Times New Roman"/>
                <w:b/>
                <w:bCs/>
                <w:sz w:val="28"/>
                <w:szCs w:val="28"/>
              </w:rPr>
              <w:t>thị</w:t>
            </w:r>
            <w:r w:rsidRPr="000D4F9A">
              <w:rPr>
                <w:rFonts w:ascii="Times New Roman" w:hAnsi="Times New Roman" w:cs="Times New Roman"/>
                <w:b/>
                <w:bCs/>
                <w:sz w:val="28"/>
                <w:szCs w:val="28"/>
                <w:lang w:val="vi-VN"/>
              </w:rPr>
              <w:t xml:space="preserve"> trấn Gia Ray</w:t>
            </w:r>
            <w:r w:rsidRPr="000D4F9A">
              <w:rPr>
                <w:rFonts w:ascii="Times New Roman" w:hAnsi="Times New Roman" w:cs="Times New Roman"/>
                <w:b/>
                <w:bCs/>
                <w:sz w:val="28"/>
                <w:szCs w:val="28"/>
              </w:rPr>
              <w:t xml:space="preserve">, </w:t>
            </w:r>
            <w:r w:rsidRPr="000D4F9A">
              <w:rPr>
                <w:rFonts w:ascii="Times New Roman" w:hAnsi="Times New Roman" w:cs="Times New Roman"/>
                <w:b/>
                <w:bCs/>
                <w:sz w:val="28"/>
                <w:szCs w:val="28"/>
              </w:rPr>
              <w:t>Huyện</w:t>
            </w:r>
            <w:r w:rsidRPr="000D4F9A">
              <w:rPr>
                <w:rFonts w:ascii="Times New Roman" w:hAnsi="Times New Roman" w:cs="Times New Roman"/>
                <w:b/>
                <w:bCs/>
                <w:sz w:val="28"/>
                <w:szCs w:val="28"/>
                <w:lang w:val="vi-VN"/>
              </w:rPr>
              <w:t xml:space="preserve"> Xuân Lộc</w:t>
            </w:r>
            <w:r w:rsidRPr="000D4F9A">
              <w:rPr>
                <w:rFonts w:ascii="Times New Roman" w:hAnsi="Times New Roman" w:cs="Times New Roman"/>
                <w:b/>
                <w:bCs/>
                <w:sz w:val="28"/>
                <w:szCs w:val="28"/>
              </w:rPr>
              <w:t>, tỉnh Đồng Nai</w:t>
            </w:r>
          </w:p>
        </w:tc>
        <w:tc>
          <w:tcPr>
            <w:tcW w:w="3096" w:type="dxa"/>
          </w:tcPr>
          <w:p w:rsidR="00D60936" w:rsidRPr="000D4F9A" w:rsidRDefault="00D60936" w:rsidP="00D60936">
            <w:pPr>
              <w:spacing w:after="96"/>
              <w:jc w:val="both"/>
              <w:rPr>
                <w:rFonts w:ascii="Times New Roman" w:eastAsia="Times New Roman" w:hAnsi="Times New Roman" w:cs="Times New Roman"/>
                <w:b/>
                <w:bCs/>
                <w:color w:val="1F1F1F"/>
                <w:sz w:val="28"/>
                <w:szCs w:val="28"/>
                <w:lang w:val="vi-VN"/>
              </w:rPr>
            </w:pPr>
            <w:r w:rsidRPr="000D4F9A">
              <w:rPr>
                <w:rFonts w:ascii="Times New Roman" w:hAnsi="Times New Roman" w:cs="Times New Roman"/>
                <w:b/>
                <w:bCs/>
                <w:sz w:val="28"/>
                <w:szCs w:val="28"/>
                <w:lang w:val="vi-VN"/>
              </w:rPr>
              <w:t>123 đường Hùng Vương</w:t>
            </w:r>
            <w:r w:rsidRPr="000D4F9A">
              <w:rPr>
                <w:rFonts w:ascii="Times New Roman" w:hAnsi="Times New Roman" w:cs="Times New Roman"/>
                <w:b/>
                <w:bCs/>
                <w:sz w:val="28"/>
                <w:szCs w:val="28"/>
              </w:rPr>
              <w:t>, K</w:t>
            </w:r>
            <w:r w:rsidR="000D4F9A" w:rsidRPr="000D4F9A">
              <w:rPr>
                <w:rFonts w:ascii="Times New Roman" w:hAnsi="Times New Roman" w:cs="Times New Roman"/>
                <w:b/>
                <w:bCs/>
                <w:sz w:val="28"/>
                <w:szCs w:val="28"/>
              </w:rPr>
              <w:t>hu</w:t>
            </w:r>
            <w:r w:rsidRPr="000D4F9A">
              <w:rPr>
                <w:rFonts w:ascii="Times New Roman" w:hAnsi="Times New Roman" w:cs="Times New Roman"/>
                <w:b/>
                <w:bCs/>
                <w:sz w:val="28"/>
                <w:szCs w:val="28"/>
              </w:rPr>
              <w:t xml:space="preserve"> 1, </w:t>
            </w:r>
            <w:r w:rsidRPr="000D4F9A">
              <w:rPr>
                <w:rFonts w:ascii="Times New Roman" w:hAnsi="Times New Roman" w:cs="Times New Roman"/>
                <w:b/>
                <w:bCs/>
                <w:sz w:val="28"/>
                <w:szCs w:val="28"/>
              </w:rPr>
              <w:t>xã</w:t>
            </w:r>
            <w:r w:rsidRPr="000D4F9A">
              <w:rPr>
                <w:rFonts w:ascii="Times New Roman" w:hAnsi="Times New Roman" w:cs="Times New Roman"/>
                <w:b/>
                <w:bCs/>
                <w:sz w:val="28"/>
                <w:szCs w:val="28"/>
                <w:lang w:val="vi-VN"/>
              </w:rPr>
              <w:t xml:space="preserve"> </w:t>
            </w:r>
            <w:r w:rsidRPr="000D4F9A">
              <w:rPr>
                <w:rFonts w:ascii="Times New Roman" w:hAnsi="Times New Roman" w:cs="Times New Roman"/>
                <w:b/>
                <w:bCs/>
                <w:sz w:val="28"/>
                <w:szCs w:val="28"/>
                <w:lang w:val="vi-VN"/>
              </w:rPr>
              <w:t>Xuân Lộc</w:t>
            </w:r>
            <w:r w:rsidRPr="000D4F9A">
              <w:rPr>
                <w:rFonts w:ascii="Times New Roman" w:hAnsi="Times New Roman" w:cs="Times New Roman"/>
                <w:b/>
                <w:bCs/>
                <w:sz w:val="28"/>
                <w:szCs w:val="28"/>
              </w:rPr>
              <w:t>, tỉnh Đồng Nai</w:t>
            </w:r>
          </w:p>
        </w:tc>
      </w:tr>
    </w:tbl>
    <w:p w:rsidR="000D4F9A" w:rsidRDefault="000D4F9A" w:rsidP="00D60936">
      <w:pPr>
        <w:spacing w:after="96"/>
        <w:jc w:val="both"/>
        <w:rPr>
          <w:rFonts w:ascii="Times New Roman" w:eastAsia="Times New Roman" w:hAnsi="Times New Roman" w:cs="Times New Roman"/>
          <w:color w:val="1F1F1F"/>
          <w:sz w:val="28"/>
          <w:szCs w:val="28"/>
          <w:lang w:val="vi-VN"/>
        </w:rPr>
      </w:pPr>
    </w:p>
    <w:p w:rsidR="000D4F9A" w:rsidRDefault="000D4F9A">
      <w:pPr>
        <w:spacing w:after="96"/>
        <w:rPr>
          <w:rFonts w:ascii="Times New Roman" w:eastAsia="Times New Roman" w:hAnsi="Times New Roman" w:cs="Times New Roman"/>
          <w:color w:val="1F1F1F"/>
          <w:sz w:val="28"/>
          <w:szCs w:val="28"/>
          <w:lang w:val="vi-VN"/>
        </w:rPr>
      </w:pPr>
      <w:r>
        <w:rPr>
          <w:rFonts w:ascii="Times New Roman" w:eastAsia="Times New Roman" w:hAnsi="Times New Roman" w:cs="Times New Roman"/>
          <w:color w:val="1F1F1F"/>
          <w:sz w:val="28"/>
          <w:szCs w:val="28"/>
          <w:lang w:val="vi-VN"/>
        </w:rPr>
        <w:br w:type="page"/>
      </w:r>
    </w:p>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lastRenderedPageBreak/>
        <w:t>B. ĐĂNG KÝ CẬP NHẬT, BỔ SUNG, HIỆU ĐÍNH</w:t>
      </w:r>
    </w:p>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THÔNG TIN ĐĂNG KÝ HỘ KINH DOANH</w:t>
      </w:r>
    </w:p>
    <w:p w:rsidR="00D60936" w:rsidRDefault="000D4F9A" w:rsidP="000D4F9A">
      <w:pPr>
        <w:spacing w:after="96"/>
        <w:ind w:firstLine="709"/>
        <w:jc w:val="both"/>
        <w:rPr>
          <w:rFonts w:ascii="Times New Roman" w:eastAsia="Times New Roman" w:hAnsi="Times New Roman" w:cs="Times New Roman"/>
          <w:color w:val="1F1F1F"/>
          <w:sz w:val="28"/>
          <w:szCs w:val="28"/>
          <w:lang w:val="vi-VN"/>
        </w:rPr>
      </w:pPr>
      <w:r w:rsidRPr="000D4F9A">
        <w:rPr>
          <w:rFonts w:ascii="Times New Roman" w:eastAsia="Times New Roman" w:hAnsi="Times New Roman" w:cs="Times New Roman"/>
          <w:color w:val="1F1F1F"/>
          <w:sz w:val="28"/>
          <w:szCs w:val="28"/>
          <w:lang w:val="vi-VN"/>
        </w:rPr>
        <w:t>Hộ kinh doanh đăng ký cập nhật, bổ sung, hiệu đính thông tin đăng ký hộ</w:t>
      </w:r>
      <w:r>
        <w:rPr>
          <w:rFonts w:ascii="Times New Roman" w:eastAsia="Times New Roman" w:hAnsi="Times New Roman" w:cs="Times New Roman"/>
          <w:color w:val="1F1F1F"/>
          <w:sz w:val="28"/>
          <w:szCs w:val="28"/>
          <w:lang w:val="vi-VN"/>
        </w:rPr>
        <w:t xml:space="preserve"> </w:t>
      </w:r>
      <w:r w:rsidRPr="000D4F9A">
        <w:rPr>
          <w:rFonts w:ascii="Times New Roman" w:eastAsia="Times New Roman" w:hAnsi="Times New Roman" w:cs="Times New Roman"/>
          <w:color w:val="1F1F1F"/>
          <w:sz w:val="28"/>
          <w:szCs w:val="28"/>
          <w:lang w:val="vi-VN"/>
        </w:rPr>
        <w:t>kinh doanh như sau:</w:t>
      </w:r>
    </w:p>
    <w:p w:rsidR="000D4F9A" w:rsidRDefault="000D4F9A" w:rsidP="000D4F9A">
      <w:pPr>
        <w:spacing w:after="96"/>
        <w:ind w:firstLine="709"/>
        <w:jc w:val="both"/>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Cập nhật địa chỉ thường trú: 123 đường Hùng Vương, Khu 1, xã Xuân Lộc, tỉnh Đồng Nai</w:t>
      </w:r>
      <w:r>
        <w:rPr>
          <w:rFonts w:ascii="Times New Roman" w:eastAsia="Times New Roman" w:hAnsi="Times New Roman" w:cs="Times New Roman"/>
          <w:b/>
          <w:bCs/>
          <w:color w:val="1F1F1F"/>
          <w:sz w:val="28"/>
          <w:szCs w:val="28"/>
          <w:lang w:val="vi-VN"/>
        </w:rPr>
        <w:t>.</w:t>
      </w:r>
    </w:p>
    <w:p w:rsidR="000D4F9A" w:rsidRDefault="000D4F9A" w:rsidP="000D4F9A">
      <w:pPr>
        <w:spacing w:after="96"/>
        <w:ind w:firstLine="709"/>
        <w:jc w:val="both"/>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Cập nhật địa chỉ liên lạc:</w:t>
      </w:r>
      <w:r>
        <w:rPr>
          <w:rFonts w:ascii="Times New Roman" w:eastAsia="Times New Roman" w:hAnsi="Times New Roman" w:cs="Times New Roman"/>
          <w:b/>
          <w:bCs/>
          <w:color w:val="1F1F1F"/>
          <w:sz w:val="28"/>
          <w:szCs w:val="28"/>
          <w:lang w:val="vi-VN"/>
        </w:rPr>
        <w:t xml:space="preserve"> </w:t>
      </w:r>
      <w:r w:rsidRPr="000D4F9A">
        <w:rPr>
          <w:rFonts w:ascii="Times New Roman" w:eastAsia="Times New Roman" w:hAnsi="Times New Roman" w:cs="Times New Roman"/>
          <w:b/>
          <w:bCs/>
          <w:color w:val="1F1F1F"/>
          <w:sz w:val="28"/>
          <w:szCs w:val="28"/>
          <w:lang w:val="vi-VN"/>
        </w:rPr>
        <w:t>123 đường Hùng Vương, Khu 1, xã Xuân Lộc, tỉnh Đồng Nai</w:t>
      </w:r>
      <w:r>
        <w:rPr>
          <w:rFonts w:ascii="Times New Roman" w:eastAsia="Times New Roman" w:hAnsi="Times New Roman" w:cs="Times New Roman"/>
          <w:b/>
          <w:bCs/>
          <w:color w:val="1F1F1F"/>
          <w:sz w:val="28"/>
          <w:szCs w:val="28"/>
          <w:lang w:val="vi-VN"/>
        </w:rPr>
        <w:t>.</w:t>
      </w:r>
    </w:p>
    <w:p w:rsidR="000D4F9A" w:rsidRDefault="000D4F9A">
      <w:pPr>
        <w:spacing w:after="96"/>
        <w:rPr>
          <w:rFonts w:ascii="Times New Roman" w:eastAsia="Times New Roman" w:hAnsi="Times New Roman" w:cs="Times New Roman"/>
          <w:b/>
          <w:bCs/>
          <w:color w:val="1F1F1F"/>
          <w:sz w:val="28"/>
          <w:szCs w:val="28"/>
          <w:lang w:val="vi-VN"/>
        </w:rPr>
      </w:pPr>
      <w:r>
        <w:rPr>
          <w:rFonts w:ascii="Times New Roman" w:eastAsia="Times New Roman" w:hAnsi="Times New Roman" w:cs="Times New Roman"/>
          <w:b/>
          <w:bCs/>
          <w:color w:val="1F1F1F"/>
          <w:sz w:val="28"/>
          <w:szCs w:val="28"/>
          <w:lang w:val="vi-VN"/>
        </w:rPr>
        <w:br w:type="page"/>
      </w:r>
    </w:p>
    <w:p w:rsidR="000D4F9A" w:rsidRPr="000D4F9A" w:rsidRDefault="000D4F9A" w:rsidP="000D4F9A">
      <w:pPr>
        <w:spacing w:after="96"/>
        <w:ind w:firstLine="709"/>
        <w:jc w:val="center"/>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lastRenderedPageBreak/>
        <w:t>C. ĐĂNG KÝ CẤP ĐỔI SANG GIẤY CHỨNG NHẬN</w:t>
      </w:r>
    </w:p>
    <w:p w:rsidR="000D4F9A" w:rsidRDefault="000D4F9A" w:rsidP="000D4F9A">
      <w:pPr>
        <w:spacing w:after="96"/>
        <w:ind w:firstLine="709"/>
        <w:jc w:val="center"/>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ĐĂNG KÝ HỘ KINH DOANH</w:t>
      </w:r>
    </w:p>
    <w:p w:rsidR="000D4F9A" w:rsidRPr="000D4F9A" w:rsidRDefault="000D4F9A" w:rsidP="000D4F9A">
      <w:pPr>
        <w:spacing w:after="96"/>
        <w:ind w:firstLine="709"/>
        <w:jc w:val="center"/>
        <w:rPr>
          <w:rFonts w:ascii="Times New Roman" w:eastAsia="Times New Roman" w:hAnsi="Times New Roman" w:cs="Times New Roman"/>
          <w:b/>
          <w:bCs/>
          <w:color w:val="1F1F1F"/>
          <w:sz w:val="28"/>
          <w:szCs w:val="28"/>
          <w:lang w:val="vi-VN"/>
        </w:rPr>
      </w:pPr>
      <w:r w:rsidRPr="000D4F9A">
        <w:rPr>
          <w:rFonts w:ascii="Times New Roman" w:hAnsi="Times New Roman" w:cs="Times New Roman"/>
        </w:rPr>
        <w:t>Trường hợp hộ kinh doanh được cấp giấy chứng nhận đăng ký kinh doanh hoặc giấy chứng nhận đăng ký hộ kinh doanh trước ngày Nghị định số 168/2025/NĐ-CP ngày 30/6/2025 của Chính phủ về đăng ký doanh nghiệp có hiệu lực thi hành thực hiện quy định tại Điều 123 Nghị định số 168/2025/NĐ-CP thì kê khai thông tin theo giấy chứng nhận đăng ký kinh doanh hoặc giấy chứng</w:t>
      </w:r>
      <w:r>
        <w:rPr>
          <w:rFonts w:ascii="Times New Roman" w:hAnsi="Times New Roman" w:cs="Times New Roman"/>
          <w:lang w:val="vi-VN"/>
        </w:rPr>
        <w:t xml:space="preserve"> </w:t>
      </w:r>
      <w:r w:rsidRPr="000D4F9A">
        <w:rPr>
          <w:rFonts w:ascii="Times New Roman" w:hAnsi="Times New Roman" w:cs="Times New Roman"/>
        </w:rPr>
        <w:t>nhận đăng ký hộ kinh doanh và giấy chứng nhận đăng ký thuế đã được cấp tại Mục này.</w:t>
      </w:r>
    </w:p>
    <w:p w:rsidR="000D4F9A" w:rsidRPr="000D4F9A" w:rsidRDefault="000D4F9A" w:rsidP="000D4F9A">
      <w:pPr>
        <w:spacing w:after="96"/>
        <w:ind w:firstLine="709"/>
        <w:jc w:val="both"/>
        <w:rPr>
          <w:rFonts w:ascii="Times New Roman" w:eastAsia="Times New Roman" w:hAnsi="Times New Roman" w:cs="Times New Roman"/>
          <w:color w:val="1F1F1F"/>
          <w:sz w:val="28"/>
          <w:szCs w:val="28"/>
          <w:lang w:val="vi-VN"/>
        </w:rPr>
      </w:pPr>
      <w:r w:rsidRPr="000D4F9A">
        <w:rPr>
          <w:rFonts w:ascii="Times New Roman" w:eastAsia="Times New Roman" w:hAnsi="Times New Roman" w:cs="Times New Roman"/>
          <w:b/>
          <w:bCs/>
          <w:color w:val="1F1F1F"/>
          <w:sz w:val="28"/>
          <w:szCs w:val="28"/>
          <w:lang w:val="vi-VN"/>
        </w:rPr>
        <w:t>1. Tên hộ kinh doanh</w:t>
      </w:r>
      <w:r w:rsidRPr="000D4F9A">
        <w:rPr>
          <w:rFonts w:ascii="Times New Roman" w:eastAsia="Times New Roman" w:hAnsi="Times New Roman" w:cs="Times New Roman"/>
          <w:color w:val="1F1F1F"/>
          <w:sz w:val="28"/>
          <w:szCs w:val="28"/>
          <w:lang w:val="vi-VN"/>
        </w:rPr>
        <w:t xml:space="preserve"> </w:t>
      </w:r>
      <w:r w:rsidRPr="000D4F9A">
        <w:rPr>
          <w:rFonts w:ascii="Times New Roman" w:eastAsia="Times New Roman" w:hAnsi="Times New Roman" w:cs="Times New Roman"/>
          <w:i/>
          <w:iCs/>
          <w:color w:val="1F1F1F"/>
          <w:sz w:val="28"/>
          <w:szCs w:val="28"/>
          <w:lang w:val="vi-VN"/>
        </w:rPr>
        <w:t>(ghi bằng chữ in hoa):</w:t>
      </w:r>
      <w:r w:rsidRPr="000D4F9A">
        <w:rPr>
          <w:rFonts w:ascii="Times New Roman" w:eastAsia="Times New Roman" w:hAnsi="Times New Roman" w:cs="Times New Roman"/>
          <w:color w:val="1F1F1F"/>
          <w:sz w:val="28"/>
          <w:szCs w:val="28"/>
          <w:lang w:val="vi-VN"/>
        </w:rPr>
        <w:t xml:space="preserve"> </w:t>
      </w:r>
      <w:r w:rsidRPr="000D4F9A">
        <w:rPr>
          <w:rFonts w:ascii="Times New Roman" w:eastAsia="Times New Roman" w:hAnsi="Times New Roman" w:cs="Times New Roman"/>
          <w:b/>
          <w:bCs/>
          <w:color w:val="1F1F1F"/>
          <w:sz w:val="28"/>
          <w:szCs w:val="28"/>
          <w:lang w:val="vi-VN"/>
        </w:rPr>
        <w:t>NGUYỄN VĂN A</w:t>
      </w:r>
    </w:p>
    <w:p w:rsidR="000D4F9A" w:rsidRPr="000D4F9A" w:rsidRDefault="000D4F9A" w:rsidP="000D4F9A">
      <w:pPr>
        <w:spacing w:after="96"/>
        <w:ind w:firstLine="709"/>
        <w:jc w:val="both"/>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2. Trụ sở của hộ kinh doanh:</w:t>
      </w:r>
    </w:p>
    <w:p w:rsidR="000D4F9A" w:rsidRPr="000D4F9A" w:rsidRDefault="000D4F9A" w:rsidP="000D4F9A">
      <w:pPr>
        <w:spacing w:after="96"/>
        <w:ind w:firstLine="709"/>
        <w:jc w:val="both"/>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color w:val="1F1F1F"/>
          <w:sz w:val="28"/>
          <w:szCs w:val="28"/>
          <w:lang w:val="vi-VN"/>
        </w:rPr>
        <w:t xml:space="preserve">Số nhà/phòng, ngách/hẻm, ngõ/kiệt, đường/phố/đại lộ, tổ/xóm/ấp/thôn: </w:t>
      </w:r>
      <w:r w:rsidRPr="000D4F9A">
        <w:rPr>
          <w:rFonts w:ascii="Times New Roman" w:eastAsia="Times New Roman" w:hAnsi="Times New Roman" w:cs="Times New Roman"/>
          <w:b/>
          <w:bCs/>
          <w:color w:val="1F1F1F"/>
          <w:sz w:val="28"/>
          <w:szCs w:val="28"/>
          <w:lang w:val="vi-VN"/>
        </w:rPr>
        <w:t>123 Hùng Vương</w:t>
      </w:r>
    </w:p>
    <w:p w:rsidR="000D4F9A" w:rsidRPr="000D4F9A" w:rsidRDefault="000D4F9A" w:rsidP="000D4F9A">
      <w:pPr>
        <w:spacing w:after="96"/>
        <w:ind w:firstLine="709"/>
        <w:jc w:val="both"/>
        <w:rPr>
          <w:rFonts w:ascii="Times New Roman" w:eastAsia="Times New Roman" w:hAnsi="Times New Roman" w:cs="Times New Roman"/>
          <w:color w:val="1F1F1F"/>
          <w:sz w:val="28"/>
          <w:szCs w:val="28"/>
          <w:lang w:val="vi-VN"/>
        </w:rPr>
      </w:pPr>
      <w:r w:rsidRPr="000D4F9A">
        <w:rPr>
          <w:rFonts w:ascii="Times New Roman" w:eastAsia="Times New Roman" w:hAnsi="Times New Roman" w:cs="Times New Roman"/>
          <w:color w:val="1F1F1F"/>
          <w:sz w:val="28"/>
          <w:szCs w:val="28"/>
          <w:lang w:val="vi-VN"/>
        </w:rPr>
        <w:t xml:space="preserve">Xã/Phường/Đặc khu: </w:t>
      </w:r>
      <w:r w:rsidRPr="000D4F9A">
        <w:rPr>
          <w:rFonts w:ascii="Times New Roman" w:eastAsia="Times New Roman" w:hAnsi="Times New Roman" w:cs="Times New Roman"/>
          <w:b/>
          <w:bCs/>
          <w:color w:val="1F1F1F"/>
          <w:sz w:val="28"/>
          <w:szCs w:val="28"/>
          <w:lang w:val="vi-VN"/>
        </w:rPr>
        <w:t>Xuân Lộc</w:t>
      </w:r>
    </w:p>
    <w:p w:rsidR="000D4F9A" w:rsidRPr="000D4F9A" w:rsidRDefault="000D4F9A" w:rsidP="000D4F9A">
      <w:pPr>
        <w:spacing w:after="96"/>
        <w:ind w:firstLine="709"/>
        <w:jc w:val="both"/>
        <w:rPr>
          <w:rFonts w:ascii="Times New Roman" w:eastAsia="Times New Roman" w:hAnsi="Times New Roman" w:cs="Times New Roman"/>
          <w:color w:val="1F1F1F"/>
          <w:sz w:val="28"/>
          <w:szCs w:val="28"/>
          <w:lang w:val="vi-VN"/>
        </w:rPr>
      </w:pPr>
      <w:r w:rsidRPr="000D4F9A">
        <w:rPr>
          <w:rFonts w:ascii="Times New Roman" w:eastAsia="Times New Roman" w:hAnsi="Times New Roman" w:cs="Times New Roman"/>
          <w:color w:val="1F1F1F"/>
          <w:sz w:val="28"/>
          <w:szCs w:val="28"/>
          <w:lang w:val="vi-VN"/>
        </w:rPr>
        <w:t xml:space="preserve">Tỉnh/Thành phố trực thuộc trung ương: </w:t>
      </w:r>
      <w:r w:rsidRPr="000D4F9A">
        <w:rPr>
          <w:rFonts w:ascii="Times New Roman" w:eastAsia="Times New Roman" w:hAnsi="Times New Roman" w:cs="Times New Roman"/>
          <w:b/>
          <w:bCs/>
          <w:color w:val="1F1F1F"/>
          <w:sz w:val="28"/>
          <w:szCs w:val="28"/>
          <w:lang w:val="vi-VN"/>
        </w:rPr>
        <w:t>Đồng Nai</w:t>
      </w:r>
    </w:p>
    <w:p w:rsidR="000D4F9A" w:rsidRPr="000D4F9A" w:rsidRDefault="000D4F9A" w:rsidP="000D4F9A">
      <w:pPr>
        <w:spacing w:after="96"/>
        <w:ind w:firstLine="709"/>
        <w:jc w:val="both"/>
        <w:rPr>
          <w:rFonts w:ascii="Times New Roman" w:eastAsia="Times New Roman" w:hAnsi="Times New Roman" w:cs="Times New Roman"/>
          <w:color w:val="1F1F1F"/>
          <w:sz w:val="28"/>
          <w:szCs w:val="28"/>
          <w:lang w:val="vi-VN"/>
        </w:rPr>
      </w:pPr>
      <w:r w:rsidRPr="000D4F9A">
        <w:rPr>
          <w:rFonts w:ascii="Times New Roman" w:eastAsia="Times New Roman" w:hAnsi="Times New Roman" w:cs="Times New Roman"/>
          <w:color w:val="1F1F1F"/>
          <w:sz w:val="28"/>
          <w:szCs w:val="28"/>
          <w:lang w:val="vi-VN"/>
        </w:rPr>
        <w:t xml:space="preserve">Điện thoại: </w:t>
      </w:r>
      <w:r w:rsidRPr="000D4F9A">
        <w:rPr>
          <w:rFonts w:ascii="Times New Roman" w:eastAsia="Times New Roman" w:hAnsi="Times New Roman" w:cs="Times New Roman"/>
          <w:b/>
          <w:bCs/>
          <w:color w:val="1F1F1F"/>
          <w:sz w:val="28"/>
          <w:szCs w:val="28"/>
          <w:lang w:val="vi-VN"/>
        </w:rPr>
        <w:t>085 000 0000</w:t>
      </w:r>
      <w:r w:rsidRPr="000D4F9A">
        <w:rPr>
          <w:rFonts w:ascii="Times New Roman" w:eastAsia="Times New Roman" w:hAnsi="Times New Roman" w:cs="Times New Roman"/>
          <w:color w:val="1F1F1F"/>
          <w:sz w:val="28"/>
          <w:szCs w:val="28"/>
          <w:lang w:val="vi-VN"/>
        </w:rPr>
        <w:t xml:space="preserve"> Fax </w:t>
      </w:r>
      <w:r w:rsidRPr="000D4F9A">
        <w:rPr>
          <w:rFonts w:ascii="Times New Roman" w:eastAsia="Times New Roman" w:hAnsi="Times New Roman" w:cs="Times New Roman"/>
          <w:i/>
          <w:iCs/>
          <w:color w:val="1F1F1F"/>
          <w:sz w:val="28"/>
          <w:szCs w:val="28"/>
          <w:lang w:val="vi-VN"/>
        </w:rPr>
        <w:t>(nếu có):</w:t>
      </w:r>
      <w:r w:rsidRPr="000D4F9A">
        <w:rPr>
          <w:rFonts w:ascii="Times New Roman" w:eastAsia="Times New Roman" w:hAnsi="Times New Roman" w:cs="Times New Roman"/>
          <w:color w:val="1F1F1F"/>
          <w:sz w:val="28"/>
          <w:szCs w:val="28"/>
          <w:lang w:val="vi-VN"/>
        </w:rPr>
        <w:t xml:space="preserve"> .....</w:t>
      </w:r>
    </w:p>
    <w:p w:rsidR="000D4F9A" w:rsidRPr="000D4F9A" w:rsidRDefault="000D4F9A" w:rsidP="000D4F9A">
      <w:pPr>
        <w:spacing w:after="96"/>
        <w:ind w:firstLine="709"/>
        <w:jc w:val="both"/>
        <w:rPr>
          <w:rFonts w:ascii="Times New Roman" w:eastAsia="Times New Roman" w:hAnsi="Times New Roman" w:cs="Times New Roman"/>
          <w:color w:val="1F1F1F"/>
          <w:sz w:val="28"/>
          <w:szCs w:val="28"/>
          <w:lang w:val="vi-VN"/>
        </w:rPr>
      </w:pPr>
      <w:r w:rsidRPr="000D4F9A">
        <w:rPr>
          <w:rFonts w:ascii="Times New Roman" w:eastAsia="Times New Roman" w:hAnsi="Times New Roman" w:cs="Times New Roman"/>
          <w:color w:val="1F1F1F"/>
          <w:sz w:val="28"/>
          <w:szCs w:val="28"/>
          <w:lang w:val="vi-VN"/>
        </w:rPr>
        <w:t xml:space="preserve">Thư điện tử </w:t>
      </w:r>
      <w:r w:rsidRPr="000D4F9A">
        <w:rPr>
          <w:rFonts w:ascii="Times New Roman" w:eastAsia="Times New Roman" w:hAnsi="Times New Roman" w:cs="Times New Roman"/>
          <w:i/>
          <w:iCs/>
          <w:color w:val="1F1F1F"/>
          <w:sz w:val="28"/>
          <w:szCs w:val="28"/>
          <w:lang w:val="vi-VN"/>
        </w:rPr>
        <w:t>(nếu có):</w:t>
      </w:r>
      <w:r w:rsidRPr="000D4F9A">
        <w:rPr>
          <w:rFonts w:ascii="Times New Roman" w:eastAsia="Times New Roman" w:hAnsi="Times New Roman" w:cs="Times New Roman"/>
          <w:color w:val="1F1F1F"/>
          <w:sz w:val="28"/>
          <w:szCs w:val="28"/>
          <w:lang w:val="vi-VN"/>
        </w:rPr>
        <w:t xml:space="preserve"> ..................................... Website </w:t>
      </w:r>
      <w:r w:rsidRPr="000D4F9A">
        <w:rPr>
          <w:rFonts w:ascii="Times New Roman" w:eastAsia="Times New Roman" w:hAnsi="Times New Roman" w:cs="Times New Roman"/>
          <w:i/>
          <w:iCs/>
          <w:color w:val="1F1F1F"/>
          <w:sz w:val="28"/>
          <w:szCs w:val="28"/>
          <w:lang w:val="vi-VN"/>
        </w:rPr>
        <w:t>(nếu có):</w:t>
      </w:r>
      <w:r w:rsidRPr="000D4F9A">
        <w:rPr>
          <w:rFonts w:ascii="Times New Roman" w:eastAsia="Times New Roman" w:hAnsi="Times New Roman" w:cs="Times New Roman"/>
          <w:color w:val="1F1F1F"/>
          <w:sz w:val="28"/>
          <w:szCs w:val="28"/>
          <w:lang w:val="vi-VN"/>
        </w:rPr>
        <w:t xml:space="preserve"> ................</w:t>
      </w:r>
    </w:p>
    <w:p w:rsidR="000D4F9A" w:rsidRDefault="000D4F9A" w:rsidP="000D4F9A">
      <w:pPr>
        <w:spacing w:after="96"/>
        <w:ind w:firstLine="709"/>
        <w:jc w:val="both"/>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3. Ngành, nghề kinh doanh</w:t>
      </w:r>
      <w:r>
        <w:rPr>
          <w:rStyle w:val="FootnoteReference"/>
          <w:rFonts w:ascii="Times New Roman" w:eastAsia="Times New Roman" w:hAnsi="Times New Roman" w:cs="Times New Roman"/>
          <w:b/>
          <w:bCs/>
          <w:color w:val="1F1F1F"/>
          <w:sz w:val="28"/>
          <w:szCs w:val="28"/>
          <w:lang w:val="vi-VN"/>
        </w:rPr>
        <w:footnoteReference w:id="6"/>
      </w:r>
      <w:r w:rsidRPr="000D4F9A">
        <w:rPr>
          <w:rFonts w:ascii="Times New Roman" w:eastAsia="Times New Roman" w:hAnsi="Times New Roman" w:cs="Times New Roman"/>
          <w:b/>
          <w:bCs/>
          <w:color w:val="1F1F1F"/>
          <w:sz w:val="28"/>
          <w:szCs w:val="28"/>
          <w:lang w:val="vi-VN"/>
        </w:rPr>
        <w:t>:</w:t>
      </w:r>
    </w:p>
    <w:tbl>
      <w:tblPr>
        <w:tblStyle w:val="TableGrid"/>
        <w:tblW w:w="5000" w:type="pct"/>
        <w:tblLook w:val="04A0" w:firstRow="1" w:lastRow="0" w:firstColumn="1" w:lastColumn="0" w:noHBand="0" w:noVBand="1"/>
      </w:tblPr>
      <w:tblGrid>
        <w:gridCol w:w="931"/>
        <w:gridCol w:w="1833"/>
        <w:gridCol w:w="1752"/>
        <w:gridCol w:w="4772"/>
      </w:tblGrid>
      <w:tr w:rsidR="000D4F9A" w:rsidTr="000D4F9A">
        <w:tc>
          <w:tcPr>
            <w:tcW w:w="501"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hAnsi="Times New Roman" w:cs="Times New Roman"/>
                <w:b/>
                <w:bCs/>
                <w:sz w:val="28"/>
                <w:szCs w:val="28"/>
              </w:rPr>
              <w:t>STT</w:t>
            </w:r>
          </w:p>
        </w:tc>
        <w:tc>
          <w:tcPr>
            <w:tcW w:w="987"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hAnsi="Times New Roman" w:cs="Times New Roman"/>
                <w:b/>
                <w:bCs/>
                <w:sz w:val="28"/>
                <w:szCs w:val="28"/>
              </w:rPr>
              <w:t>Tên ngành</w:t>
            </w:r>
          </w:p>
        </w:tc>
        <w:tc>
          <w:tcPr>
            <w:tcW w:w="943"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hAnsi="Times New Roman" w:cs="Times New Roman"/>
                <w:b/>
                <w:bCs/>
                <w:sz w:val="28"/>
                <w:szCs w:val="28"/>
              </w:rPr>
              <w:t>Mã ngành</w:t>
            </w:r>
            <w:r>
              <w:rPr>
                <w:rStyle w:val="FootnoteReference"/>
                <w:rFonts w:ascii="Times New Roman" w:hAnsi="Times New Roman" w:cs="Times New Roman"/>
                <w:b/>
                <w:bCs/>
                <w:sz w:val="28"/>
                <w:szCs w:val="28"/>
              </w:rPr>
              <w:footnoteReference w:id="7"/>
            </w:r>
          </w:p>
        </w:tc>
        <w:tc>
          <w:tcPr>
            <w:tcW w:w="2569"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hAnsi="Times New Roman" w:cs="Times New Roman"/>
                <w:b/>
                <w:bCs/>
                <w:sz w:val="28"/>
                <w:szCs w:val="28"/>
              </w:rPr>
              <w:t>Ngành, nghề kinh doanh chính</w:t>
            </w:r>
            <w:r w:rsidR="00F86CBB">
              <w:rPr>
                <w:rStyle w:val="FootnoteReference"/>
                <w:rFonts w:ascii="Times New Roman" w:hAnsi="Times New Roman" w:cs="Times New Roman"/>
                <w:b/>
                <w:bCs/>
                <w:sz w:val="28"/>
                <w:szCs w:val="28"/>
              </w:rPr>
              <w:footnoteReference w:id="8"/>
            </w:r>
          </w:p>
        </w:tc>
      </w:tr>
      <w:tr w:rsidR="000D4F9A" w:rsidTr="000D4F9A">
        <w:tc>
          <w:tcPr>
            <w:tcW w:w="501"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p>
        </w:tc>
        <w:tc>
          <w:tcPr>
            <w:tcW w:w="987"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Bán tạp hoá</w:t>
            </w:r>
          </w:p>
        </w:tc>
        <w:tc>
          <w:tcPr>
            <w:tcW w:w="943"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sidRPr="000D4F9A">
              <w:rPr>
                <w:rFonts w:ascii="Times New Roman" w:eastAsia="Times New Roman" w:hAnsi="Times New Roman" w:cs="Times New Roman"/>
                <w:b/>
                <w:bCs/>
                <w:color w:val="1F1F1F"/>
                <w:sz w:val="28"/>
                <w:szCs w:val="28"/>
                <w:lang w:val="vi-VN"/>
              </w:rPr>
              <w:t>4719</w:t>
            </w:r>
          </w:p>
        </w:tc>
        <w:tc>
          <w:tcPr>
            <w:tcW w:w="2569" w:type="pct"/>
          </w:tcPr>
          <w:p w:rsidR="000D4F9A" w:rsidRPr="000D4F9A" w:rsidRDefault="000D4F9A" w:rsidP="000D4F9A">
            <w:pPr>
              <w:spacing w:after="96"/>
              <w:jc w:val="center"/>
              <w:rPr>
                <w:rFonts w:ascii="Times New Roman" w:eastAsia="Times New Roman" w:hAnsi="Times New Roman" w:cs="Times New Roman"/>
                <w:b/>
                <w:bCs/>
                <w:color w:val="1F1F1F"/>
                <w:sz w:val="28"/>
                <w:szCs w:val="28"/>
                <w:lang w:val="vi-VN"/>
              </w:rPr>
            </w:pPr>
            <w:r>
              <w:rPr>
                <w:rFonts w:ascii="Times New Roman" w:eastAsia="Times New Roman" w:hAnsi="Times New Roman" w:cs="Times New Roman"/>
                <w:b/>
                <w:bCs/>
                <w:color w:val="1F1F1F"/>
                <w:sz w:val="28"/>
                <w:szCs w:val="28"/>
                <w:lang w:val="vi-VN"/>
              </w:rPr>
              <w:t>X</w:t>
            </w:r>
          </w:p>
        </w:tc>
      </w:tr>
    </w:tbl>
    <w:p w:rsidR="00F86CBB" w:rsidRPr="00F86CBB" w:rsidRDefault="00F86CBB" w:rsidP="00F86CBB">
      <w:pPr>
        <w:spacing w:after="96"/>
        <w:ind w:firstLine="709"/>
        <w:jc w:val="both"/>
        <w:rPr>
          <w:rFonts w:ascii="Times New Roman" w:eastAsia="Times New Roman" w:hAnsi="Times New Roman" w:cs="Times New Roman"/>
          <w:b/>
          <w:bCs/>
          <w:color w:val="1F1F1F"/>
          <w:sz w:val="28"/>
          <w:szCs w:val="28"/>
          <w:lang w:val="vi-VN"/>
        </w:rPr>
      </w:pPr>
      <w:r w:rsidRPr="00F86CBB">
        <w:rPr>
          <w:rFonts w:ascii="Times New Roman" w:eastAsia="Times New Roman" w:hAnsi="Times New Roman" w:cs="Times New Roman"/>
          <w:b/>
          <w:bCs/>
          <w:color w:val="1F1F1F"/>
          <w:sz w:val="28"/>
          <w:szCs w:val="28"/>
          <w:lang w:val="vi-VN"/>
        </w:rPr>
        <w:t>4. Vốn kinh doanh:</w:t>
      </w:r>
    </w:p>
    <w:p w:rsidR="000D4F9A" w:rsidRDefault="00F86CBB" w:rsidP="00F86CBB">
      <w:pPr>
        <w:spacing w:after="96"/>
        <w:ind w:firstLine="709"/>
        <w:jc w:val="both"/>
        <w:rPr>
          <w:rFonts w:ascii="Times New Roman" w:eastAsia="Times New Roman" w:hAnsi="Times New Roman" w:cs="Times New Roman"/>
          <w:b/>
          <w:bCs/>
          <w:color w:val="1F1F1F"/>
          <w:sz w:val="28"/>
          <w:szCs w:val="28"/>
          <w:lang w:val="vi-VN"/>
        </w:rPr>
      </w:pPr>
      <w:r w:rsidRPr="00F86CBB">
        <w:rPr>
          <w:rFonts w:ascii="Times New Roman" w:eastAsia="Times New Roman" w:hAnsi="Times New Roman" w:cs="Times New Roman"/>
          <w:bCs/>
          <w:color w:val="1F1F1F"/>
          <w:sz w:val="28"/>
          <w:szCs w:val="28"/>
          <w:lang w:val="vi-VN"/>
        </w:rPr>
        <w:t xml:space="preserve">Tổng số </w:t>
      </w:r>
      <w:r w:rsidRPr="00F86CBB">
        <w:rPr>
          <w:rFonts w:ascii="Times New Roman" w:eastAsia="Times New Roman" w:hAnsi="Times New Roman" w:cs="Times New Roman"/>
          <w:bCs/>
          <w:i/>
          <w:iCs/>
          <w:color w:val="1F1F1F"/>
          <w:sz w:val="28"/>
          <w:szCs w:val="28"/>
          <w:lang w:val="vi-VN"/>
        </w:rPr>
        <w:t>(bằng số, bằng chữ, VNĐ):</w:t>
      </w:r>
      <w:r w:rsidRPr="00F86CBB">
        <w:rPr>
          <w:rFonts w:ascii="Times New Roman" w:eastAsia="Times New Roman" w:hAnsi="Times New Roman" w:cs="Times New Roman"/>
          <w:b/>
          <w:bCs/>
          <w:color w:val="1F1F1F"/>
          <w:sz w:val="28"/>
          <w:szCs w:val="28"/>
          <w:lang w:val="vi-VN"/>
        </w:rPr>
        <w:t xml:space="preserve"> 20.000.000đ</w:t>
      </w:r>
    </w:p>
    <w:p w:rsidR="00F86CBB" w:rsidRDefault="00F86CBB" w:rsidP="00F86CBB">
      <w:pPr>
        <w:spacing w:after="96"/>
        <w:ind w:firstLine="709"/>
        <w:jc w:val="both"/>
        <w:rPr>
          <w:rFonts w:ascii="Times New Roman" w:eastAsia="Times New Roman" w:hAnsi="Times New Roman" w:cs="Times New Roman"/>
          <w:b/>
          <w:bCs/>
          <w:color w:val="1F1F1F"/>
          <w:sz w:val="28"/>
          <w:szCs w:val="28"/>
          <w:lang w:val="vi-VN"/>
        </w:rPr>
      </w:pPr>
      <w:r w:rsidRPr="00F86CBB">
        <w:rPr>
          <w:rFonts w:ascii="Times New Roman" w:eastAsia="Times New Roman" w:hAnsi="Times New Roman" w:cs="Times New Roman"/>
          <w:b/>
          <w:bCs/>
          <w:color w:val="1F1F1F"/>
          <w:sz w:val="28"/>
          <w:szCs w:val="28"/>
          <w:lang w:val="vi-VN"/>
        </w:rPr>
        <w:t>5. Thông tin đăng ký thuế:</w:t>
      </w:r>
    </w:p>
    <w:tbl>
      <w:tblPr>
        <w:tblStyle w:val="TableGrid"/>
        <w:tblW w:w="0" w:type="auto"/>
        <w:tblLook w:val="04A0" w:firstRow="1" w:lastRow="0" w:firstColumn="1" w:lastColumn="0" w:noHBand="0" w:noVBand="1"/>
      </w:tblPr>
      <w:tblGrid>
        <w:gridCol w:w="714"/>
        <w:gridCol w:w="8574"/>
      </w:tblGrid>
      <w:tr w:rsidR="00F86CBB" w:rsidRPr="00F86CBB" w:rsidTr="00F86CBB">
        <w:tc>
          <w:tcPr>
            <w:tcW w:w="0" w:type="auto"/>
          </w:tcPr>
          <w:p w:rsidR="00F86CBB" w:rsidRPr="00F86CBB" w:rsidRDefault="00F86CBB" w:rsidP="00F86CBB">
            <w:pPr>
              <w:spacing w:after="96"/>
              <w:jc w:val="center"/>
              <w:rPr>
                <w:rFonts w:ascii="Times New Roman" w:eastAsia="Times New Roman" w:hAnsi="Times New Roman" w:cs="Times New Roman"/>
                <w:color w:val="1F1F1F"/>
                <w:sz w:val="28"/>
                <w:szCs w:val="28"/>
                <w:lang w:val="vi-VN"/>
              </w:rPr>
            </w:pPr>
            <w:r w:rsidRPr="00F86CBB">
              <w:rPr>
                <w:rFonts w:ascii="Times New Roman" w:hAnsi="Times New Roman" w:cs="Times New Roman"/>
                <w:sz w:val="28"/>
                <w:szCs w:val="28"/>
              </w:rPr>
              <w:t>STT</w:t>
            </w:r>
          </w:p>
        </w:tc>
        <w:tc>
          <w:tcPr>
            <w:tcW w:w="0" w:type="auto"/>
          </w:tcPr>
          <w:p w:rsidR="00F86CBB" w:rsidRPr="00F86CBB" w:rsidRDefault="00F86CBB" w:rsidP="00F86CBB">
            <w:pPr>
              <w:spacing w:after="96"/>
              <w:jc w:val="center"/>
              <w:rPr>
                <w:rFonts w:ascii="Times New Roman" w:eastAsia="Times New Roman" w:hAnsi="Times New Roman" w:cs="Times New Roman"/>
                <w:color w:val="1F1F1F"/>
                <w:sz w:val="28"/>
                <w:szCs w:val="28"/>
                <w:lang w:val="vi-VN"/>
              </w:rPr>
            </w:pPr>
            <w:r w:rsidRPr="00F86CBB">
              <w:rPr>
                <w:rFonts w:ascii="Times New Roman" w:hAnsi="Times New Roman" w:cs="Times New Roman"/>
                <w:sz w:val="28"/>
                <w:szCs w:val="28"/>
              </w:rPr>
              <w:t>Các chỉ tiêu thông tin đăng ký thuế</w:t>
            </w:r>
          </w:p>
        </w:tc>
      </w:tr>
      <w:tr w:rsidR="00F86CBB" w:rsidRPr="00F86CBB" w:rsidTr="00F86CBB">
        <w:tc>
          <w:tcPr>
            <w:tcW w:w="0" w:type="auto"/>
          </w:tcPr>
          <w:p w:rsidR="00F86CBB" w:rsidRPr="00F86CBB" w:rsidRDefault="00F86CBB" w:rsidP="00F86CBB">
            <w:pPr>
              <w:spacing w:after="96"/>
              <w:jc w:val="center"/>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5.1</w:t>
            </w:r>
          </w:p>
        </w:tc>
        <w:tc>
          <w:tcPr>
            <w:tcW w:w="0" w:type="auto"/>
          </w:tcPr>
          <w:p w:rsidR="00F86CBB" w:rsidRPr="00F86CBB" w:rsidRDefault="00F86CBB" w:rsidP="00F86CBB">
            <w:pPr>
              <w:spacing w:after="96"/>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 xml:space="preserve">Địa chỉ nhận thông báo thuế </w:t>
            </w:r>
            <w:r w:rsidRPr="00F86CBB">
              <w:rPr>
                <w:rFonts w:ascii="Times New Roman" w:eastAsia="Times New Roman" w:hAnsi="Times New Roman" w:cs="Times New Roman"/>
                <w:i/>
                <w:iCs/>
                <w:color w:val="1F1F1F"/>
                <w:sz w:val="28"/>
                <w:szCs w:val="28"/>
                <w:lang w:val="vi-VN"/>
              </w:rPr>
              <w:t>(chỉ kê khai nếu địa chỉ nhận thông báo thuế</w:t>
            </w:r>
            <w:r w:rsidRPr="00F86CBB">
              <w:rPr>
                <w:rFonts w:ascii="Times New Roman" w:eastAsia="Times New Roman" w:hAnsi="Times New Roman" w:cs="Times New Roman"/>
                <w:i/>
                <w:iCs/>
                <w:color w:val="1F1F1F"/>
                <w:sz w:val="28"/>
                <w:szCs w:val="28"/>
                <w:lang w:val="vi-VN"/>
              </w:rPr>
              <w:t xml:space="preserve"> </w:t>
            </w:r>
            <w:r w:rsidRPr="00F86CBB">
              <w:rPr>
                <w:rFonts w:ascii="Times New Roman" w:eastAsia="Times New Roman" w:hAnsi="Times New Roman" w:cs="Times New Roman"/>
                <w:i/>
                <w:iCs/>
                <w:color w:val="1F1F1F"/>
                <w:sz w:val="28"/>
                <w:szCs w:val="28"/>
                <w:lang w:val="vi-VN"/>
              </w:rPr>
              <w:t>khác địa chỉ trụ sở):</w:t>
            </w:r>
          </w:p>
          <w:p w:rsidR="00F86CBB" w:rsidRPr="00F86CBB" w:rsidRDefault="00F86CBB" w:rsidP="00F86CBB">
            <w:pPr>
              <w:spacing w:after="96"/>
              <w:ind w:firstLine="491"/>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Số</w:t>
            </w:r>
            <w:r>
              <w:rPr>
                <w:rFonts w:ascii="Times New Roman" w:eastAsia="Times New Roman" w:hAnsi="Times New Roman" w:cs="Times New Roman"/>
                <w:color w:val="1F1F1F"/>
                <w:sz w:val="28"/>
                <w:szCs w:val="28"/>
                <w:lang w:val="vi-VN"/>
              </w:rPr>
              <w:t xml:space="preserve"> </w:t>
            </w:r>
            <w:r w:rsidRPr="00F86CBB">
              <w:rPr>
                <w:rFonts w:ascii="Times New Roman" w:eastAsia="Times New Roman" w:hAnsi="Times New Roman" w:cs="Times New Roman"/>
                <w:color w:val="1F1F1F"/>
                <w:sz w:val="28"/>
                <w:szCs w:val="28"/>
                <w:lang w:val="vi-VN"/>
              </w:rPr>
              <w:t>nhà/phòng, ngách/hẻm, ngõ/kiệt, đường/phố/đại lộ, tổ/xóm/ấp/thôn:</w:t>
            </w:r>
            <w:r>
              <w:rPr>
                <w:rFonts w:ascii="Times New Roman" w:eastAsia="Times New Roman" w:hAnsi="Times New Roman" w:cs="Times New Roman"/>
                <w:color w:val="1F1F1F"/>
                <w:sz w:val="28"/>
                <w:szCs w:val="28"/>
                <w:lang w:val="vi-VN"/>
              </w:rPr>
              <w:t>…………</w:t>
            </w:r>
          </w:p>
          <w:p w:rsidR="00F86CBB" w:rsidRPr="00F86CBB" w:rsidRDefault="00F86CBB" w:rsidP="00F86CBB">
            <w:pPr>
              <w:spacing w:after="96"/>
              <w:ind w:firstLine="455"/>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Xã/Phường/Đặc khu: …</w:t>
            </w:r>
            <w:r>
              <w:rPr>
                <w:rFonts w:ascii="Times New Roman" w:eastAsia="Times New Roman" w:hAnsi="Times New Roman" w:cs="Times New Roman"/>
                <w:color w:val="1F1F1F"/>
                <w:sz w:val="28"/>
                <w:szCs w:val="28"/>
                <w:lang w:val="vi-VN"/>
              </w:rPr>
              <w:t>……….</w:t>
            </w:r>
          </w:p>
          <w:p w:rsidR="00F86CBB" w:rsidRPr="00F86CBB" w:rsidRDefault="00F86CBB" w:rsidP="00F86CBB">
            <w:pPr>
              <w:spacing w:after="96"/>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Tỉnh/Thành phố trực thuộc trung ương: ………………………………</w:t>
            </w:r>
          </w:p>
          <w:p w:rsidR="00F86CBB" w:rsidRPr="00F86CBB" w:rsidRDefault="00F86CBB" w:rsidP="00F86CBB">
            <w:pPr>
              <w:spacing w:after="96"/>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Điện thoại (nếu có): ……………Fax (nếu có): …………………….…</w:t>
            </w:r>
          </w:p>
        </w:tc>
      </w:tr>
      <w:tr w:rsidR="00F86CBB" w:rsidRPr="00F86CBB" w:rsidTr="00F86CBB">
        <w:tc>
          <w:tcPr>
            <w:tcW w:w="0" w:type="auto"/>
          </w:tcPr>
          <w:p w:rsidR="00F86CBB" w:rsidRPr="00F86CBB" w:rsidRDefault="00F86CBB" w:rsidP="00F86CBB">
            <w:pPr>
              <w:spacing w:after="96"/>
              <w:jc w:val="center"/>
              <w:rPr>
                <w:rFonts w:ascii="Times New Roman" w:eastAsia="Times New Roman" w:hAnsi="Times New Roman" w:cs="Times New Roman"/>
                <w:color w:val="1F1F1F"/>
                <w:sz w:val="28"/>
                <w:szCs w:val="28"/>
                <w:lang w:val="vi-VN"/>
              </w:rPr>
            </w:pPr>
            <w:r>
              <w:rPr>
                <w:rFonts w:ascii="Times New Roman" w:eastAsia="Times New Roman" w:hAnsi="Times New Roman" w:cs="Times New Roman"/>
                <w:color w:val="1F1F1F"/>
                <w:sz w:val="28"/>
                <w:szCs w:val="28"/>
                <w:lang w:val="vi-VN"/>
              </w:rPr>
              <w:lastRenderedPageBreak/>
              <w:t>5.2</w:t>
            </w:r>
          </w:p>
        </w:tc>
        <w:tc>
          <w:tcPr>
            <w:tcW w:w="0" w:type="auto"/>
          </w:tcPr>
          <w:p w:rsidR="00F86CBB" w:rsidRPr="00F86CBB" w:rsidRDefault="00F86CBB" w:rsidP="00F86CBB">
            <w:pPr>
              <w:spacing w:after="96"/>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Tổng số lao động: …………………………………</w:t>
            </w:r>
          </w:p>
        </w:tc>
      </w:tr>
    </w:tbl>
    <w:p w:rsidR="00F86CBB" w:rsidRDefault="00F86CBB" w:rsidP="00F86CBB">
      <w:pPr>
        <w:spacing w:after="96"/>
        <w:ind w:firstLine="709"/>
        <w:jc w:val="both"/>
        <w:rPr>
          <w:rFonts w:ascii="Times New Roman" w:eastAsia="Times New Roman" w:hAnsi="Times New Roman" w:cs="Times New Roman"/>
          <w:b/>
          <w:bCs/>
          <w:color w:val="1F1F1F"/>
          <w:sz w:val="28"/>
          <w:szCs w:val="28"/>
          <w:lang w:val="vi-VN"/>
        </w:rPr>
      </w:pPr>
      <w:r w:rsidRPr="00F86CBB">
        <w:rPr>
          <w:rFonts w:ascii="Times New Roman" w:eastAsia="Times New Roman" w:hAnsi="Times New Roman" w:cs="Times New Roman"/>
          <w:b/>
          <w:bCs/>
          <w:color w:val="1F1F1F"/>
          <w:sz w:val="28"/>
          <w:szCs w:val="28"/>
          <w:lang w:val="vi-VN"/>
        </w:rPr>
        <w:t>6. Chủ thể thành lập hộ kinh doanh (đánh dấu X vào ô thích hợp):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F86CBB" w:rsidRPr="00F86CBB" w:rsidTr="00F86CBB">
        <w:tc>
          <w:tcPr>
            <w:tcW w:w="4644" w:type="dxa"/>
          </w:tcPr>
          <w:p w:rsidR="00F86CBB" w:rsidRPr="00F86CBB" w:rsidRDefault="00F86CBB" w:rsidP="00F86CBB">
            <w:pPr>
              <w:spacing w:after="96"/>
              <w:jc w:val="center"/>
              <w:rPr>
                <w:rFonts w:ascii="Times New Roman" w:eastAsia="Times New Roman" w:hAnsi="Times New Roman" w:cs="Times New Roman"/>
                <w:color w:val="1F1F1F"/>
                <w:sz w:val="28"/>
                <w:szCs w:val="28"/>
                <w:lang w:val="vi-VN"/>
              </w:rPr>
            </w:pPr>
            <w:r>
              <w:rPr>
                <w:rFonts w:ascii="Times New Roman" w:eastAsia="Times New Roman" w:hAnsi="Times New Roman" w:cs="Times New Roman"/>
                <w:noProof/>
                <w:color w:val="1F1F1F"/>
                <w:sz w:val="28"/>
                <w:szCs w:val="28"/>
                <w:lang w:val="vi-VN"/>
              </w:rPr>
              <mc:AlternateContent>
                <mc:Choice Requires="wps">
                  <w:drawing>
                    <wp:anchor distT="0" distB="0" distL="114300" distR="114300" simplePos="0" relativeHeight="251668480" behindDoc="0" locked="0" layoutInCell="1" allowOverlap="1" wp14:anchorId="59A1BD90" wp14:editId="2CF2216B">
                      <wp:simplePos x="0" y="0"/>
                      <wp:positionH relativeFrom="column">
                        <wp:posOffset>766010</wp:posOffset>
                      </wp:positionH>
                      <wp:positionV relativeFrom="paragraph">
                        <wp:posOffset>-7854</wp:posOffset>
                      </wp:positionV>
                      <wp:extent cx="232611" cy="224589"/>
                      <wp:effectExtent l="12700" t="12700" r="8890" b="17145"/>
                      <wp:wrapNone/>
                      <wp:docPr id="718171023" name="Rectangle 4"/>
                      <wp:cNvGraphicFramePr/>
                      <a:graphic xmlns:a="http://schemas.openxmlformats.org/drawingml/2006/main">
                        <a:graphicData uri="http://schemas.microsoft.com/office/word/2010/wordprocessingShape">
                          <wps:wsp>
                            <wps:cNvSpPr/>
                            <wps:spPr>
                              <a:xfrm>
                                <a:off x="0" y="0"/>
                                <a:ext cx="232611" cy="224589"/>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A7549B" id="Rectangle 4" o:spid="_x0000_s1026" style="position:absolute;margin-left:60.3pt;margin-top:-.6pt;width:18.3pt;height:17.7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" fillcolor="white [3201]" strokecolor="black [3200]" strokeweight="2pt"/>
                  </w:pict>
                </mc:Fallback>
              </mc:AlternateContent>
            </w:r>
            <w:r>
              <w:rPr>
                <w:rFonts w:ascii="Times New Roman" w:eastAsia="Times New Roman" w:hAnsi="Times New Roman" w:cs="Times New Roman"/>
                <w:color w:val="1F1F1F"/>
                <w:sz w:val="28"/>
                <w:szCs w:val="28"/>
                <w:lang w:val="vi-VN"/>
              </w:rPr>
              <w:t>Cá nhân</w:t>
            </w:r>
          </w:p>
        </w:tc>
        <w:tc>
          <w:tcPr>
            <w:tcW w:w="4644" w:type="dxa"/>
          </w:tcPr>
          <w:p w:rsidR="00F86CBB" w:rsidRPr="00F86CBB" w:rsidRDefault="00F86CBB" w:rsidP="00F86CBB">
            <w:pPr>
              <w:spacing w:after="96"/>
              <w:jc w:val="center"/>
              <w:rPr>
                <w:rFonts w:ascii="Times New Roman" w:eastAsia="Times New Roman" w:hAnsi="Times New Roman" w:cs="Times New Roman"/>
                <w:color w:val="1F1F1F"/>
                <w:sz w:val="28"/>
                <w:szCs w:val="28"/>
                <w:lang w:val="vi-VN"/>
              </w:rPr>
            </w:pPr>
            <w:r>
              <w:rPr>
                <w:rFonts w:ascii="Times New Roman" w:eastAsia="Times New Roman" w:hAnsi="Times New Roman" w:cs="Times New Roman"/>
                <w:noProof/>
                <w:color w:val="1F1F1F"/>
                <w:sz w:val="28"/>
                <w:szCs w:val="28"/>
                <w:lang w:val="vi-VN"/>
              </w:rPr>
              <mc:AlternateContent>
                <mc:Choice Requires="wps">
                  <w:drawing>
                    <wp:anchor distT="0" distB="0" distL="114300" distR="114300" simplePos="0" relativeHeight="251670528" behindDoc="0" locked="0" layoutInCell="1" allowOverlap="1" wp14:anchorId="3851676A" wp14:editId="25F9283F">
                      <wp:simplePos x="0" y="0"/>
                      <wp:positionH relativeFrom="column">
                        <wp:posOffset>98692</wp:posOffset>
                      </wp:positionH>
                      <wp:positionV relativeFrom="paragraph">
                        <wp:posOffset>-1137</wp:posOffset>
                      </wp:positionV>
                      <wp:extent cx="232611" cy="224589"/>
                      <wp:effectExtent l="12700" t="12700" r="8890" b="17145"/>
                      <wp:wrapNone/>
                      <wp:docPr id="1109246270" name="Rectangle 4"/>
                      <wp:cNvGraphicFramePr/>
                      <a:graphic xmlns:a="http://schemas.openxmlformats.org/drawingml/2006/main">
                        <a:graphicData uri="http://schemas.microsoft.com/office/word/2010/wordprocessingShape">
                          <wps:wsp>
                            <wps:cNvSpPr/>
                            <wps:spPr>
                              <a:xfrm>
                                <a:off x="0" y="0"/>
                                <a:ext cx="232611" cy="224589"/>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85DBC9" id="Rectangle 4" o:spid="_x0000_s1026" style="position:absolute;margin-left:7.75pt;margin-top:-.1pt;width:18.3pt;height:17.7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" fillcolor="white [3201]" strokecolor="black [3200]" strokeweight="2pt"/>
                  </w:pict>
                </mc:Fallback>
              </mc:AlternateContent>
            </w:r>
            <w:r w:rsidRPr="00F86CBB">
              <w:rPr>
                <w:rFonts w:ascii="Times New Roman" w:eastAsia="Times New Roman" w:hAnsi="Times New Roman" w:cs="Times New Roman"/>
                <w:color w:val="1F1F1F"/>
                <w:sz w:val="28"/>
                <w:szCs w:val="28"/>
                <w:lang w:val="vi-VN"/>
              </w:rPr>
              <w:t>Các thành viên hộ gia đình</w:t>
            </w:r>
          </w:p>
        </w:tc>
      </w:tr>
    </w:tbl>
    <w:p w:rsidR="00F86CBB" w:rsidRDefault="00F86CBB" w:rsidP="00F86CBB">
      <w:pPr>
        <w:spacing w:after="96"/>
        <w:ind w:firstLine="709"/>
        <w:jc w:val="both"/>
        <w:rPr>
          <w:rFonts w:ascii="Times New Roman" w:eastAsia="Times New Roman" w:hAnsi="Times New Roman" w:cs="Times New Roman"/>
          <w:b/>
          <w:bCs/>
          <w:color w:val="1F1F1F"/>
          <w:sz w:val="28"/>
          <w:szCs w:val="28"/>
          <w:lang w:val="vi-VN"/>
        </w:rPr>
      </w:pPr>
      <w:r w:rsidRPr="00F86CBB">
        <w:rPr>
          <w:rFonts w:ascii="Times New Roman" w:eastAsia="Times New Roman" w:hAnsi="Times New Roman" w:cs="Times New Roman"/>
          <w:b/>
          <w:bCs/>
          <w:color w:val="1F1F1F"/>
          <w:sz w:val="28"/>
          <w:szCs w:val="28"/>
          <w:lang w:val="vi-VN"/>
        </w:rPr>
        <w:t>7. Thông tin về các thành viên hộ gia đình đăng ký hộ kinh doanh</w:t>
      </w:r>
      <w:r>
        <w:rPr>
          <w:rStyle w:val="FootnoteReference"/>
          <w:rFonts w:ascii="Times New Roman" w:eastAsia="Times New Roman" w:hAnsi="Times New Roman" w:cs="Times New Roman"/>
          <w:b/>
          <w:bCs/>
          <w:color w:val="1F1F1F"/>
          <w:sz w:val="28"/>
          <w:szCs w:val="28"/>
          <w:lang w:val="vi-VN"/>
        </w:rPr>
        <w:footnoteReference w:id="9"/>
      </w:r>
      <w:r>
        <w:rPr>
          <w:rFonts w:ascii="Times New Roman" w:eastAsia="Times New Roman" w:hAnsi="Times New Roman" w:cs="Times New Roman"/>
          <w:b/>
          <w:bCs/>
          <w:color w:val="1F1F1F"/>
          <w:sz w:val="28"/>
          <w:szCs w:val="28"/>
          <w:lang w:val="vi-VN"/>
        </w:rPr>
        <w:t>:</w:t>
      </w:r>
    </w:p>
    <w:tbl>
      <w:tblPr>
        <w:tblStyle w:val="TableGrid"/>
        <w:tblW w:w="0" w:type="auto"/>
        <w:tblLook w:val="04A0" w:firstRow="1" w:lastRow="0" w:firstColumn="1" w:lastColumn="0" w:noHBand="0" w:noVBand="1"/>
      </w:tblPr>
      <w:tblGrid>
        <w:gridCol w:w="644"/>
        <w:gridCol w:w="641"/>
        <w:gridCol w:w="1393"/>
        <w:gridCol w:w="1276"/>
        <w:gridCol w:w="810"/>
        <w:gridCol w:w="892"/>
        <w:gridCol w:w="747"/>
        <w:gridCol w:w="1179"/>
        <w:gridCol w:w="968"/>
        <w:gridCol w:w="738"/>
      </w:tblGrid>
      <w:tr w:rsidR="00F86CBB" w:rsidRPr="00143B02" w:rsidTr="007F796A">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eastAsia="Times New Roman" w:hAnsi="Times New Roman" w:cs="Times New Roman"/>
                <w:color w:val="1F1F1F"/>
                <w:sz w:val="24"/>
                <w:szCs w:val="24"/>
                <w:lang w:val="vi-VN"/>
              </w:rPr>
              <w:t>STT</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eastAsia="Times New Roman" w:hAnsi="Times New Roman" w:cs="Times New Roman"/>
                <w:color w:val="1F1F1F"/>
                <w:sz w:val="24"/>
                <w:szCs w:val="24"/>
                <w:lang w:val="vi-VN"/>
              </w:rPr>
              <w:t>Họ tên</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Ngày, tháng, năm sinh</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Số định danh cá nhân</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Giới tính</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Quốc tịch</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Dân tộc</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Nơi thường trú</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Nơi ở hiện tại</w:t>
            </w:r>
          </w:p>
        </w:tc>
        <w:tc>
          <w:tcPr>
            <w:tcW w:w="0" w:type="auto"/>
          </w:tcPr>
          <w:p w:rsidR="00F86CBB" w:rsidRPr="00143B02" w:rsidRDefault="00F86CBB" w:rsidP="007F796A">
            <w:pPr>
              <w:spacing w:after="96"/>
              <w:jc w:val="center"/>
              <w:rPr>
                <w:rFonts w:ascii="Times New Roman" w:eastAsia="Times New Roman" w:hAnsi="Times New Roman" w:cs="Times New Roman"/>
                <w:color w:val="1F1F1F"/>
                <w:sz w:val="24"/>
                <w:szCs w:val="24"/>
                <w:lang w:val="vi-VN"/>
              </w:rPr>
            </w:pPr>
            <w:r w:rsidRPr="00143B02">
              <w:rPr>
                <w:rFonts w:ascii="Times New Roman" w:hAnsi="Times New Roman" w:cs="Times New Roman"/>
                <w:sz w:val="24"/>
                <w:szCs w:val="24"/>
              </w:rPr>
              <w:t>Chữ ký</w:t>
            </w:r>
          </w:p>
        </w:tc>
      </w:tr>
      <w:tr w:rsidR="00F86CBB" w:rsidRPr="00143B02" w:rsidTr="007F796A">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1</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2</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3</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4</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5</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6</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7</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8</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9</w:t>
            </w:r>
          </w:p>
        </w:tc>
        <w:tc>
          <w:tcPr>
            <w:tcW w:w="0" w:type="auto"/>
          </w:tcPr>
          <w:p w:rsidR="00F86CBB" w:rsidRPr="00143B02" w:rsidRDefault="00F86CBB" w:rsidP="007F796A">
            <w:pPr>
              <w:spacing w:after="96"/>
              <w:jc w:val="center"/>
              <w:rPr>
                <w:rFonts w:ascii="Times New Roman" w:eastAsia="Times New Roman" w:hAnsi="Times New Roman" w:cs="Times New Roman"/>
                <w:b/>
                <w:bCs/>
                <w:color w:val="1F1F1F"/>
                <w:sz w:val="24"/>
                <w:szCs w:val="24"/>
                <w:lang w:val="vi-VN"/>
              </w:rPr>
            </w:pPr>
            <w:r w:rsidRPr="00143B02">
              <w:rPr>
                <w:rFonts w:ascii="Times New Roman" w:eastAsia="Times New Roman" w:hAnsi="Times New Roman" w:cs="Times New Roman"/>
                <w:b/>
                <w:bCs/>
                <w:color w:val="1F1F1F"/>
                <w:sz w:val="24"/>
                <w:szCs w:val="24"/>
                <w:lang w:val="vi-VN"/>
              </w:rPr>
              <w:t>10</w:t>
            </w:r>
          </w:p>
        </w:tc>
      </w:tr>
      <w:tr w:rsidR="00F86CBB" w:rsidTr="007F796A">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c>
          <w:tcPr>
            <w:tcW w:w="0" w:type="auto"/>
          </w:tcPr>
          <w:p w:rsidR="00F86CBB" w:rsidRDefault="00F86CBB" w:rsidP="007F796A">
            <w:pPr>
              <w:spacing w:after="96"/>
              <w:rPr>
                <w:rFonts w:ascii="Times New Roman" w:eastAsia="Times New Roman" w:hAnsi="Times New Roman" w:cs="Times New Roman"/>
                <w:color w:val="1F1F1F"/>
                <w:sz w:val="28"/>
                <w:szCs w:val="28"/>
                <w:lang w:val="vi-VN"/>
              </w:rPr>
            </w:pPr>
          </w:p>
        </w:tc>
      </w:tr>
    </w:tbl>
    <w:p w:rsidR="00F86CBB" w:rsidRDefault="00F86CBB" w:rsidP="00F86CBB">
      <w:pPr>
        <w:spacing w:after="96"/>
        <w:ind w:firstLine="709"/>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Hộ kinh doanh cam kết về tính hợp pháp, chính xác, trung thực và hoàn</w:t>
      </w:r>
      <w:r w:rsidRPr="00F86CBB">
        <w:rPr>
          <w:rFonts w:ascii="Times New Roman" w:eastAsia="Times New Roman" w:hAnsi="Times New Roman" w:cs="Times New Roman"/>
          <w:color w:val="1F1F1F"/>
          <w:sz w:val="28"/>
          <w:szCs w:val="28"/>
          <w:lang w:val="vi-VN"/>
        </w:rPr>
        <w:t xml:space="preserve"> </w:t>
      </w:r>
      <w:r w:rsidRPr="00F86CBB">
        <w:rPr>
          <w:rFonts w:ascii="Times New Roman" w:eastAsia="Times New Roman" w:hAnsi="Times New Roman" w:cs="Times New Roman"/>
          <w:color w:val="1F1F1F"/>
          <w:sz w:val="28"/>
          <w:szCs w:val="28"/>
          <w:lang w:val="vi-VN"/>
        </w:rPr>
        <w:t>toàn chịu trách nhiệm trước pháp luật về nội dung của Giấy đề nghị này.</w:t>
      </w:r>
    </w:p>
    <w:p w:rsidR="00F86CBB" w:rsidRDefault="00F86CBB" w:rsidP="00F86CBB">
      <w:pPr>
        <w:spacing w:after="96"/>
        <w:ind w:firstLine="709"/>
        <w:jc w:val="both"/>
        <w:rPr>
          <w:rFonts w:ascii="Times New Roman" w:eastAsia="Times New Roman" w:hAnsi="Times New Roman" w:cs="Times New Roman"/>
          <w:i/>
          <w:iCs/>
          <w:color w:val="1F1F1F"/>
          <w:sz w:val="28"/>
          <w:szCs w:val="28"/>
          <w:lang w:val="vi-VN"/>
        </w:rPr>
      </w:pPr>
      <w:r w:rsidRPr="00F86CBB">
        <w:rPr>
          <w:rFonts w:ascii="Times New Roman" w:eastAsia="Times New Roman" w:hAnsi="Times New Roman" w:cs="Times New Roman"/>
          <w:i/>
          <w:iCs/>
          <w:color w:val="1F1F1F"/>
          <w:sz w:val="28"/>
          <w:szCs w:val="28"/>
          <w:lang w:val="vi-VN"/>
        </w:rPr>
        <w:t>Trường hợp thay đổi danh sách thành viên hộ gia đình đăng ký hộ kinh doanh mà chủ hộ kinh doanh và các thành viên hộ gia đình đăng ký hộ kinh doanh kê khai số định danh cá nhân và đồng ý cho Cơ quan quản lý nhà nước về đăng ký kinh doanh và Cơ quan đăng ký kinh doanh khai thác, sử dụng, lưu giữ và cung cấp thông tin dữ liệu cá nhân lưu giữ trong Cơ sở dữ liệu quốc gia về dân cư để phục vụ công tác đăng ký hộ kinh doanh và các công tác khác theo quy định thì ghi thêm:</w:t>
      </w:r>
    </w:p>
    <w:p w:rsidR="00F86CBB" w:rsidRPr="00F86CBB" w:rsidRDefault="00F86CBB" w:rsidP="00F86CBB">
      <w:pPr>
        <w:spacing w:after="96"/>
        <w:ind w:firstLine="709"/>
        <w:jc w:val="both"/>
        <w:rPr>
          <w:rFonts w:ascii="Times New Roman" w:eastAsia="Times New Roman" w:hAnsi="Times New Roman" w:cs="Times New Roman"/>
          <w:color w:val="1F1F1F"/>
          <w:sz w:val="28"/>
          <w:szCs w:val="28"/>
          <w:lang w:val="vi-VN"/>
        </w:rPr>
      </w:pPr>
      <w:r w:rsidRPr="00F86CBB">
        <w:rPr>
          <w:rFonts w:ascii="Times New Roman" w:eastAsia="Times New Roman" w:hAnsi="Times New Roman" w:cs="Times New Roman"/>
          <w:color w:val="1F1F1F"/>
          <w:sz w:val="28"/>
          <w:szCs w:val="28"/>
          <w:lang w:val="vi-VN"/>
        </w:rPr>
        <w:t>Chủ hộ kinh doanh và các thành viên hộ gia đình đăng ký hộ kinh doanh cam kết đồng ý cho Cơ quan quản lý nhà nước về đăng ký kinh doanh và Cơ quan đăng ký kinh doanh khai thác, sử dụng, lưu giữ và cung cấp thông tin dữ liệu cá nhân lưu giữ trong Cơ sở dữ liệu quốc gia về dân cư để phục vụ công tác đăng ký hộ kinh doanh và các công tác khác theo quy định.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F86CBB" w:rsidTr="00AB3BF3">
        <w:tc>
          <w:tcPr>
            <w:tcW w:w="4644" w:type="dxa"/>
          </w:tcPr>
          <w:p w:rsidR="00F86CBB" w:rsidRDefault="00F86CBB" w:rsidP="00F86CBB">
            <w:pPr>
              <w:spacing w:after="96"/>
              <w:jc w:val="center"/>
              <w:rPr>
                <w:rFonts w:ascii="Times New Roman" w:eastAsia="Times New Roman" w:hAnsi="Times New Roman" w:cs="Times New Roman"/>
                <w:color w:val="1F1F1F"/>
                <w:sz w:val="28"/>
                <w:szCs w:val="28"/>
                <w:lang w:val="vi-VN"/>
              </w:rPr>
            </w:pPr>
          </w:p>
        </w:tc>
        <w:tc>
          <w:tcPr>
            <w:tcW w:w="4644" w:type="dxa"/>
          </w:tcPr>
          <w:p w:rsidR="00F86CBB" w:rsidRPr="00F86CBB" w:rsidRDefault="00F86CBB" w:rsidP="00F86CBB">
            <w:pPr>
              <w:spacing w:after="96"/>
              <w:jc w:val="center"/>
              <w:rPr>
                <w:rFonts w:ascii="Times New Roman" w:hAnsi="Times New Roman" w:cs="Times New Roman"/>
                <w:b/>
                <w:bCs/>
                <w:sz w:val="28"/>
                <w:szCs w:val="28"/>
                <w:lang w:val="vi-VN"/>
              </w:rPr>
            </w:pPr>
            <w:r w:rsidRPr="00F86CBB">
              <w:rPr>
                <w:rFonts w:ascii="Times New Roman" w:hAnsi="Times New Roman" w:cs="Times New Roman"/>
                <w:b/>
                <w:bCs/>
                <w:sz w:val="28"/>
                <w:szCs w:val="28"/>
              </w:rPr>
              <w:t>CHỦ HỘ KINH DOANH</w:t>
            </w:r>
          </w:p>
          <w:p w:rsidR="00F86CBB" w:rsidRPr="00F86CBB" w:rsidRDefault="00F86CBB" w:rsidP="00F86CBB">
            <w:pPr>
              <w:spacing w:after="96"/>
              <w:jc w:val="center"/>
              <w:rPr>
                <w:rFonts w:ascii="Times New Roman" w:hAnsi="Times New Roman" w:cs="Times New Roman"/>
                <w:i/>
                <w:iCs/>
                <w:sz w:val="28"/>
                <w:szCs w:val="28"/>
                <w:lang w:val="vi-VN"/>
              </w:rPr>
            </w:pPr>
            <w:r w:rsidRPr="00F86CBB">
              <w:rPr>
                <w:rFonts w:ascii="Times New Roman" w:hAnsi="Times New Roman" w:cs="Times New Roman"/>
                <w:i/>
                <w:iCs/>
                <w:sz w:val="28"/>
                <w:szCs w:val="28"/>
              </w:rPr>
              <w:t>(Ký và ghi họ tên)</w:t>
            </w:r>
          </w:p>
          <w:p w:rsidR="00F86CBB" w:rsidRDefault="00F86CBB" w:rsidP="00F86CBB">
            <w:pPr>
              <w:spacing w:after="96"/>
              <w:jc w:val="center"/>
              <w:rPr>
                <w:rFonts w:ascii="Times New Roman" w:hAnsi="Times New Roman" w:cs="Times New Roman"/>
                <w:sz w:val="28"/>
                <w:szCs w:val="28"/>
                <w:lang w:val="vi-VN"/>
              </w:rPr>
            </w:pPr>
          </w:p>
          <w:p w:rsidR="00F86CBB" w:rsidRDefault="00F86CBB" w:rsidP="00F86CBB">
            <w:pPr>
              <w:spacing w:after="96"/>
              <w:jc w:val="center"/>
              <w:rPr>
                <w:rFonts w:ascii="Times New Roman" w:hAnsi="Times New Roman" w:cs="Times New Roman"/>
                <w:sz w:val="28"/>
                <w:szCs w:val="28"/>
                <w:lang w:val="vi-VN"/>
              </w:rPr>
            </w:pPr>
          </w:p>
          <w:p w:rsidR="00F86CBB" w:rsidRDefault="00F86CBB" w:rsidP="00F86CBB">
            <w:pPr>
              <w:spacing w:after="96"/>
              <w:jc w:val="center"/>
              <w:rPr>
                <w:rFonts w:ascii="Times New Roman" w:hAnsi="Times New Roman" w:cs="Times New Roman"/>
                <w:sz w:val="28"/>
                <w:szCs w:val="28"/>
                <w:lang w:val="vi-VN"/>
              </w:rPr>
            </w:pPr>
          </w:p>
          <w:p w:rsidR="00F86CBB" w:rsidRPr="00F86CBB" w:rsidRDefault="00F86CBB" w:rsidP="00F86CBB">
            <w:pPr>
              <w:spacing w:after="96"/>
              <w:jc w:val="center"/>
              <w:rPr>
                <w:rFonts w:ascii="Times New Roman" w:hAnsi="Times New Roman" w:cs="Times New Roman"/>
                <w:sz w:val="28"/>
                <w:szCs w:val="28"/>
                <w:lang w:val="vi-VN"/>
              </w:rPr>
            </w:pPr>
          </w:p>
          <w:p w:rsidR="00F86CBB" w:rsidRPr="00F86CBB" w:rsidRDefault="00F86CBB" w:rsidP="00F86CBB">
            <w:pPr>
              <w:spacing w:after="96"/>
              <w:jc w:val="center"/>
              <w:rPr>
                <w:rFonts w:ascii="Times New Roman" w:eastAsia="Times New Roman" w:hAnsi="Times New Roman" w:cs="Times New Roman"/>
                <w:b/>
                <w:bCs/>
                <w:color w:val="1F1F1F"/>
                <w:sz w:val="28"/>
                <w:szCs w:val="28"/>
                <w:lang w:val="vi-VN"/>
              </w:rPr>
            </w:pPr>
            <w:r w:rsidRPr="00F86CBB">
              <w:rPr>
                <w:rFonts w:ascii="Times New Roman" w:hAnsi="Times New Roman" w:cs="Times New Roman"/>
                <w:b/>
                <w:bCs/>
                <w:sz w:val="28"/>
                <w:szCs w:val="28"/>
              </w:rPr>
              <w:t>NGUYỄN VĂN A</w:t>
            </w:r>
          </w:p>
        </w:tc>
      </w:tr>
    </w:tbl>
    <w:p w:rsidR="00F86CBB" w:rsidRPr="00F86CBB" w:rsidRDefault="00F86CBB" w:rsidP="00F86CBB">
      <w:pPr>
        <w:spacing w:after="96"/>
        <w:ind w:firstLine="709"/>
        <w:jc w:val="both"/>
        <w:rPr>
          <w:rFonts w:ascii="Times New Roman" w:eastAsia="Times New Roman" w:hAnsi="Times New Roman" w:cs="Times New Roman"/>
          <w:color w:val="1F1F1F"/>
          <w:sz w:val="28"/>
          <w:szCs w:val="28"/>
          <w:lang w:val="vi-VN"/>
        </w:rPr>
      </w:pPr>
    </w:p>
    <w:sectPr w:rsidR="00F86CBB" w:rsidRPr="00F86CBB" w:rsidSect="00D60936">
      <w:pgSz w:w="12240" w:h="15840"/>
      <w:pgMar w:top="656" w:right="1371" w:bottom="103"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C6EDC" w:rsidRDefault="00DC6EDC" w:rsidP="00911044">
      <w:pPr>
        <w:spacing w:before="0" w:after="96" w:line="240" w:lineRule="auto"/>
      </w:pPr>
      <w:r>
        <w:separator/>
      </w:r>
    </w:p>
  </w:endnote>
  <w:endnote w:type="continuationSeparator" w:id="0">
    <w:p w:rsidR="00DC6EDC" w:rsidRDefault="00DC6EDC" w:rsidP="00911044">
      <w:pPr>
        <w:spacing w:before="0" w:after="96"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A3"/>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C6EDC" w:rsidRDefault="00DC6EDC" w:rsidP="00911044">
      <w:pPr>
        <w:spacing w:before="0" w:after="96" w:line="240" w:lineRule="auto"/>
      </w:pPr>
      <w:r>
        <w:separator/>
      </w:r>
    </w:p>
  </w:footnote>
  <w:footnote w:type="continuationSeparator" w:id="0">
    <w:p w:rsidR="00DC6EDC" w:rsidRDefault="00DC6EDC" w:rsidP="00911044">
      <w:pPr>
        <w:spacing w:before="0" w:after="96" w:line="240" w:lineRule="auto"/>
      </w:pPr>
      <w:r>
        <w:continuationSeparator/>
      </w:r>
    </w:p>
  </w:footnote>
  <w:footnote w:id="1">
    <w:p w:rsidR="00143B02" w:rsidRDefault="00143B02" w:rsidP="00143B02">
      <w:pPr>
        <w:pStyle w:val="FootnoteText"/>
        <w:spacing w:after="96"/>
      </w:pPr>
      <w:r>
        <w:rPr>
          <w:rStyle w:val="FootnoteReference"/>
        </w:rPr>
        <w:footnoteRef/>
      </w:r>
      <w:r>
        <w:t xml:space="preserve"> </w:t>
      </w:r>
      <w:r>
        <w:t>-Kê khai cả thông tin của chủ</w:t>
      </w:r>
      <w:r>
        <w:rPr>
          <w:lang w:val="vi-VN"/>
        </w:rPr>
        <w:t xml:space="preserve"> </w:t>
      </w:r>
      <w:r>
        <w:t>hộ</w:t>
      </w:r>
      <w:r>
        <w:rPr>
          <w:lang w:val="vi-VN"/>
        </w:rPr>
        <w:t xml:space="preserve"> </w:t>
      </w:r>
      <w:r>
        <w:t>tại Bảng này;</w:t>
      </w:r>
    </w:p>
    <w:p w:rsidR="00143B02" w:rsidRPr="00143B02" w:rsidRDefault="00143B02" w:rsidP="00143B02">
      <w:pPr>
        <w:pStyle w:val="FootnoteText"/>
        <w:spacing w:after="96"/>
      </w:pPr>
      <w:r>
        <w:t>-Trường hợp chủ</w:t>
      </w:r>
      <w:r>
        <w:rPr>
          <w:lang w:val="vi-VN"/>
        </w:rPr>
        <w:t xml:space="preserve"> </w:t>
      </w:r>
      <w:r>
        <w:t>hộ</w:t>
      </w:r>
      <w:r>
        <w:rPr>
          <w:lang w:val="vi-VN"/>
        </w:rPr>
        <w:t xml:space="preserve"> </w:t>
      </w:r>
      <w:r>
        <w:t>kinh doanh và các thành viên hộ</w:t>
      </w:r>
      <w:r>
        <w:rPr>
          <w:lang w:val="vi-VN"/>
        </w:rPr>
        <w:t xml:space="preserve"> </w:t>
      </w:r>
      <w:r>
        <w:t>gia đình đăng</w:t>
      </w:r>
      <w:r>
        <w:rPr>
          <w:lang w:val="vi-VN"/>
        </w:rPr>
        <w:t xml:space="preserve"> </w:t>
      </w:r>
      <w:r>
        <w:t>ký hộ</w:t>
      </w:r>
      <w:r>
        <w:rPr>
          <w:lang w:val="vi-VN"/>
        </w:rPr>
        <w:t xml:space="preserve"> </w:t>
      </w:r>
      <w:r>
        <w:t>kinh doanh kê khai số</w:t>
      </w:r>
      <w:r>
        <w:rPr>
          <w:lang w:val="vi-VN"/>
        </w:rPr>
        <w:t xml:space="preserve"> </w:t>
      </w:r>
      <w:r>
        <w:t>định danh cá nhân thì chỉ kê khai</w:t>
      </w:r>
      <w:r>
        <w:rPr>
          <w:lang w:val="vi-VN"/>
        </w:rPr>
        <w:t xml:space="preserve"> </w:t>
      </w:r>
      <w:r>
        <w:t>các cột số 1, 2, 3, 4, 5, 10, không phải kê khai các cột số 6, 7, 8, 9 của Bảng này, trừ trường hợp việc kết nối giữa Cơ sở dữ liệu về</w:t>
      </w:r>
      <w:r>
        <w:rPr>
          <w:lang w:val="vi-VN"/>
        </w:rPr>
        <w:t xml:space="preserve"> </w:t>
      </w:r>
      <w:r>
        <w:t>đăng ký hộ</w:t>
      </w:r>
      <w:r>
        <w:rPr>
          <w:lang w:val="vi-VN"/>
        </w:rPr>
        <w:t xml:space="preserve"> </w:t>
      </w:r>
      <w:r>
        <w:t>kinh doanh với Cơ sở dữ</w:t>
      </w:r>
      <w:r>
        <w:rPr>
          <w:lang w:val="vi-VN"/>
        </w:rPr>
        <w:t xml:space="preserve"> </w:t>
      </w:r>
      <w:r>
        <w:t>liệu quốc gia về dân cư bị gián đoạn.</w:t>
      </w:r>
    </w:p>
  </w:footnote>
  <w:footnote w:id="2">
    <w:p w:rsidR="00AF1FCA" w:rsidRDefault="00AF1FCA" w:rsidP="00D60936">
      <w:pPr>
        <w:pStyle w:val="FootnoteText"/>
        <w:spacing w:afterLines="0"/>
      </w:pPr>
      <w:r>
        <w:rPr>
          <w:rStyle w:val="FootnoteReference"/>
        </w:rPr>
        <w:footnoteRef/>
      </w:r>
      <w:r>
        <w:t xml:space="preserve"> </w:t>
      </w:r>
      <w:r>
        <w:t xml:space="preserve"> Hộ kinh doanh đăng ký thay đổi ngành, nghề kinh doanh trong trường hợp có thay đổi về ngành, nghề kinh doanh đã đăng ký</w:t>
      </w:r>
      <w:r>
        <w:rPr>
          <w:lang w:val="vi-VN"/>
        </w:rPr>
        <w:t xml:space="preserve"> </w:t>
      </w:r>
      <w:r>
        <w:t>với cơ quan đăng ký kinh doanh.</w:t>
      </w:r>
    </w:p>
    <w:p w:rsidR="00AF1FCA" w:rsidRDefault="00AF1FCA" w:rsidP="00D60936">
      <w:pPr>
        <w:pStyle w:val="FootnoteText"/>
        <w:spacing w:afterLines="0"/>
      </w:pPr>
      <w:r>
        <w:t>- Đối với ngành, nghề kinh doanh chính, hộ kinh doanh ghi tên ngành và mã ngành cấp bốn trong Hệ thống ngành kinh tế Việt</w:t>
      </w:r>
      <w:r>
        <w:rPr>
          <w:lang w:val="vi-VN"/>
        </w:rPr>
        <w:t xml:space="preserve"> </w:t>
      </w:r>
      <w:r>
        <w:t>Nam;</w:t>
      </w:r>
    </w:p>
    <w:p w:rsidR="00AF1FCA" w:rsidRPr="00AF1FCA" w:rsidRDefault="00AF1FCA" w:rsidP="00D60936">
      <w:pPr>
        <w:pStyle w:val="FootnoteText"/>
        <w:spacing w:afterLines="0"/>
      </w:pPr>
      <w:r>
        <w:t>- Đối với ngành, nghề đầu tư kinh doanh có điều kiện được quy định tại các văn bản quy phạm pháp luật khác thì ngành, nghề</w:t>
      </w:r>
      <w:r>
        <w:rPr>
          <w:lang w:val="vi-VN"/>
        </w:rPr>
        <w:t xml:space="preserve"> </w:t>
      </w:r>
      <w:r>
        <w:t>kinh doanh được ghi theo ngành, nghề quy định tại các văn bản quy phạm pháp luật đó.</w:t>
      </w:r>
    </w:p>
  </w:footnote>
  <w:footnote w:id="3">
    <w:p w:rsidR="00AF1FCA" w:rsidRPr="00AF1FCA" w:rsidRDefault="00AF1FCA" w:rsidP="00D60936">
      <w:pPr>
        <w:pStyle w:val="FootnoteText"/>
        <w:spacing w:afterLines="0"/>
      </w:pPr>
      <w:r>
        <w:rPr>
          <w:rStyle w:val="FootnoteReference"/>
        </w:rPr>
        <w:footnoteRef/>
      </w:r>
      <w:r w:rsidR="00D60936">
        <w:rPr>
          <w:lang w:val="vi-VN"/>
        </w:rPr>
        <w:t>,</w:t>
      </w:r>
      <w:r>
        <w:t xml:space="preserve"> </w:t>
      </w:r>
      <w:r w:rsidR="00D60936">
        <w:rPr>
          <w:rStyle w:val="FootnoteReference"/>
          <w:lang w:val="vi-VN"/>
        </w:rPr>
        <w:t>4</w:t>
      </w:r>
      <w:r w:rsidR="00D60936">
        <w:rPr>
          <w:lang w:val="vi-VN"/>
        </w:rPr>
        <w:t xml:space="preserve"> </w:t>
      </w:r>
      <w:r>
        <w:t>Ghi tên ngành và mã ngành cấp bốn trong Hệ thống ngành kinh tế Việt Nam đối với ngành, nghề kinh doanh chính. Đối với</w:t>
      </w:r>
      <w:r>
        <w:rPr>
          <w:lang w:val="vi-VN"/>
        </w:rPr>
        <w:t xml:space="preserve"> </w:t>
      </w:r>
      <w:r>
        <w:t>các ngành, nghề kinh doanh khác, hộ kinh doanh được ghi tự do và không cần ghi mã ngành cấp bốn.</w:t>
      </w:r>
    </w:p>
  </w:footnote>
  <w:footnote w:id="4">
    <w:p w:rsidR="00AF1FCA" w:rsidRPr="00D60936" w:rsidRDefault="00AF1FCA" w:rsidP="00D60936">
      <w:pPr>
        <w:pStyle w:val="FootnoteText"/>
        <w:spacing w:afterLines="0"/>
        <w:rPr>
          <w:lang w:val="vi-VN"/>
        </w:rPr>
      </w:pPr>
    </w:p>
  </w:footnote>
  <w:footnote w:id="5">
    <w:p w:rsidR="00AF1FCA" w:rsidRPr="00AF1FCA" w:rsidRDefault="00AF1FCA" w:rsidP="00D60936">
      <w:pPr>
        <w:pStyle w:val="FootnoteText"/>
        <w:spacing w:afterLines="0"/>
        <w:rPr>
          <w:lang w:val="vi-VN"/>
        </w:rPr>
      </w:pPr>
      <w:r>
        <w:rPr>
          <w:rStyle w:val="FootnoteReference"/>
        </w:rPr>
        <w:footnoteRef/>
      </w:r>
      <w:r>
        <w:t xml:space="preserve"> </w:t>
      </w:r>
      <w:r w:rsidR="00D60936" w:rsidRPr="00D60936">
        <w:t>Ghi tên ngành và mã ngành cấp bốn trong Hệ thống ngành kinh tế</w:t>
      </w:r>
      <w:r w:rsidR="00D60936">
        <w:rPr>
          <w:lang w:val="vi-VN"/>
        </w:rPr>
        <w:t xml:space="preserve"> </w:t>
      </w:r>
      <w:r w:rsidR="00D60936" w:rsidRPr="00D60936">
        <w:t>Việt Nam.</w:t>
      </w:r>
    </w:p>
  </w:footnote>
  <w:footnote w:id="6">
    <w:p w:rsidR="000D4F9A" w:rsidRDefault="000D4F9A" w:rsidP="00F86CBB">
      <w:pPr>
        <w:pStyle w:val="FootnoteText"/>
        <w:spacing w:afterLines="0"/>
      </w:pPr>
      <w:r>
        <w:rPr>
          <w:rStyle w:val="FootnoteReference"/>
        </w:rPr>
        <w:footnoteRef/>
      </w:r>
      <w:r>
        <w:t xml:space="preserve"> </w:t>
      </w:r>
      <w:r>
        <w:t>-Hộ kinh doanh có quyền tự do kinh doanh trong những ngành, nghềmà luật không cấm;</w:t>
      </w:r>
    </w:p>
    <w:p w:rsidR="000D4F9A" w:rsidRDefault="000D4F9A" w:rsidP="00F86CBB">
      <w:pPr>
        <w:pStyle w:val="FootnoteText"/>
        <w:spacing w:afterLines="0"/>
      </w:pPr>
      <w:r>
        <w:t>- Các ngành, nghề cấm đầu tư kinh doanh quy định tại Điều 6 Luật Đầu tư;</w:t>
      </w:r>
    </w:p>
    <w:p w:rsidR="000D4F9A" w:rsidRPr="000D4F9A" w:rsidRDefault="000D4F9A" w:rsidP="00F86CBB">
      <w:pPr>
        <w:pStyle w:val="FootnoteText"/>
        <w:spacing w:afterLines="0"/>
      </w:pPr>
      <w:r>
        <w:t>- Đối với những ngành, nghề đầu tư kinh doanh có điều kiện được quy định tại các văn bản quy phạm pháp luật khác, ngành, nghề</w:t>
      </w:r>
      <w:r>
        <w:rPr>
          <w:lang w:val="vi-VN"/>
        </w:rPr>
        <w:t xml:space="preserve"> </w:t>
      </w:r>
      <w:r>
        <w:t>kinh doanh được ghi theo ngành, nghề quy định tại các văn bản quy phạm pháp luật đó. Hộ kinh doanh chỉ được kinh doanh khi</w:t>
      </w:r>
      <w:r>
        <w:rPr>
          <w:lang w:val="vi-VN"/>
        </w:rPr>
        <w:t xml:space="preserve"> </w:t>
      </w:r>
      <w:r>
        <w:t>có đủ điều kiện theo quy định.</w:t>
      </w:r>
    </w:p>
  </w:footnote>
  <w:footnote w:id="7">
    <w:p w:rsidR="000D4F9A" w:rsidRPr="000D4F9A" w:rsidRDefault="000D4F9A" w:rsidP="00F86CBB">
      <w:pPr>
        <w:pStyle w:val="FootnoteText"/>
        <w:spacing w:afterLines="0"/>
        <w:rPr>
          <w:lang w:val="vi-VN"/>
        </w:rPr>
      </w:pPr>
      <w:r>
        <w:rPr>
          <w:rStyle w:val="FootnoteReference"/>
        </w:rPr>
        <w:footnoteRef/>
      </w:r>
      <w:r>
        <w:t xml:space="preserve"> </w:t>
      </w:r>
      <w:r>
        <w:t>Ghi tên ngành và mã ngành cấp bốn trong Hệ thống ngành kinh tế Việt Nam đối với ngành, nghề kinh doanh chính. Đối với các</w:t>
      </w:r>
      <w:r>
        <w:rPr>
          <w:lang w:val="vi-VN"/>
        </w:rPr>
        <w:t xml:space="preserve"> </w:t>
      </w:r>
      <w:r>
        <w:t>ngành, nghề kinh doanh khác, hộ</w:t>
      </w:r>
      <w:r>
        <w:rPr>
          <w:lang w:val="vi-VN"/>
        </w:rPr>
        <w:t xml:space="preserve"> </w:t>
      </w:r>
      <w:r>
        <w:t>kinh doanh được ghi tự do và không cần ghi mã ngành cấp bốn.</w:t>
      </w:r>
    </w:p>
  </w:footnote>
  <w:footnote w:id="8">
    <w:p w:rsidR="00F86CBB" w:rsidRPr="00F86CBB" w:rsidRDefault="00F86CBB" w:rsidP="00F86CBB">
      <w:pPr>
        <w:pStyle w:val="FootnoteText"/>
        <w:spacing w:afterLines="0"/>
        <w:rPr>
          <w:lang w:val="vi-VN"/>
        </w:rPr>
      </w:pPr>
      <w:r>
        <w:rPr>
          <w:rStyle w:val="FootnoteReference"/>
        </w:rPr>
        <w:footnoteRef/>
      </w:r>
      <w:r>
        <w:t xml:space="preserve"> </w:t>
      </w:r>
      <w:r w:rsidRPr="00F86CBB">
        <w:t>Đánh dấu X để chọn một trong các ngành, nghề đã kê khai làm ngành, nghề kinh doanh chính.</w:t>
      </w:r>
    </w:p>
  </w:footnote>
  <w:footnote w:id="9">
    <w:p w:rsidR="00F86CBB" w:rsidRDefault="00F86CBB" w:rsidP="00F86CBB">
      <w:pPr>
        <w:pStyle w:val="FootnoteText"/>
        <w:spacing w:after="96"/>
      </w:pPr>
      <w:r>
        <w:rPr>
          <w:rStyle w:val="FootnoteReference"/>
        </w:rPr>
        <w:footnoteRef/>
      </w:r>
      <w:r>
        <w:t xml:space="preserve"> </w:t>
      </w:r>
      <w:r>
        <w:t>-Chỉ kê khai trong trường hợp chủ thể thành lập hộ kinh doanh là các thành viên hộ gia đình và kê khai cả thông tin của chủ hộ</w:t>
      </w:r>
      <w:r>
        <w:rPr>
          <w:lang w:val="vi-VN"/>
        </w:rPr>
        <w:t xml:space="preserve"> </w:t>
      </w:r>
      <w:r>
        <w:t>tại Bảng này;</w:t>
      </w:r>
    </w:p>
    <w:p w:rsidR="00F86CBB" w:rsidRPr="00F86CBB" w:rsidRDefault="00F86CBB" w:rsidP="00F86CBB">
      <w:pPr>
        <w:pStyle w:val="FootnoteText"/>
        <w:spacing w:after="96"/>
        <w:rPr>
          <w:lang w:val="vi-VN"/>
        </w:rPr>
      </w:pPr>
      <w:r>
        <w:t>-Trường hợp chủ</w:t>
      </w:r>
      <w:r>
        <w:rPr>
          <w:lang w:val="vi-VN"/>
        </w:rPr>
        <w:t xml:space="preserve"> </w:t>
      </w:r>
      <w:r>
        <w:t>hộ</w:t>
      </w:r>
      <w:r>
        <w:rPr>
          <w:lang w:val="vi-VN"/>
        </w:rPr>
        <w:t xml:space="preserve"> </w:t>
      </w:r>
      <w:r>
        <w:t>kinh doanh và các thành viên hộ</w:t>
      </w:r>
      <w:r>
        <w:rPr>
          <w:lang w:val="vi-VN"/>
        </w:rPr>
        <w:t xml:space="preserve"> </w:t>
      </w:r>
      <w:r>
        <w:t>gia đình đăng ký hộ</w:t>
      </w:r>
      <w:r>
        <w:rPr>
          <w:lang w:val="vi-VN"/>
        </w:rPr>
        <w:t xml:space="preserve"> </w:t>
      </w:r>
      <w:r>
        <w:t>kinh doanh kê khai số</w:t>
      </w:r>
      <w:r>
        <w:rPr>
          <w:lang w:val="vi-VN"/>
        </w:rPr>
        <w:t xml:space="preserve"> </w:t>
      </w:r>
      <w:r>
        <w:t>định danh cá nhân thì chỉ kê khai</w:t>
      </w:r>
      <w:r>
        <w:rPr>
          <w:lang w:val="vi-VN"/>
        </w:rPr>
        <w:t xml:space="preserve"> </w:t>
      </w:r>
      <w:r>
        <w:t>các cột số 1, 2, 3, 4, 5, 10, không phải kê khai các cột số 6, 7, 8, 9 của Bảng này, trừ trường hợp việc kết nối giữa Cơ sở dữ liệu về</w:t>
      </w:r>
      <w:r>
        <w:rPr>
          <w:lang w:val="vi-VN"/>
        </w:rPr>
        <w:t xml:space="preserve"> </w:t>
      </w:r>
      <w:r>
        <w:t>đăng ký hộ</w:t>
      </w:r>
      <w:r>
        <w:rPr>
          <w:lang w:val="vi-VN"/>
        </w:rPr>
        <w:t xml:space="preserve"> </w:t>
      </w:r>
      <w:r>
        <w:t>kinh doanh với Cơ sở dữ</w:t>
      </w:r>
      <w:r>
        <w:rPr>
          <w:lang w:val="vi-VN"/>
        </w:rPr>
        <w:t xml:space="preserve"> </w:t>
      </w:r>
      <w:r>
        <w:t>liệu quốc gia về dân cư bị gián đoạn</w:t>
      </w:r>
      <w:r>
        <w:rPr>
          <w:lang w:val="vi-V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2D0E4F"/>
    <w:multiLevelType w:val="multilevel"/>
    <w:tmpl w:val="33BC2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946C40"/>
    <w:multiLevelType w:val="multilevel"/>
    <w:tmpl w:val="54D4D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FB9700E"/>
    <w:multiLevelType w:val="multilevel"/>
    <w:tmpl w:val="52E23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B040C0"/>
    <w:multiLevelType w:val="multilevel"/>
    <w:tmpl w:val="8648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7B7D76"/>
    <w:multiLevelType w:val="multilevel"/>
    <w:tmpl w:val="E0E06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66CF9"/>
    <w:multiLevelType w:val="multilevel"/>
    <w:tmpl w:val="B0E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510B9F"/>
    <w:multiLevelType w:val="multilevel"/>
    <w:tmpl w:val="17D46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9F02636"/>
    <w:multiLevelType w:val="multilevel"/>
    <w:tmpl w:val="35AA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845973"/>
    <w:multiLevelType w:val="multilevel"/>
    <w:tmpl w:val="B272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E86156"/>
    <w:multiLevelType w:val="hybridMultilevel"/>
    <w:tmpl w:val="9F46ADEA"/>
    <w:lvl w:ilvl="0" w:tplc="1CE6068C">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16cid:durableId="740299364">
    <w:abstractNumId w:val="8"/>
  </w:num>
  <w:num w:numId="2" w16cid:durableId="1666278956">
    <w:abstractNumId w:val="6"/>
  </w:num>
  <w:num w:numId="3" w16cid:durableId="491989717">
    <w:abstractNumId w:val="5"/>
  </w:num>
  <w:num w:numId="4" w16cid:durableId="704528175">
    <w:abstractNumId w:val="4"/>
  </w:num>
  <w:num w:numId="5" w16cid:durableId="668487236">
    <w:abstractNumId w:val="7"/>
  </w:num>
  <w:num w:numId="6" w16cid:durableId="811408352">
    <w:abstractNumId w:val="3"/>
  </w:num>
  <w:num w:numId="7" w16cid:durableId="218129024">
    <w:abstractNumId w:val="2"/>
  </w:num>
  <w:num w:numId="8" w16cid:durableId="1719620014">
    <w:abstractNumId w:val="1"/>
  </w:num>
  <w:num w:numId="9" w16cid:durableId="1174421287">
    <w:abstractNumId w:val="0"/>
  </w:num>
  <w:num w:numId="10" w16cid:durableId="378477254">
    <w:abstractNumId w:val="10"/>
  </w:num>
  <w:num w:numId="11" w16cid:durableId="2032954272">
    <w:abstractNumId w:val="16"/>
  </w:num>
  <w:num w:numId="12" w16cid:durableId="257643328">
    <w:abstractNumId w:val="12"/>
  </w:num>
  <w:num w:numId="13" w16cid:durableId="1180658874">
    <w:abstractNumId w:val="9"/>
  </w:num>
  <w:num w:numId="14" w16cid:durableId="1691644335">
    <w:abstractNumId w:val="17"/>
  </w:num>
  <w:num w:numId="15" w16cid:durableId="945816309">
    <w:abstractNumId w:val="11"/>
  </w:num>
  <w:num w:numId="16" w16cid:durableId="1214120851">
    <w:abstractNumId w:val="14"/>
  </w:num>
  <w:num w:numId="17" w16cid:durableId="2134980032">
    <w:abstractNumId w:val="13"/>
  </w:num>
  <w:num w:numId="18" w16cid:durableId="2086492137">
    <w:abstractNumId w:val="15"/>
  </w:num>
  <w:num w:numId="19" w16cid:durableId="63591265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defaultTabStop w:val="737"/>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333C"/>
    <w:rsid w:val="00003644"/>
    <w:rsid w:val="00010D14"/>
    <w:rsid w:val="00034616"/>
    <w:rsid w:val="0006063C"/>
    <w:rsid w:val="000B5DB3"/>
    <w:rsid w:val="000D4F9A"/>
    <w:rsid w:val="001105D8"/>
    <w:rsid w:val="00143B02"/>
    <w:rsid w:val="0015074B"/>
    <w:rsid w:val="0029639D"/>
    <w:rsid w:val="00326F90"/>
    <w:rsid w:val="00482507"/>
    <w:rsid w:val="00583BBC"/>
    <w:rsid w:val="006B0309"/>
    <w:rsid w:val="00823FED"/>
    <w:rsid w:val="00911044"/>
    <w:rsid w:val="00960DB5"/>
    <w:rsid w:val="00AA1D8D"/>
    <w:rsid w:val="00AB3BF3"/>
    <w:rsid w:val="00AF1FCA"/>
    <w:rsid w:val="00B47730"/>
    <w:rsid w:val="00BA322C"/>
    <w:rsid w:val="00BC0703"/>
    <w:rsid w:val="00C95B7B"/>
    <w:rsid w:val="00CB0664"/>
    <w:rsid w:val="00D60936"/>
    <w:rsid w:val="00DC6EDC"/>
    <w:rsid w:val="00F86CB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E694BD"/>
  <w14:defaultImageDpi w14:val="300"/>
  <w15:docId w15:val="{7777B19D-CD2F-9C4F-B0C5-888B95062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80" w:afterLines="40" w:after="40" w:line="26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BA322C"/>
    <w:pPr>
      <w:spacing w:before="100" w:beforeAutospacing="1" w:afterLines="0" w:after="100" w:afterAutospacing="1" w:line="240" w:lineRule="auto"/>
    </w:pPr>
    <w:rPr>
      <w:rFonts w:ascii="Times New Roman" w:eastAsia="Times New Roman" w:hAnsi="Times New Roman" w:cs="Times New Roman"/>
      <w:sz w:val="24"/>
      <w:szCs w:val="24"/>
      <w:lang w:val="en-VN"/>
    </w:rPr>
  </w:style>
  <w:style w:type="paragraph" w:styleId="FootnoteText">
    <w:name w:val="footnote text"/>
    <w:basedOn w:val="Normal"/>
    <w:link w:val="FootnoteTextChar"/>
    <w:uiPriority w:val="99"/>
    <w:semiHidden/>
    <w:unhideWhenUsed/>
    <w:rsid w:val="00911044"/>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911044"/>
    <w:rPr>
      <w:sz w:val="20"/>
      <w:szCs w:val="20"/>
    </w:rPr>
  </w:style>
  <w:style w:type="character" w:styleId="FootnoteReference">
    <w:name w:val="footnote reference"/>
    <w:basedOn w:val="DefaultParagraphFont"/>
    <w:uiPriority w:val="99"/>
    <w:semiHidden/>
    <w:unhideWhenUsed/>
    <w:rsid w:val="0091104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13</Pages>
  <Words>1500</Words>
  <Characters>8553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10033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Nguyen Thien Phuoc</cp:lastModifiedBy>
  <cp:revision>7</cp:revision>
  <cp:lastPrinted>2025-11-24T06:57:00Z</cp:lastPrinted>
  <dcterms:created xsi:type="dcterms:W3CDTF">2013-12-23T23:15:00Z</dcterms:created>
  <dcterms:modified xsi:type="dcterms:W3CDTF">2025-11-24T09:03:00Z</dcterms:modified>
  <cp:category/>
</cp:coreProperties>
</file>