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83BBC" w:rsidRPr="00960DB5" w:rsidRDefault="00000000" w:rsidP="00960DB5">
      <w:pPr>
        <w:spacing w:after="96"/>
        <w:jc w:val="right"/>
        <w:rPr>
          <w:rFonts w:ascii="Times New Roman" w:hAnsi="Times New Roman" w:cs="Times New Roman"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>Mẫu số 1</w:t>
      </w:r>
    </w:p>
    <w:tbl>
      <w:tblPr>
        <w:tblStyle w:val="TableGrid"/>
        <w:tblW w:w="10632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6520"/>
      </w:tblGrid>
      <w:tr w:rsidR="00960DB5" w:rsidRPr="00960DB5" w:rsidTr="00960DB5">
        <w:tc>
          <w:tcPr>
            <w:tcW w:w="4112" w:type="dxa"/>
          </w:tcPr>
          <w:p w:rsidR="00960DB5" w:rsidRPr="00960DB5" w:rsidRDefault="00960DB5" w:rsidP="00960DB5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HỘ KINH DOANH</w:t>
            </w:r>
          </w:p>
          <w:p w:rsidR="00960DB5" w:rsidRPr="0000333C" w:rsidRDefault="00960DB5" w:rsidP="0000333C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…………………………………..</w:t>
            </w:r>
          </w:p>
        </w:tc>
        <w:tc>
          <w:tcPr>
            <w:tcW w:w="6520" w:type="dxa"/>
          </w:tcPr>
          <w:p w:rsidR="00960DB5" w:rsidRPr="00960DB5" w:rsidRDefault="00960DB5" w:rsidP="00960DB5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CỘNG HÒA XÃ HỘI CHỦ NGHĨA VIỆT NAM</w:t>
            </w:r>
          </w:p>
          <w:p w:rsidR="00960DB5" w:rsidRPr="0000333C" w:rsidRDefault="00960DB5" w:rsidP="0000333C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noProof/>
                <w:sz w:val="28"/>
                <w:szCs w:val="28"/>
                <w:lang w:val="vi-V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1256583</wp:posOffset>
                      </wp:positionH>
                      <wp:positionV relativeFrom="paragraph">
                        <wp:posOffset>277981</wp:posOffset>
                      </wp:positionV>
                      <wp:extent cx="1479665" cy="0"/>
                      <wp:effectExtent l="0" t="0" r="6350" b="12700"/>
                      <wp:wrapNone/>
                      <wp:docPr id="1116952915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7966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AF0AEEA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8.95pt,21.9pt" to="215.45pt,2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" strokecolor="black [3040]"/>
                  </w:pict>
                </mc:Fallback>
              </mc:AlternateContent>
            </w: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Độc lập - Tự do - Hạnh phúc</w:t>
            </w:r>
          </w:p>
          <w:p w:rsidR="00960DB5" w:rsidRPr="00960DB5" w:rsidRDefault="00960DB5" w:rsidP="00960DB5">
            <w:pPr>
              <w:spacing w:after="96" w:line="276" w:lineRule="auto"/>
              <w:jc w:val="right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Xuân</w:t>
            </w: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  <w:t xml:space="preserve"> Lộc</w:t>
            </w: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, ngày 10 tháng 8 năm 2025</w:t>
            </w:r>
          </w:p>
        </w:tc>
      </w:tr>
    </w:tbl>
    <w:p w:rsidR="00583BBC" w:rsidRPr="00960DB5" w:rsidRDefault="00583BBC" w:rsidP="00960DB5">
      <w:pPr>
        <w:spacing w:after="96" w:line="276" w:lineRule="auto"/>
        <w:rPr>
          <w:rFonts w:ascii="Times New Roman" w:hAnsi="Times New Roman" w:cs="Times New Roman"/>
          <w:sz w:val="28"/>
          <w:szCs w:val="28"/>
          <w:lang w:val="vi-VN"/>
        </w:rPr>
      </w:pPr>
    </w:p>
    <w:p w:rsidR="00A066E4" w:rsidRPr="00A066E4" w:rsidRDefault="00A066E4" w:rsidP="00A066E4">
      <w:pPr>
        <w:spacing w:after="9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066E4">
        <w:rPr>
          <w:rFonts w:ascii="Times New Roman" w:hAnsi="Times New Roman" w:cs="Times New Roman"/>
          <w:b/>
          <w:bCs/>
          <w:sz w:val="28"/>
          <w:szCs w:val="28"/>
        </w:rPr>
        <w:t>GIẤY ĐỀ NGHỊ</w:t>
      </w:r>
    </w:p>
    <w:p w:rsidR="00A066E4" w:rsidRDefault="00A066E4" w:rsidP="00A066E4">
      <w:pPr>
        <w:spacing w:after="96"/>
        <w:jc w:val="center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A066E4">
        <w:rPr>
          <w:rFonts w:ascii="Times New Roman" w:hAnsi="Times New Roman" w:cs="Times New Roman"/>
          <w:b/>
          <w:bCs/>
          <w:sz w:val="28"/>
          <w:szCs w:val="28"/>
        </w:rPr>
        <w:t>Đăng ký tạm ngừng kinh doanh/tiếp tục kinh doanh trước thời hạn</w:t>
      </w:r>
      <w:r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</w:t>
      </w:r>
    </w:p>
    <w:p w:rsidR="00583BBC" w:rsidRPr="00A066E4" w:rsidRDefault="00A066E4" w:rsidP="00A066E4">
      <w:pPr>
        <w:spacing w:after="9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066E4">
        <w:rPr>
          <w:rFonts w:ascii="Times New Roman" w:hAnsi="Times New Roman" w:cs="Times New Roman"/>
          <w:b/>
          <w:bCs/>
          <w:sz w:val="28"/>
          <w:szCs w:val="28"/>
        </w:rPr>
        <w:t>đã đăng ký của hộ kinh doanh</w:t>
      </w:r>
    </w:p>
    <w:p w:rsidR="00583BBC" w:rsidRPr="00960DB5" w:rsidRDefault="00000000" w:rsidP="00960DB5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 xml:space="preserve">Kính gửi: Phòng Kinh tế </w:t>
      </w:r>
      <w:r w:rsidR="00960DB5">
        <w:rPr>
          <w:rFonts w:ascii="Times New Roman" w:hAnsi="Times New Roman" w:cs="Times New Roman"/>
          <w:sz w:val="28"/>
          <w:szCs w:val="28"/>
        </w:rPr>
        <w:t>xã</w:t>
      </w:r>
      <w:r w:rsidR="00960DB5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="00960DB5">
        <w:rPr>
          <w:rFonts w:ascii="Times New Roman" w:hAnsi="Times New Roman" w:cs="Times New Roman"/>
          <w:sz w:val="28"/>
          <w:szCs w:val="28"/>
        </w:rPr>
        <w:t>Xuân</w:t>
      </w:r>
      <w:r w:rsidR="00960DB5">
        <w:rPr>
          <w:rFonts w:ascii="Times New Roman" w:hAnsi="Times New Roman" w:cs="Times New Roman"/>
          <w:sz w:val="28"/>
          <w:szCs w:val="28"/>
          <w:lang w:val="vi-VN"/>
        </w:rPr>
        <w:t xml:space="preserve"> Lộc</w:t>
      </w:r>
    </w:p>
    <w:p w:rsidR="00583BBC" w:rsidRPr="00FD7698" w:rsidRDefault="00000000" w:rsidP="00960DB5">
      <w:pPr>
        <w:tabs>
          <w:tab w:val="left" w:leader="dot" w:pos="8505"/>
        </w:tabs>
        <w:spacing w:after="96"/>
        <w:ind w:right="-7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 xml:space="preserve">Tên hộ kinh doanh : </w:t>
      </w:r>
      <w:r w:rsidR="00FD7698">
        <w:rPr>
          <w:rFonts w:ascii="Times New Roman" w:hAnsi="Times New Roman" w:cs="Times New Roman"/>
          <w:b/>
          <w:bCs/>
          <w:sz w:val="28"/>
          <w:szCs w:val="28"/>
        </w:rPr>
        <w:t>AN</w:t>
      </w:r>
      <w:r w:rsidR="00FD7698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BÌNH</w:t>
      </w:r>
    </w:p>
    <w:p w:rsidR="00583BBC" w:rsidRDefault="00000000" w:rsidP="00960DB5">
      <w:pPr>
        <w:tabs>
          <w:tab w:val="left" w:leader="dot" w:pos="8505"/>
        </w:tabs>
        <w:spacing w:after="96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 xml:space="preserve">Mã số hộ kinh doanh: </w:t>
      </w:r>
      <w:r w:rsidR="00FD7698">
        <w:rPr>
          <w:rFonts w:ascii="Times New Roman" w:hAnsi="Times New Roman" w:cs="Times New Roman"/>
          <w:b/>
          <w:bCs/>
          <w:sz w:val="28"/>
          <w:szCs w:val="28"/>
          <w:lang w:val="vi-VN"/>
        </w:rPr>
        <w:t>8114559445-001</w:t>
      </w:r>
    </w:p>
    <w:p w:rsidR="00A066E4" w:rsidRPr="00A066E4" w:rsidRDefault="00A066E4" w:rsidP="00A066E4">
      <w:pPr>
        <w:tabs>
          <w:tab w:val="left" w:leader="dot" w:pos="8505"/>
        </w:tabs>
        <w:spacing w:after="96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A066E4">
        <w:rPr>
          <w:rFonts w:ascii="Times New Roman" w:hAnsi="Times New Roman" w:cs="Times New Roman"/>
          <w:b/>
          <w:bCs/>
          <w:sz w:val="28"/>
          <w:szCs w:val="28"/>
          <w:lang w:val="vi-VN"/>
        </w:rPr>
        <w:t>Đăng ký tạm ngừng kinh doanh/tiếp tục kinh doanh trước thời hạn</w:t>
      </w:r>
      <w:r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</w:t>
      </w:r>
      <w:r w:rsidRPr="00A066E4">
        <w:rPr>
          <w:rFonts w:ascii="Times New Roman" w:hAnsi="Times New Roman" w:cs="Times New Roman"/>
          <w:b/>
          <w:bCs/>
          <w:sz w:val="28"/>
          <w:szCs w:val="28"/>
          <w:lang w:val="vi-VN"/>
        </w:rPr>
        <w:t>đã đăng ký như sau:</w:t>
      </w:r>
    </w:p>
    <w:p w:rsidR="00A066E4" w:rsidRPr="00A066E4" w:rsidRDefault="00A066E4" w:rsidP="00A066E4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6E4">
        <w:rPr>
          <w:rFonts w:ascii="Times New Roman" w:hAnsi="Times New Roman" w:cs="Times New Roman"/>
          <w:sz w:val="28"/>
          <w:szCs w:val="28"/>
        </w:rPr>
        <w:t>1. Trường hợp tạm ngừng kinh doanh thì ghi:</w:t>
      </w:r>
    </w:p>
    <w:p w:rsidR="00A066E4" w:rsidRDefault="00A066E4" w:rsidP="00A066E4">
      <w:pPr>
        <w:spacing w:after="96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A066E4">
        <w:rPr>
          <w:rFonts w:ascii="Times New Roman" w:hAnsi="Times New Roman" w:cs="Times New Roman"/>
          <w:sz w:val="28"/>
          <w:szCs w:val="28"/>
        </w:rPr>
        <w:t xml:space="preserve">Thời gian tạm ngừng kinh doanh: kể từ ngày </w:t>
      </w:r>
      <w:r w:rsidRPr="00A066E4">
        <w:rPr>
          <w:rFonts w:ascii="Times New Roman" w:hAnsi="Times New Roman" w:cs="Times New Roman"/>
          <w:b/>
          <w:bCs/>
          <w:sz w:val="28"/>
          <w:szCs w:val="28"/>
        </w:rPr>
        <w:t>15 / 8 / 2025</w:t>
      </w:r>
      <w:r w:rsidRPr="00A066E4">
        <w:rPr>
          <w:rFonts w:ascii="Times New Roman" w:hAnsi="Times New Roman" w:cs="Times New Roman"/>
          <w:sz w:val="28"/>
          <w:szCs w:val="28"/>
        </w:rPr>
        <w:t xml:space="preserve"> đến hết ngày </w:t>
      </w:r>
      <w:r w:rsidRPr="00A066E4">
        <w:rPr>
          <w:rFonts w:ascii="Times New Roman" w:hAnsi="Times New Roman" w:cs="Times New Roman"/>
          <w:b/>
          <w:bCs/>
          <w:sz w:val="28"/>
          <w:szCs w:val="28"/>
        </w:rPr>
        <w:t>15 / 8 /</w:t>
      </w:r>
      <w:r w:rsidRPr="00A066E4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2026</w:t>
      </w:r>
    </w:p>
    <w:p w:rsidR="00A066E4" w:rsidRPr="00A066E4" w:rsidRDefault="00A066E4" w:rsidP="00A066E4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A066E4">
        <w:rPr>
          <w:rFonts w:ascii="Times New Roman" w:hAnsi="Times New Roman" w:cs="Times New Roman"/>
          <w:sz w:val="28"/>
          <w:szCs w:val="28"/>
          <w:lang w:val="vi-VN"/>
        </w:rPr>
        <w:t>Lý do tạm ngừng kinh doanh:</w:t>
      </w:r>
    </w:p>
    <w:p w:rsidR="00A066E4" w:rsidRDefault="00A066E4" w:rsidP="00A066E4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A066E4">
        <w:rPr>
          <w:rFonts w:ascii="Times New Roman" w:hAnsi="Times New Roman" w:cs="Times New Roman"/>
          <w:sz w:val="28"/>
          <w:szCs w:val="28"/>
          <w:lang w:val="vi-VN"/>
        </w:rPr>
        <w:t>2. Trường hợp tiếp tục kinh doanh trước thời hạn đã đăng ký thì ghi:</w:t>
      </w:r>
    </w:p>
    <w:p w:rsidR="00A066E4" w:rsidRPr="00A066E4" w:rsidRDefault="00A066E4" w:rsidP="00A066E4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A066E4">
        <w:rPr>
          <w:rFonts w:ascii="Times New Roman" w:hAnsi="Times New Roman" w:cs="Times New Roman"/>
          <w:sz w:val="28"/>
          <w:szCs w:val="28"/>
          <w:lang w:val="vi-VN"/>
        </w:rPr>
        <w:t>Thời gian tiếp tục kinh doanh: kể từ ngày … tháng …… năm ……</w:t>
      </w:r>
    </w:p>
    <w:p w:rsidR="00A066E4" w:rsidRPr="00A066E4" w:rsidRDefault="00A066E4" w:rsidP="00A066E4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A066E4">
        <w:rPr>
          <w:rFonts w:ascii="Times New Roman" w:hAnsi="Times New Roman" w:cs="Times New Roman"/>
          <w:sz w:val="28"/>
          <w:szCs w:val="28"/>
          <w:lang w:val="vi-VN"/>
        </w:rPr>
        <w:t>Lý do tiếp tục kinh doanh: …………………………………</w:t>
      </w:r>
      <w:r>
        <w:rPr>
          <w:rFonts w:ascii="Times New Roman" w:hAnsi="Times New Roman" w:cs="Times New Roman"/>
          <w:sz w:val="28"/>
          <w:szCs w:val="28"/>
          <w:lang w:val="vi-VN"/>
        </w:rPr>
        <w:t>…..</w:t>
      </w:r>
    </w:p>
    <w:p w:rsidR="00583BBC" w:rsidRPr="00960DB5" w:rsidRDefault="00000000" w:rsidP="00A066E4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DB5">
        <w:rPr>
          <w:rFonts w:ascii="Times New Roman" w:hAnsi="Times New Roman" w:cs="Times New Roman"/>
          <w:sz w:val="28"/>
          <w:szCs w:val="28"/>
        </w:rPr>
        <w:t xml:space="preserve">Hộ kinh doanh cam kết hoàn toàn chịu trách nhiệm trước pháp luật về tính hợp pháp, chính xác, trung thực của nội dung </w:t>
      </w:r>
      <w:r w:rsidR="00A066E4">
        <w:rPr>
          <w:rFonts w:ascii="Times New Roman" w:hAnsi="Times New Roman" w:cs="Times New Roman"/>
          <w:sz w:val="28"/>
          <w:szCs w:val="28"/>
        </w:rPr>
        <w:t>Giấy</w:t>
      </w:r>
      <w:r w:rsidR="00A066E4">
        <w:rPr>
          <w:rFonts w:ascii="Times New Roman" w:hAnsi="Times New Roman" w:cs="Times New Roman"/>
          <w:sz w:val="28"/>
          <w:szCs w:val="28"/>
          <w:lang w:val="vi-VN"/>
        </w:rPr>
        <w:t xml:space="preserve"> đề nghị </w:t>
      </w:r>
      <w:r w:rsidRPr="00960DB5">
        <w:rPr>
          <w:rFonts w:ascii="Times New Roman" w:hAnsi="Times New Roman" w:cs="Times New Roman"/>
          <w:sz w:val="28"/>
          <w:szCs w:val="28"/>
        </w:rPr>
        <w:t>này.</w:t>
      </w:r>
    </w:p>
    <w:tbl>
      <w:tblPr>
        <w:tblStyle w:val="TableGrid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7513"/>
      </w:tblGrid>
      <w:tr w:rsidR="00960DB5" w:rsidTr="00960DB5">
        <w:tc>
          <w:tcPr>
            <w:tcW w:w="2376" w:type="dxa"/>
          </w:tcPr>
          <w:p w:rsidR="00960DB5" w:rsidRDefault="00960DB5">
            <w:pPr>
              <w:spacing w:after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CHỦ HỘ KINH DOANH/NGƯỜI THỪA KẾ</w:t>
            </w:r>
          </w:p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(Ký và ghi họ tên)</w:t>
            </w:r>
          </w:p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Pr="00D64222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642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NGUYỄN VĂN A</w:t>
            </w:r>
          </w:p>
          <w:p w:rsidR="00960DB5" w:rsidRDefault="00960DB5">
            <w:pPr>
              <w:spacing w:after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83BBC" w:rsidRPr="00960DB5" w:rsidRDefault="00583BBC">
      <w:pPr>
        <w:spacing w:after="96"/>
        <w:rPr>
          <w:rFonts w:ascii="Times New Roman" w:hAnsi="Times New Roman" w:cs="Times New Roman"/>
          <w:sz w:val="28"/>
          <w:szCs w:val="28"/>
        </w:rPr>
      </w:pPr>
    </w:p>
    <w:p w:rsidR="00583BBC" w:rsidRPr="00960DB5" w:rsidRDefault="00583BBC">
      <w:pPr>
        <w:spacing w:after="96"/>
        <w:rPr>
          <w:rFonts w:ascii="Times New Roman" w:hAnsi="Times New Roman" w:cs="Times New Roman"/>
          <w:sz w:val="28"/>
          <w:szCs w:val="28"/>
        </w:rPr>
      </w:pPr>
    </w:p>
    <w:sectPr w:rsidR="00583BBC" w:rsidRPr="00960DB5" w:rsidSect="00960DB5">
      <w:pgSz w:w="12240" w:h="15840"/>
      <w:pgMar w:top="1440" w:right="1792" w:bottom="1440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0299364">
    <w:abstractNumId w:val="8"/>
  </w:num>
  <w:num w:numId="2" w16cid:durableId="1666278956">
    <w:abstractNumId w:val="6"/>
  </w:num>
  <w:num w:numId="3" w16cid:durableId="491989717">
    <w:abstractNumId w:val="5"/>
  </w:num>
  <w:num w:numId="4" w16cid:durableId="704528175">
    <w:abstractNumId w:val="4"/>
  </w:num>
  <w:num w:numId="5" w16cid:durableId="668487236">
    <w:abstractNumId w:val="7"/>
  </w:num>
  <w:num w:numId="6" w16cid:durableId="811408352">
    <w:abstractNumId w:val="3"/>
  </w:num>
  <w:num w:numId="7" w16cid:durableId="218129024">
    <w:abstractNumId w:val="2"/>
  </w:num>
  <w:num w:numId="8" w16cid:durableId="1719620014">
    <w:abstractNumId w:val="1"/>
  </w:num>
  <w:num w:numId="9" w16cid:durableId="1174421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37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33C"/>
    <w:rsid w:val="00034616"/>
    <w:rsid w:val="0006063C"/>
    <w:rsid w:val="0015074B"/>
    <w:rsid w:val="0029639D"/>
    <w:rsid w:val="00326F90"/>
    <w:rsid w:val="00583BBC"/>
    <w:rsid w:val="00960DB5"/>
    <w:rsid w:val="00A066E4"/>
    <w:rsid w:val="00AA1D8D"/>
    <w:rsid w:val="00B47730"/>
    <w:rsid w:val="00C95B7B"/>
    <w:rsid w:val="00CB0664"/>
    <w:rsid w:val="00D64222"/>
    <w:rsid w:val="00FC693F"/>
    <w:rsid w:val="00FD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1BCD1551"/>
  <w14:defaultImageDpi w14:val="300"/>
  <w15:docId w15:val="{7777B19D-CD2F-9C4F-B0C5-888B95062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80" w:afterLines="40" w:after="40" w:line="26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756</Characters>
  <Application>Microsoft Office Word</Application>
  <DocSecurity>0</DocSecurity>
  <Lines>29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Nguyen Thien Phuoc</cp:lastModifiedBy>
  <cp:revision>2</cp:revision>
  <cp:lastPrinted>2025-11-24T06:57:00Z</cp:lastPrinted>
  <dcterms:created xsi:type="dcterms:W3CDTF">2025-11-25T02:13:00Z</dcterms:created>
  <dcterms:modified xsi:type="dcterms:W3CDTF">2025-11-25T02:13:00Z</dcterms:modified>
  <cp:category/>
</cp:coreProperties>
</file>